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A9E4E" w14:textId="5AE0FE02" w:rsidR="000D0BD6" w:rsidRDefault="009B4B20" w:rsidP="00E53602">
      <w:pPr>
        <w:bidi/>
        <w:jc w:val="both"/>
        <w:rPr>
          <w:rFonts w:cs="B Nazanin"/>
          <w:b/>
          <w:bCs/>
          <w:sz w:val="24"/>
          <w:szCs w:val="24"/>
          <w:rtl/>
        </w:rPr>
        <w:sectPr w:rsidR="000D0BD6" w:rsidSect="0003461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cols w:space="720"/>
          <w:docGrid w:linePitch="360"/>
        </w:sectPr>
      </w:pPr>
      <w:r w:rsidRPr="009B4B20">
        <w:rPr>
          <w:rFonts w:cs="B Nazanin"/>
          <w:b/>
          <w:bCs/>
          <w:noProof/>
          <w:sz w:val="24"/>
          <w:szCs w:val="24"/>
        </w:rPr>
        <mc:AlternateContent>
          <mc:Choice Requires="wps">
            <w:drawing>
              <wp:anchor distT="45720" distB="45720" distL="114300" distR="114300" simplePos="0" relativeHeight="251659264" behindDoc="0" locked="0" layoutInCell="1" allowOverlap="1" wp14:anchorId="047D8AFE" wp14:editId="67F168DA">
                <wp:simplePos x="0" y="0"/>
                <wp:positionH relativeFrom="column">
                  <wp:posOffset>-914400</wp:posOffset>
                </wp:positionH>
                <wp:positionV relativeFrom="paragraph">
                  <wp:posOffset>-914400</wp:posOffset>
                </wp:positionV>
                <wp:extent cx="7499350" cy="10668000"/>
                <wp:effectExtent l="0" t="0" r="254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9350" cy="10668000"/>
                        </a:xfrm>
                        <a:prstGeom prst="rect">
                          <a:avLst/>
                        </a:prstGeom>
                        <a:solidFill>
                          <a:srgbClr val="FFFFFF"/>
                        </a:solidFill>
                        <a:ln w="9525">
                          <a:solidFill>
                            <a:srgbClr val="000000"/>
                          </a:solidFill>
                          <a:miter lim="800000"/>
                          <a:headEnd/>
                          <a:tailEnd/>
                        </a:ln>
                      </wps:spPr>
                      <wps:txbx>
                        <w:txbxContent>
                          <w:p w14:paraId="38C9D12D" w14:textId="1660FA59" w:rsidR="009B4B20" w:rsidRDefault="009B4B20" w:rsidP="00080FFD">
                            <w:r>
                              <w:rPr>
                                <w:noProof/>
                              </w:rPr>
                              <w:drawing>
                                <wp:inline distT="0" distB="0" distL="0" distR="0" wp14:anchorId="3EB1B776" wp14:editId="6EF037FB">
                                  <wp:extent cx="7387390" cy="10587355"/>
                                  <wp:effectExtent l="0" t="0" r="4445" b="4445"/>
                                  <wp:docPr id="2" name="Picture 2" descr="Hands holding a baby in a shape of a he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ands holding a baby in a shape of a hear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27291" cy="1078785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7D8AFE" id="_x0000_t202" coordsize="21600,21600" o:spt="202" path="m,l,21600r21600,l21600,xe">
                <v:stroke joinstyle="miter"/>
                <v:path gradientshapeok="t" o:connecttype="rect"/>
              </v:shapetype>
              <v:shape id="Text Box 2" o:spid="_x0000_s1026" type="#_x0000_t202" style="position:absolute;left:0;text-align:left;margin-left:-1in;margin-top:-1in;width:590.5pt;height:840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">
                <v:textbox>
                  <w:txbxContent>
                    <w:p w14:paraId="38C9D12D" w14:textId="1660FA59" w:rsidR="009B4B20" w:rsidRDefault="009B4B20" w:rsidP="00080FFD">
                      <w:r>
                        <w:rPr>
                          <w:noProof/>
                        </w:rPr>
                        <w:drawing>
                          <wp:inline distT="0" distB="0" distL="0" distR="0" wp14:anchorId="3EB1B776" wp14:editId="6EF037FB">
                            <wp:extent cx="7387390" cy="10587355"/>
                            <wp:effectExtent l="0" t="0" r="4445" b="4445"/>
                            <wp:docPr id="2" name="Picture 2" descr="Hands holding a baby in a shape of a he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ands holding a baby in a shape of a hear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27291" cy="10787857"/>
                                    </a:xfrm>
                                    <a:prstGeom prst="rect">
                                      <a:avLst/>
                                    </a:prstGeom>
                                    <a:noFill/>
                                    <a:ln>
                                      <a:noFill/>
                                    </a:ln>
                                  </pic:spPr>
                                </pic:pic>
                              </a:graphicData>
                            </a:graphic>
                          </wp:inline>
                        </w:drawing>
                      </w:r>
                    </w:p>
                  </w:txbxContent>
                </v:textbox>
                <w10:wrap type="square"/>
              </v:shape>
            </w:pict>
          </mc:Fallback>
        </mc:AlternateContent>
      </w:r>
    </w:p>
    <w:p w14:paraId="2E27B731" w14:textId="77777777" w:rsidR="002C4E4D" w:rsidRPr="00080FFD" w:rsidRDefault="002C4E4D" w:rsidP="002C4E4D">
      <w:pPr>
        <w:bidi/>
        <w:jc w:val="both"/>
        <w:rPr>
          <w:rFonts w:cs="B Titr"/>
          <w:b/>
          <w:bCs/>
          <w:sz w:val="24"/>
          <w:szCs w:val="24"/>
        </w:rPr>
      </w:pPr>
      <w:r w:rsidRPr="00080FFD">
        <w:rPr>
          <w:rFonts w:cs="B Titr"/>
          <w:b/>
          <w:bCs/>
          <w:sz w:val="24"/>
          <w:szCs w:val="24"/>
          <w:rtl/>
        </w:rPr>
        <w:lastRenderedPageBreak/>
        <w:t>چکیده</w:t>
      </w:r>
    </w:p>
    <w:p w14:paraId="44AB9B42" w14:textId="77777777" w:rsidR="002C4E4D" w:rsidRPr="002C4E4D" w:rsidRDefault="002C4E4D" w:rsidP="002C4E4D">
      <w:pPr>
        <w:bidi/>
        <w:jc w:val="both"/>
        <w:rPr>
          <w:rFonts w:cs="B Nazanin"/>
          <w:b/>
          <w:bCs/>
          <w:sz w:val="24"/>
          <w:szCs w:val="24"/>
        </w:rPr>
      </w:pPr>
      <w:r w:rsidRPr="002C4E4D">
        <w:rPr>
          <w:rFonts w:cs="B Nazanin"/>
          <w:b/>
          <w:bCs/>
          <w:sz w:val="24"/>
          <w:szCs w:val="24"/>
          <w:rtl/>
        </w:rPr>
        <w:t>این مقاله به بررسی مجموعه‌ای از عوامل پزشکی، ژنتیکی، محیطی، اجتماعی و روانی که در عدم حفظ حیات جنین نقش دارند می‌پردازد. با استفاده از داده‌های علمی به‌روز و منابع معتبر، هر عامل به تفصیل تشریح شده و پیامدهای مستقیم و غیرمستقیم آن بررسی گردیده است. هدف ارائه یک چارچوب علمی و شفاف برای درک بهتر این پدیده و پیشنهاد راهکارهای پیشگیرانه و مداخله‌ای است. مرگ داخل رحمی</w:t>
      </w:r>
      <w:r w:rsidRPr="002C4E4D">
        <w:rPr>
          <w:rFonts w:cs="B Nazanin"/>
          <w:b/>
          <w:bCs/>
          <w:sz w:val="24"/>
          <w:szCs w:val="24"/>
        </w:rPr>
        <w:t xml:space="preserve"> (Intrauterine Fetal Demise - IUFD) </w:t>
      </w:r>
      <w:r w:rsidRPr="002C4E4D">
        <w:rPr>
          <w:rFonts w:cs="B Nazanin"/>
          <w:b/>
          <w:bCs/>
          <w:sz w:val="24"/>
          <w:szCs w:val="24"/>
          <w:rtl/>
        </w:rPr>
        <w:t>که به معنای توقف حیات جنین پس از هفته بیستم بارداری و قبل از تولد است، یکی از پیامدهای تلخ و چالش‌برانگیز در حوزه سلامت باروری محسوب می‌شود. این پدیده نه تنها بار روانی و عاطفی سنگینی بر دوش والدین و خانواده‌ها می‌گذارد، بلکه بار اقتصادی و اجتماعی قابل توجهی نیز برای سیستم‌های بهداشتی و درمانی به همراه دارد. نرخ مرگ داخل رحمی در کشورهای مختلف و حتی در مناطق مختلف یک کشور می‌تواند متفاوت باشد و به عوامل متعددی بستگی دارد. درک عمیق و جامع از علل زمینه‌ای این عارضه، اولین گام اساسی در جهت کاهش شیوع آن و ارائه مراقبت‌های بهینه به مادران باردار است. این مقاله با هدف پرداختن به ابعاد مختلف این موضوع، طیف وسیعی از عوامل تاثیرگذار را مورد بررسی قرار می‌دهد که شامل اختلالات ژنتیکی و کروموزومی، ناهنجاری‌های آناتومیک مادر، بیماری‌های زمینه‌ای مادر، عفونت‌ها، عوامل محیطی و شغلی، مصرف داروها و مواد، استرس و عوامل روانی، و همچنین نقش تغذیه می‌باشد. هر یک از این دسته‌بندی‌ها به تفصیل شرح داده شده و ارتباط علمی آن‌ها با پدیده مرگ داخل رحمی تبیین گردیده است</w:t>
      </w:r>
      <w:r w:rsidRPr="002C4E4D">
        <w:rPr>
          <w:rFonts w:cs="B Nazanin"/>
          <w:b/>
          <w:bCs/>
          <w:sz w:val="24"/>
          <w:szCs w:val="24"/>
        </w:rPr>
        <w:t>.</w:t>
      </w:r>
    </w:p>
    <w:p w14:paraId="066FFF42" w14:textId="79B87A17" w:rsidR="002C4E4D" w:rsidRDefault="002C4E4D" w:rsidP="002C4E4D">
      <w:pPr>
        <w:bidi/>
        <w:jc w:val="both"/>
        <w:rPr>
          <w:rFonts w:cs="B Nazanin"/>
          <w:b/>
          <w:bCs/>
          <w:sz w:val="24"/>
          <w:szCs w:val="24"/>
          <w:rtl/>
        </w:rPr>
      </w:pPr>
    </w:p>
    <w:p w14:paraId="3530C7C8" w14:textId="2B6D0E36" w:rsidR="00080FFD" w:rsidRDefault="00080FFD" w:rsidP="00080FFD">
      <w:pPr>
        <w:bidi/>
        <w:jc w:val="both"/>
        <w:rPr>
          <w:rFonts w:cs="B Nazanin"/>
          <w:b/>
          <w:bCs/>
          <w:sz w:val="24"/>
          <w:szCs w:val="24"/>
          <w:rtl/>
        </w:rPr>
      </w:pPr>
    </w:p>
    <w:p w14:paraId="11C6FD32" w14:textId="19EC16E5" w:rsidR="00080FFD" w:rsidRDefault="00080FFD" w:rsidP="00080FFD">
      <w:pPr>
        <w:bidi/>
        <w:jc w:val="both"/>
        <w:rPr>
          <w:rFonts w:cs="B Nazanin"/>
          <w:b/>
          <w:bCs/>
          <w:sz w:val="24"/>
          <w:szCs w:val="24"/>
          <w:rtl/>
        </w:rPr>
      </w:pPr>
    </w:p>
    <w:p w14:paraId="11371DB8" w14:textId="0A7BDD1C" w:rsidR="00080FFD" w:rsidRDefault="00080FFD" w:rsidP="00080FFD">
      <w:pPr>
        <w:bidi/>
        <w:jc w:val="both"/>
        <w:rPr>
          <w:rFonts w:cs="B Nazanin"/>
          <w:b/>
          <w:bCs/>
          <w:sz w:val="24"/>
          <w:szCs w:val="24"/>
          <w:rtl/>
        </w:rPr>
      </w:pPr>
    </w:p>
    <w:p w14:paraId="4CDE36AA" w14:textId="03E3FA25" w:rsidR="00080FFD" w:rsidRDefault="00080FFD" w:rsidP="00080FFD">
      <w:pPr>
        <w:bidi/>
        <w:jc w:val="both"/>
        <w:rPr>
          <w:rFonts w:cs="B Nazanin"/>
          <w:b/>
          <w:bCs/>
          <w:sz w:val="24"/>
          <w:szCs w:val="24"/>
          <w:rtl/>
        </w:rPr>
      </w:pPr>
    </w:p>
    <w:p w14:paraId="5BFFFD82" w14:textId="06AD5A8B" w:rsidR="00080FFD" w:rsidRDefault="00080FFD" w:rsidP="00080FFD">
      <w:pPr>
        <w:bidi/>
        <w:jc w:val="both"/>
        <w:rPr>
          <w:rFonts w:cs="B Nazanin"/>
          <w:b/>
          <w:bCs/>
          <w:sz w:val="24"/>
          <w:szCs w:val="24"/>
          <w:rtl/>
        </w:rPr>
      </w:pPr>
    </w:p>
    <w:p w14:paraId="437732B4" w14:textId="4EE103AC" w:rsidR="00080FFD" w:rsidRDefault="00080FFD" w:rsidP="00080FFD">
      <w:pPr>
        <w:bidi/>
        <w:jc w:val="both"/>
        <w:rPr>
          <w:rFonts w:cs="B Nazanin"/>
          <w:b/>
          <w:bCs/>
          <w:sz w:val="24"/>
          <w:szCs w:val="24"/>
          <w:rtl/>
        </w:rPr>
      </w:pPr>
    </w:p>
    <w:p w14:paraId="2956C6FC" w14:textId="011C81CD" w:rsidR="00080FFD" w:rsidRDefault="00080FFD" w:rsidP="00080FFD">
      <w:pPr>
        <w:bidi/>
        <w:jc w:val="both"/>
        <w:rPr>
          <w:rFonts w:cs="B Nazanin"/>
          <w:b/>
          <w:bCs/>
          <w:sz w:val="24"/>
          <w:szCs w:val="24"/>
          <w:rtl/>
        </w:rPr>
      </w:pPr>
    </w:p>
    <w:p w14:paraId="3DAC3731" w14:textId="12CE229B" w:rsidR="00080FFD" w:rsidRDefault="00080FFD" w:rsidP="00080FFD">
      <w:pPr>
        <w:bidi/>
        <w:jc w:val="both"/>
        <w:rPr>
          <w:rFonts w:cs="B Nazanin"/>
          <w:b/>
          <w:bCs/>
          <w:sz w:val="24"/>
          <w:szCs w:val="24"/>
          <w:rtl/>
        </w:rPr>
      </w:pPr>
    </w:p>
    <w:p w14:paraId="09123E0C" w14:textId="1BE30C82" w:rsidR="00080FFD" w:rsidRDefault="00080FFD" w:rsidP="00080FFD">
      <w:pPr>
        <w:bidi/>
        <w:jc w:val="both"/>
        <w:rPr>
          <w:rFonts w:cs="B Nazanin"/>
          <w:b/>
          <w:bCs/>
          <w:sz w:val="24"/>
          <w:szCs w:val="24"/>
          <w:rtl/>
        </w:rPr>
      </w:pPr>
    </w:p>
    <w:p w14:paraId="706388E7" w14:textId="77777777" w:rsidR="00080FFD" w:rsidRPr="002C4E4D" w:rsidRDefault="00080FFD" w:rsidP="00080FFD">
      <w:pPr>
        <w:bidi/>
        <w:jc w:val="both"/>
        <w:rPr>
          <w:rFonts w:cs="B Nazanin"/>
          <w:b/>
          <w:bCs/>
          <w:sz w:val="24"/>
          <w:szCs w:val="24"/>
        </w:rPr>
      </w:pPr>
    </w:p>
    <w:p w14:paraId="11A03702" w14:textId="77777777" w:rsidR="002C4E4D" w:rsidRPr="00080FFD" w:rsidRDefault="002C4E4D" w:rsidP="002C4E4D">
      <w:pPr>
        <w:bidi/>
        <w:jc w:val="both"/>
        <w:rPr>
          <w:rFonts w:cs="B Titr"/>
          <w:b/>
          <w:bCs/>
          <w:sz w:val="24"/>
          <w:szCs w:val="24"/>
        </w:rPr>
      </w:pPr>
      <w:r w:rsidRPr="00080FFD">
        <w:rPr>
          <w:rFonts w:cs="B Titr"/>
          <w:b/>
          <w:bCs/>
          <w:sz w:val="24"/>
          <w:szCs w:val="24"/>
          <w:rtl/>
        </w:rPr>
        <w:lastRenderedPageBreak/>
        <w:t>مقدمه</w:t>
      </w:r>
    </w:p>
    <w:p w14:paraId="4A6B0BC3" w14:textId="77777777" w:rsidR="002C4E4D" w:rsidRPr="002C4E4D" w:rsidRDefault="002C4E4D" w:rsidP="002C4E4D">
      <w:pPr>
        <w:bidi/>
        <w:jc w:val="both"/>
        <w:rPr>
          <w:rFonts w:cs="B Nazanin"/>
          <w:b/>
          <w:bCs/>
          <w:sz w:val="24"/>
          <w:szCs w:val="24"/>
        </w:rPr>
      </w:pPr>
      <w:r w:rsidRPr="002C4E4D">
        <w:rPr>
          <w:rFonts w:cs="B Nazanin"/>
          <w:b/>
          <w:bCs/>
          <w:sz w:val="24"/>
          <w:szCs w:val="24"/>
          <w:rtl/>
        </w:rPr>
        <w:t>حیات جنین نتیجه تعامل پیچیده‌ میان عوامل بیولوژیک، محیطی و اجتماعی است. هرگونه اختلال در این تعامل می‌تواند منجر به توقف رشد و در نهایت از دست رفتن حیات جنین شود. با وجود پیشرفت‌های علم پزشکی، همچنان درصدی از حاملگی‌ها به پایان موفق نمی‌رسد. شناخت این عوامل به پزشکان، سیاست‌گذاران و خانواده‌ها کمک می‌کند تا اقدامات پیشگیرانه و حمایتی کارآمدی را به کار گیرند. حاملگی سالم، فرآیندی چندوجهی است که بقای جنین به طور پایدار در طول دوره بارداری به تعادل ظریف بین سلامت مادر، سلامت جفت، و رشد طبیعی جنین وابسته است. اختلال در هر یک از این مؤلفه‌ها می‌تواند منجر به پیامدهای ناگوار، از جمله سقط جنین، زایمان زودرس، یا مرگ داخل رحمی گردد. نرخ مرگ داخل رحمی، به عنوان یکی از معیارهای مهم سلامت مادر و نوزاد، همچنان در سطح جهان بالاست و در برخی نقاط جهان، به ویژه در کشورهای با درآمد پایین و متوسط، این نرخ نگران‌کننده‌تر است. این مقاله با هدف ارائه یک نمای کلی و جامع از عوامل مختلفی که می‌توانند منجر به توقف حیات جنین در داخل رحم شوند، تدوین شده است. ما تلاش خواهیم کرد تا با تکیه بر دانش پزشکی روز و تحقیقات علمی منتشر شده، هر یک از این عوامل را به صورت جداگانه مورد بررسی قرار داده و سازوکارهای بیولوژیکی و بالینی دخیل در آن‌ها را روشن سازیم. این شناخت، پایه‌ای برای استراتژی‌های پیشگیرانه، غربالگری، و مداخلات درمانی موثر خواهد بود که در نهایت به کاهش این پدیده غم‌انگیز کمک خواهد کرد</w:t>
      </w:r>
      <w:r w:rsidRPr="002C4E4D">
        <w:rPr>
          <w:rFonts w:cs="B Nazanin"/>
          <w:b/>
          <w:bCs/>
          <w:sz w:val="24"/>
          <w:szCs w:val="24"/>
        </w:rPr>
        <w:t>.</w:t>
      </w:r>
    </w:p>
    <w:p w14:paraId="07AF0EFC" w14:textId="3B156AFA" w:rsidR="002C4E4D" w:rsidRDefault="002C4E4D" w:rsidP="002C4E4D">
      <w:pPr>
        <w:bidi/>
        <w:jc w:val="both"/>
        <w:rPr>
          <w:rFonts w:cs="B Nazanin"/>
          <w:b/>
          <w:bCs/>
          <w:sz w:val="24"/>
          <w:szCs w:val="24"/>
          <w:rtl/>
        </w:rPr>
      </w:pPr>
    </w:p>
    <w:p w14:paraId="3FB5CBFE" w14:textId="3C5F9A94" w:rsidR="00080FFD" w:rsidRDefault="00080FFD" w:rsidP="00080FFD">
      <w:pPr>
        <w:bidi/>
        <w:jc w:val="both"/>
        <w:rPr>
          <w:rFonts w:cs="B Nazanin"/>
          <w:b/>
          <w:bCs/>
          <w:sz w:val="24"/>
          <w:szCs w:val="24"/>
          <w:rtl/>
        </w:rPr>
      </w:pPr>
    </w:p>
    <w:p w14:paraId="3AB9E84C" w14:textId="09117EDC" w:rsidR="00080FFD" w:rsidRDefault="00080FFD" w:rsidP="00080FFD">
      <w:pPr>
        <w:bidi/>
        <w:jc w:val="both"/>
        <w:rPr>
          <w:rFonts w:cs="B Nazanin"/>
          <w:b/>
          <w:bCs/>
          <w:sz w:val="24"/>
          <w:szCs w:val="24"/>
          <w:rtl/>
        </w:rPr>
      </w:pPr>
    </w:p>
    <w:p w14:paraId="7F3C69D4" w14:textId="4BB4D4CA" w:rsidR="00080FFD" w:rsidRDefault="00080FFD" w:rsidP="00080FFD">
      <w:pPr>
        <w:bidi/>
        <w:jc w:val="both"/>
        <w:rPr>
          <w:rFonts w:cs="B Nazanin"/>
          <w:b/>
          <w:bCs/>
          <w:sz w:val="24"/>
          <w:szCs w:val="24"/>
          <w:rtl/>
        </w:rPr>
      </w:pPr>
    </w:p>
    <w:p w14:paraId="73541D13" w14:textId="7CEC5DFB" w:rsidR="00080FFD" w:rsidRDefault="00080FFD" w:rsidP="00080FFD">
      <w:pPr>
        <w:bidi/>
        <w:jc w:val="both"/>
        <w:rPr>
          <w:rFonts w:cs="B Nazanin"/>
          <w:b/>
          <w:bCs/>
          <w:sz w:val="24"/>
          <w:szCs w:val="24"/>
          <w:rtl/>
        </w:rPr>
      </w:pPr>
    </w:p>
    <w:p w14:paraId="12DE5E99" w14:textId="77DFC329" w:rsidR="00080FFD" w:rsidRDefault="00080FFD" w:rsidP="00080FFD">
      <w:pPr>
        <w:bidi/>
        <w:jc w:val="both"/>
        <w:rPr>
          <w:rFonts w:cs="B Nazanin"/>
          <w:b/>
          <w:bCs/>
          <w:sz w:val="24"/>
          <w:szCs w:val="24"/>
          <w:rtl/>
        </w:rPr>
      </w:pPr>
    </w:p>
    <w:p w14:paraId="5E4EE2D8" w14:textId="1361687D" w:rsidR="00080FFD" w:rsidRDefault="00080FFD" w:rsidP="00080FFD">
      <w:pPr>
        <w:bidi/>
        <w:jc w:val="both"/>
        <w:rPr>
          <w:rFonts w:cs="B Nazanin"/>
          <w:b/>
          <w:bCs/>
          <w:sz w:val="24"/>
          <w:szCs w:val="24"/>
          <w:rtl/>
        </w:rPr>
      </w:pPr>
    </w:p>
    <w:p w14:paraId="1AF24C18" w14:textId="5C5DEF89" w:rsidR="00080FFD" w:rsidRDefault="00080FFD" w:rsidP="00080FFD">
      <w:pPr>
        <w:bidi/>
        <w:jc w:val="both"/>
        <w:rPr>
          <w:rFonts w:cs="B Nazanin"/>
          <w:b/>
          <w:bCs/>
          <w:sz w:val="24"/>
          <w:szCs w:val="24"/>
          <w:rtl/>
        </w:rPr>
      </w:pPr>
    </w:p>
    <w:p w14:paraId="1ABB4B2A" w14:textId="1E3F4F6B" w:rsidR="00080FFD" w:rsidRDefault="00080FFD" w:rsidP="00080FFD">
      <w:pPr>
        <w:bidi/>
        <w:jc w:val="both"/>
        <w:rPr>
          <w:rFonts w:cs="B Nazanin"/>
          <w:b/>
          <w:bCs/>
          <w:sz w:val="24"/>
          <w:szCs w:val="24"/>
          <w:rtl/>
        </w:rPr>
      </w:pPr>
    </w:p>
    <w:p w14:paraId="7DD68872" w14:textId="2A3D6FAE" w:rsidR="00080FFD" w:rsidRDefault="00080FFD" w:rsidP="00080FFD">
      <w:pPr>
        <w:bidi/>
        <w:jc w:val="both"/>
        <w:rPr>
          <w:rFonts w:cs="B Nazanin"/>
          <w:b/>
          <w:bCs/>
          <w:sz w:val="24"/>
          <w:szCs w:val="24"/>
          <w:rtl/>
        </w:rPr>
      </w:pPr>
    </w:p>
    <w:p w14:paraId="11F24034" w14:textId="77777777" w:rsidR="00080FFD" w:rsidRPr="002C4E4D" w:rsidRDefault="00080FFD" w:rsidP="00080FFD">
      <w:pPr>
        <w:bidi/>
        <w:jc w:val="both"/>
        <w:rPr>
          <w:rFonts w:cs="B Nazanin"/>
          <w:b/>
          <w:bCs/>
          <w:sz w:val="24"/>
          <w:szCs w:val="24"/>
        </w:rPr>
      </w:pPr>
    </w:p>
    <w:p w14:paraId="61DE9689" w14:textId="3BD93E28" w:rsidR="002C4E4D" w:rsidRPr="00080FFD" w:rsidRDefault="002C4E4D" w:rsidP="002C4E4D">
      <w:pPr>
        <w:bidi/>
        <w:jc w:val="both"/>
        <w:rPr>
          <w:rFonts w:cs="B Titr"/>
          <w:b/>
          <w:bCs/>
          <w:sz w:val="24"/>
          <w:szCs w:val="24"/>
        </w:rPr>
      </w:pPr>
      <w:r w:rsidRPr="00080FFD">
        <w:rPr>
          <w:rFonts w:cs="B Titr"/>
          <w:b/>
          <w:bCs/>
          <w:sz w:val="24"/>
          <w:szCs w:val="24"/>
          <w:rtl/>
          <w:lang w:bidi="fa-IR"/>
        </w:rPr>
        <w:lastRenderedPageBreak/>
        <w:t>۱</w:t>
      </w:r>
      <w:r w:rsidRPr="00080FFD">
        <w:rPr>
          <w:rFonts w:cs="B Titr"/>
          <w:b/>
          <w:bCs/>
          <w:sz w:val="24"/>
          <w:szCs w:val="24"/>
        </w:rPr>
        <w:t>.</w:t>
      </w:r>
      <w:r w:rsidR="00080FFD" w:rsidRPr="00080FFD">
        <w:rPr>
          <w:rFonts w:cs="B Titr" w:hint="cs"/>
          <w:b/>
          <w:bCs/>
          <w:sz w:val="24"/>
          <w:szCs w:val="24"/>
          <w:rtl/>
        </w:rPr>
        <w:t xml:space="preserve"> </w:t>
      </w:r>
      <w:r w:rsidRPr="00080FFD">
        <w:rPr>
          <w:rFonts w:cs="B Titr"/>
          <w:b/>
          <w:bCs/>
          <w:sz w:val="24"/>
          <w:szCs w:val="24"/>
        </w:rPr>
        <w:t xml:space="preserve"> </w:t>
      </w:r>
      <w:r w:rsidRPr="00080FFD">
        <w:rPr>
          <w:rFonts w:cs="B Titr"/>
          <w:b/>
          <w:bCs/>
          <w:sz w:val="24"/>
          <w:szCs w:val="24"/>
          <w:rtl/>
        </w:rPr>
        <w:t>عوامل ژنتیکی و کروموزومی</w:t>
      </w:r>
    </w:p>
    <w:p w14:paraId="3342006E" w14:textId="77777777" w:rsidR="002C4E4D" w:rsidRPr="002C4E4D" w:rsidRDefault="002C4E4D" w:rsidP="002C4E4D">
      <w:pPr>
        <w:bidi/>
        <w:jc w:val="both"/>
        <w:rPr>
          <w:rFonts w:cs="B Nazanin"/>
          <w:b/>
          <w:bCs/>
          <w:sz w:val="24"/>
          <w:szCs w:val="24"/>
        </w:rPr>
      </w:pPr>
      <w:r w:rsidRPr="002C4E4D">
        <w:rPr>
          <w:rFonts w:cs="B Nazanin"/>
          <w:b/>
          <w:bCs/>
          <w:sz w:val="24"/>
          <w:szCs w:val="24"/>
          <w:rtl/>
        </w:rPr>
        <w:t>یکی از شایع‌ترین و در عین حال غیرقابل پیش‌بینی‌ترین علل از دست رفتن حیات جنین، اختلالات ژنتیکی و کروموزومی است. این ناهنجاری‌ها اغلب در مراحل اولیه تشکیل جنین رخ می‌دهند و می‌توانند به طور جدی رشد و تکامل آن را مختل کنند</w:t>
      </w:r>
      <w:r w:rsidRPr="002C4E4D">
        <w:rPr>
          <w:rFonts w:cs="B Nazanin"/>
          <w:b/>
          <w:bCs/>
          <w:sz w:val="24"/>
          <w:szCs w:val="24"/>
        </w:rPr>
        <w:t>.</w:t>
      </w:r>
    </w:p>
    <w:p w14:paraId="06173CB4" w14:textId="77777777" w:rsidR="002C4E4D" w:rsidRPr="002C4E4D" w:rsidRDefault="002C4E4D" w:rsidP="002C4E4D">
      <w:pPr>
        <w:bidi/>
        <w:jc w:val="both"/>
        <w:rPr>
          <w:rFonts w:cs="B Nazanin"/>
          <w:b/>
          <w:bCs/>
          <w:sz w:val="24"/>
          <w:szCs w:val="24"/>
        </w:rPr>
      </w:pPr>
      <w:r w:rsidRPr="002C4E4D">
        <w:rPr>
          <w:rFonts w:cs="B Nazanin"/>
          <w:b/>
          <w:bCs/>
          <w:sz w:val="24"/>
          <w:szCs w:val="24"/>
          <w:rtl/>
        </w:rPr>
        <w:t>نقص‌های کروموزومی</w:t>
      </w:r>
    </w:p>
    <w:p w14:paraId="44807678" w14:textId="77777777" w:rsidR="002C4E4D" w:rsidRPr="002C4E4D" w:rsidRDefault="002C4E4D" w:rsidP="002C4E4D">
      <w:pPr>
        <w:bidi/>
        <w:jc w:val="both"/>
        <w:rPr>
          <w:rFonts w:cs="B Nazanin"/>
          <w:b/>
          <w:bCs/>
          <w:sz w:val="24"/>
          <w:szCs w:val="24"/>
        </w:rPr>
      </w:pPr>
      <w:r w:rsidRPr="002C4E4D">
        <w:rPr>
          <w:rFonts w:cs="B Nazanin"/>
          <w:b/>
          <w:bCs/>
          <w:sz w:val="24"/>
          <w:szCs w:val="24"/>
          <w:rtl/>
        </w:rPr>
        <w:t>نقص‌های کروموزومی شامل تغییرات در تعداد یا ساختار کروموزوم‌ها است. این ناهنجاری‌ها می‌توانند به صورت خودبه‌خودی و در اثر خطاهای تقسیم سلولی (میتوز یا میوز) در سلول‌های جنسی والدین یا در مراحل اولیه تقسیم سلولی تخم بارور شده رخ دهند</w:t>
      </w:r>
      <w:r w:rsidRPr="002C4E4D">
        <w:rPr>
          <w:rFonts w:cs="B Nazanin"/>
          <w:b/>
          <w:bCs/>
          <w:sz w:val="24"/>
          <w:szCs w:val="24"/>
        </w:rPr>
        <w:t>.</w:t>
      </w:r>
    </w:p>
    <w:p w14:paraId="0F4DB276" w14:textId="77777777" w:rsidR="002C4E4D" w:rsidRPr="002C4E4D" w:rsidRDefault="002C4E4D" w:rsidP="002C4E4D">
      <w:pPr>
        <w:numPr>
          <w:ilvl w:val="0"/>
          <w:numId w:val="10"/>
        </w:numPr>
        <w:bidi/>
        <w:jc w:val="both"/>
        <w:rPr>
          <w:rFonts w:cs="B Nazanin"/>
          <w:b/>
          <w:bCs/>
          <w:sz w:val="24"/>
          <w:szCs w:val="24"/>
        </w:rPr>
      </w:pPr>
      <w:r w:rsidRPr="002C4E4D">
        <w:rPr>
          <w:rFonts w:cs="B Nazanin"/>
          <w:b/>
          <w:bCs/>
          <w:sz w:val="24"/>
          <w:szCs w:val="24"/>
          <w:rtl/>
        </w:rPr>
        <w:t>ناهنجاری‌های عددی</w:t>
      </w:r>
      <w:r w:rsidRPr="002C4E4D">
        <w:rPr>
          <w:rFonts w:cs="B Nazanin"/>
          <w:b/>
          <w:bCs/>
          <w:sz w:val="24"/>
          <w:szCs w:val="24"/>
        </w:rPr>
        <w:t xml:space="preserve"> (Aneuploidy): </w:t>
      </w:r>
      <w:r w:rsidRPr="002C4E4D">
        <w:rPr>
          <w:rFonts w:cs="B Nazanin"/>
          <w:b/>
          <w:bCs/>
          <w:sz w:val="24"/>
          <w:szCs w:val="24"/>
          <w:rtl/>
        </w:rPr>
        <w:t>رایج‌ترین شکل ناهنجاری کروموزومی در سقط‌های خودبه‌خودی، به ویژه در سه‌ماهه اول بارداری، است. این حالت زمانی رخ می‌دهد که یک سلول، تعداد طبیعی کروموزوم‌ها (</w:t>
      </w:r>
      <w:r w:rsidRPr="002C4E4D">
        <w:rPr>
          <w:rFonts w:cs="B Nazanin"/>
          <w:b/>
          <w:bCs/>
          <w:sz w:val="24"/>
          <w:szCs w:val="24"/>
          <w:rtl/>
          <w:lang w:bidi="fa-IR"/>
        </w:rPr>
        <w:t>۴۶</w:t>
      </w:r>
      <w:r w:rsidRPr="002C4E4D">
        <w:rPr>
          <w:rFonts w:cs="B Nazanin"/>
          <w:b/>
          <w:bCs/>
          <w:sz w:val="24"/>
          <w:szCs w:val="24"/>
          <w:rtl/>
        </w:rPr>
        <w:t xml:space="preserve"> در انسان) را نداشته باشد</w:t>
      </w:r>
      <w:r w:rsidRPr="002C4E4D">
        <w:rPr>
          <w:rFonts w:cs="B Nazanin"/>
          <w:b/>
          <w:bCs/>
          <w:sz w:val="24"/>
          <w:szCs w:val="24"/>
        </w:rPr>
        <w:t>.</w:t>
      </w:r>
    </w:p>
    <w:p w14:paraId="32C41CAE" w14:textId="77777777" w:rsidR="002C4E4D" w:rsidRPr="002C4E4D" w:rsidRDefault="002C4E4D" w:rsidP="002C4E4D">
      <w:pPr>
        <w:numPr>
          <w:ilvl w:val="1"/>
          <w:numId w:val="10"/>
        </w:numPr>
        <w:bidi/>
        <w:jc w:val="both"/>
        <w:rPr>
          <w:rFonts w:cs="B Nazanin"/>
          <w:b/>
          <w:bCs/>
          <w:sz w:val="24"/>
          <w:szCs w:val="24"/>
        </w:rPr>
      </w:pPr>
      <w:r w:rsidRPr="002C4E4D">
        <w:rPr>
          <w:rFonts w:cs="B Nazanin"/>
          <w:b/>
          <w:bCs/>
          <w:sz w:val="24"/>
          <w:szCs w:val="24"/>
          <w:rtl/>
        </w:rPr>
        <w:t>تریزومی</w:t>
      </w:r>
      <w:r w:rsidRPr="002C4E4D">
        <w:rPr>
          <w:rFonts w:cs="B Nazanin"/>
          <w:b/>
          <w:bCs/>
          <w:sz w:val="24"/>
          <w:szCs w:val="24"/>
        </w:rPr>
        <w:t xml:space="preserve"> (Trisomy): </w:t>
      </w:r>
      <w:r w:rsidRPr="002C4E4D">
        <w:rPr>
          <w:rFonts w:cs="B Nazanin"/>
          <w:b/>
          <w:bCs/>
          <w:sz w:val="24"/>
          <w:szCs w:val="24"/>
          <w:rtl/>
        </w:rPr>
        <w:t xml:space="preserve">وجود یک نسخه اضافی از یک کروموزوم خاص. به عنوان مثال، تریزومی </w:t>
      </w:r>
      <w:r w:rsidRPr="002C4E4D">
        <w:rPr>
          <w:rFonts w:cs="B Nazanin"/>
          <w:b/>
          <w:bCs/>
          <w:sz w:val="24"/>
          <w:szCs w:val="24"/>
          <w:rtl/>
          <w:lang w:bidi="fa-IR"/>
        </w:rPr>
        <w:t>۲۱ (</w:t>
      </w:r>
      <w:r w:rsidRPr="002C4E4D">
        <w:rPr>
          <w:rFonts w:cs="B Nazanin"/>
          <w:b/>
          <w:bCs/>
          <w:sz w:val="24"/>
          <w:szCs w:val="24"/>
          <w:rtl/>
        </w:rPr>
        <w:t xml:space="preserve">سندرم داون)، تریزومی </w:t>
      </w:r>
      <w:r w:rsidRPr="002C4E4D">
        <w:rPr>
          <w:rFonts w:cs="B Nazanin"/>
          <w:b/>
          <w:bCs/>
          <w:sz w:val="24"/>
          <w:szCs w:val="24"/>
          <w:rtl/>
          <w:lang w:bidi="fa-IR"/>
        </w:rPr>
        <w:t>۱۸ (</w:t>
      </w:r>
      <w:r w:rsidRPr="002C4E4D">
        <w:rPr>
          <w:rFonts w:cs="B Nazanin"/>
          <w:b/>
          <w:bCs/>
          <w:sz w:val="24"/>
          <w:szCs w:val="24"/>
          <w:rtl/>
        </w:rPr>
        <w:t xml:space="preserve">سندرم ادواردز)، و تریزومی </w:t>
      </w:r>
      <w:r w:rsidRPr="002C4E4D">
        <w:rPr>
          <w:rFonts w:cs="B Nazanin"/>
          <w:b/>
          <w:bCs/>
          <w:sz w:val="24"/>
          <w:szCs w:val="24"/>
          <w:rtl/>
          <w:lang w:bidi="fa-IR"/>
        </w:rPr>
        <w:t>۱۳ (</w:t>
      </w:r>
      <w:r w:rsidRPr="002C4E4D">
        <w:rPr>
          <w:rFonts w:cs="B Nazanin"/>
          <w:b/>
          <w:bCs/>
          <w:sz w:val="24"/>
          <w:szCs w:val="24"/>
          <w:rtl/>
        </w:rPr>
        <w:t>سندرم پاتاو) از جمله تریزومی‌های شناخته شده هستند که می‌توانند منجر به سقط یا ناهنجاری‌های شدید در جنین زنده متولد شده شوند</w:t>
      </w:r>
      <w:r w:rsidRPr="002C4E4D">
        <w:rPr>
          <w:rFonts w:cs="B Nazanin"/>
          <w:b/>
          <w:bCs/>
          <w:sz w:val="24"/>
          <w:szCs w:val="24"/>
        </w:rPr>
        <w:t>.</w:t>
      </w:r>
    </w:p>
    <w:p w14:paraId="288D0173" w14:textId="77777777" w:rsidR="002C4E4D" w:rsidRPr="002C4E4D" w:rsidRDefault="002C4E4D" w:rsidP="002C4E4D">
      <w:pPr>
        <w:numPr>
          <w:ilvl w:val="1"/>
          <w:numId w:val="10"/>
        </w:numPr>
        <w:bidi/>
        <w:jc w:val="both"/>
        <w:rPr>
          <w:rFonts w:cs="B Nazanin"/>
          <w:b/>
          <w:bCs/>
          <w:sz w:val="24"/>
          <w:szCs w:val="24"/>
        </w:rPr>
      </w:pPr>
      <w:r w:rsidRPr="002C4E4D">
        <w:rPr>
          <w:rFonts w:cs="B Nazanin"/>
          <w:b/>
          <w:bCs/>
          <w:sz w:val="24"/>
          <w:szCs w:val="24"/>
          <w:rtl/>
        </w:rPr>
        <w:t>مونوزومی</w:t>
      </w:r>
      <w:r w:rsidRPr="002C4E4D">
        <w:rPr>
          <w:rFonts w:cs="B Nazanin"/>
          <w:b/>
          <w:bCs/>
          <w:sz w:val="24"/>
          <w:szCs w:val="24"/>
        </w:rPr>
        <w:t xml:space="preserve"> (Monosomy): </w:t>
      </w:r>
      <w:r w:rsidRPr="002C4E4D">
        <w:rPr>
          <w:rFonts w:cs="B Nazanin"/>
          <w:b/>
          <w:bCs/>
          <w:sz w:val="24"/>
          <w:szCs w:val="24"/>
          <w:rtl/>
        </w:rPr>
        <w:t>فقدان یک نسخه از یک کروموزوم. رایج‌ترین مونوزومی در انسان، مونوزومی</w:t>
      </w:r>
      <w:r w:rsidRPr="002C4E4D">
        <w:rPr>
          <w:rFonts w:cs="B Nazanin"/>
          <w:b/>
          <w:bCs/>
          <w:sz w:val="24"/>
          <w:szCs w:val="24"/>
        </w:rPr>
        <w:t xml:space="preserve"> X </w:t>
      </w:r>
      <w:r w:rsidRPr="002C4E4D">
        <w:rPr>
          <w:rFonts w:cs="B Nazanin"/>
          <w:b/>
          <w:bCs/>
          <w:sz w:val="24"/>
          <w:szCs w:val="24"/>
          <w:rtl/>
        </w:rPr>
        <w:t>(سندرم ترنر) است که معمولاً منجر به سقط در اوایل بارداری می‌شود</w:t>
      </w:r>
      <w:r w:rsidRPr="002C4E4D">
        <w:rPr>
          <w:rFonts w:cs="B Nazanin"/>
          <w:b/>
          <w:bCs/>
          <w:sz w:val="24"/>
          <w:szCs w:val="24"/>
        </w:rPr>
        <w:t>.</w:t>
      </w:r>
    </w:p>
    <w:p w14:paraId="447D6222" w14:textId="77777777" w:rsidR="002C4E4D" w:rsidRPr="002C4E4D" w:rsidRDefault="002C4E4D" w:rsidP="002C4E4D">
      <w:pPr>
        <w:numPr>
          <w:ilvl w:val="1"/>
          <w:numId w:val="10"/>
        </w:numPr>
        <w:bidi/>
        <w:jc w:val="both"/>
        <w:rPr>
          <w:rFonts w:cs="B Nazanin"/>
          <w:b/>
          <w:bCs/>
          <w:sz w:val="24"/>
          <w:szCs w:val="24"/>
        </w:rPr>
      </w:pPr>
      <w:r w:rsidRPr="002C4E4D">
        <w:rPr>
          <w:rFonts w:cs="B Nazanin"/>
          <w:b/>
          <w:bCs/>
          <w:sz w:val="24"/>
          <w:szCs w:val="24"/>
          <w:rtl/>
        </w:rPr>
        <w:t>پلی‌پلوئیدی</w:t>
      </w:r>
      <w:r w:rsidRPr="002C4E4D">
        <w:rPr>
          <w:rFonts w:cs="B Nazanin"/>
          <w:b/>
          <w:bCs/>
          <w:sz w:val="24"/>
          <w:szCs w:val="24"/>
        </w:rPr>
        <w:t xml:space="preserve"> (Polyploidy): </w:t>
      </w:r>
      <w:r w:rsidRPr="002C4E4D">
        <w:rPr>
          <w:rFonts w:cs="B Nazanin"/>
          <w:b/>
          <w:bCs/>
          <w:sz w:val="24"/>
          <w:szCs w:val="24"/>
          <w:rtl/>
        </w:rPr>
        <w:t>وجود تعداد بیشتری از مجموعه کامل کروموزوم‌ها. تریپلوئیدی (</w:t>
      </w:r>
      <w:r w:rsidRPr="002C4E4D">
        <w:rPr>
          <w:rFonts w:cs="B Nazanin"/>
          <w:b/>
          <w:bCs/>
          <w:sz w:val="24"/>
          <w:szCs w:val="24"/>
          <w:rtl/>
          <w:lang w:bidi="fa-IR"/>
        </w:rPr>
        <w:t>۶۹</w:t>
      </w:r>
      <w:r w:rsidRPr="002C4E4D">
        <w:rPr>
          <w:rFonts w:cs="B Nazanin"/>
          <w:b/>
          <w:bCs/>
          <w:sz w:val="24"/>
          <w:szCs w:val="24"/>
          <w:rtl/>
        </w:rPr>
        <w:t xml:space="preserve"> کروموزوم) و تتراپلوئیدی (</w:t>
      </w:r>
      <w:r w:rsidRPr="002C4E4D">
        <w:rPr>
          <w:rFonts w:cs="B Nazanin"/>
          <w:b/>
          <w:bCs/>
          <w:sz w:val="24"/>
          <w:szCs w:val="24"/>
          <w:rtl/>
          <w:lang w:bidi="fa-IR"/>
        </w:rPr>
        <w:t>۹۲</w:t>
      </w:r>
      <w:r w:rsidRPr="002C4E4D">
        <w:rPr>
          <w:rFonts w:cs="B Nazanin"/>
          <w:b/>
          <w:bCs/>
          <w:sz w:val="24"/>
          <w:szCs w:val="24"/>
          <w:rtl/>
        </w:rPr>
        <w:t xml:space="preserve"> کروموزوم) از انواع رایج پلی‌پلوئیدی هستند که تقریباً همیشه با سقط خودبه‌خودی همراهند</w:t>
      </w:r>
      <w:r w:rsidRPr="002C4E4D">
        <w:rPr>
          <w:rFonts w:cs="B Nazanin"/>
          <w:b/>
          <w:bCs/>
          <w:sz w:val="24"/>
          <w:szCs w:val="24"/>
        </w:rPr>
        <w:t>.</w:t>
      </w:r>
    </w:p>
    <w:p w14:paraId="192A8586" w14:textId="77777777" w:rsidR="002C4E4D" w:rsidRPr="002C4E4D" w:rsidRDefault="002C4E4D" w:rsidP="002C4E4D">
      <w:pPr>
        <w:numPr>
          <w:ilvl w:val="0"/>
          <w:numId w:val="10"/>
        </w:numPr>
        <w:bidi/>
        <w:jc w:val="both"/>
        <w:rPr>
          <w:rFonts w:cs="B Nazanin"/>
          <w:b/>
          <w:bCs/>
          <w:sz w:val="24"/>
          <w:szCs w:val="24"/>
        </w:rPr>
      </w:pPr>
      <w:r w:rsidRPr="002C4E4D">
        <w:rPr>
          <w:rFonts w:cs="B Nazanin"/>
          <w:b/>
          <w:bCs/>
          <w:sz w:val="24"/>
          <w:szCs w:val="24"/>
          <w:rtl/>
        </w:rPr>
        <w:t>ناهنجاری‌های ساختاری</w:t>
      </w:r>
      <w:r w:rsidRPr="002C4E4D">
        <w:rPr>
          <w:rFonts w:cs="B Nazanin"/>
          <w:b/>
          <w:bCs/>
          <w:sz w:val="24"/>
          <w:szCs w:val="24"/>
        </w:rPr>
        <w:t xml:space="preserve">: </w:t>
      </w:r>
      <w:r w:rsidRPr="002C4E4D">
        <w:rPr>
          <w:rFonts w:cs="B Nazanin"/>
          <w:b/>
          <w:bCs/>
          <w:sz w:val="24"/>
          <w:szCs w:val="24"/>
          <w:rtl/>
        </w:rPr>
        <w:t>این نقص‌ها شامل تغییر در ساختار کروموزوم‌ها، مانند حذف</w:t>
      </w:r>
      <w:r w:rsidRPr="002C4E4D">
        <w:rPr>
          <w:rFonts w:cs="B Nazanin"/>
          <w:b/>
          <w:bCs/>
          <w:sz w:val="24"/>
          <w:szCs w:val="24"/>
        </w:rPr>
        <w:t xml:space="preserve"> (deletion)</w:t>
      </w:r>
      <w:r w:rsidRPr="002C4E4D">
        <w:rPr>
          <w:rFonts w:cs="B Nazanin"/>
          <w:b/>
          <w:bCs/>
          <w:sz w:val="24"/>
          <w:szCs w:val="24"/>
          <w:rtl/>
        </w:rPr>
        <w:t>، اضافه شدن</w:t>
      </w:r>
      <w:r w:rsidRPr="002C4E4D">
        <w:rPr>
          <w:rFonts w:cs="B Nazanin"/>
          <w:b/>
          <w:bCs/>
          <w:sz w:val="24"/>
          <w:szCs w:val="24"/>
        </w:rPr>
        <w:t xml:space="preserve"> (duplication)</w:t>
      </w:r>
      <w:r w:rsidRPr="002C4E4D">
        <w:rPr>
          <w:rFonts w:cs="B Nazanin"/>
          <w:b/>
          <w:bCs/>
          <w:sz w:val="24"/>
          <w:szCs w:val="24"/>
          <w:rtl/>
        </w:rPr>
        <w:t>، وارونگی</w:t>
      </w:r>
      <w:r w:rsidRPr="002C4E4D">
        <w:rPr>
          <w:rFonts w:cs="B Nazanin"/>
          <w:b/>
          <w:bCs/>
          <w:sz w:val="24"/>
          <w:szCs w:val="24"/>
        </w:rPr>
        <w:t xml:space="preserve"> (inversion)</w:t>
      </w:r>
      <w:r w:rsidRPr="002C4E4D">
        <w:rPr>
          <w:rFonts w:cs="B Nazanin"/>
          <w:b/>
          <w:bCs/>
          <w:sz w:val="24"/>
          <w:szCs w:val="24"/>
          <w:rtl/>
        </w:rPr>
        <w:t>، و جابه‌جایی</w:t>
      </w:r>
      <w:r w:rsidRPr="002C4E4D">
        <w:rPr>
          <w:rFonts w:cs="B Nazanin"/>
          <w:b/>
          <w:bCs/>
          <w:sz w:val="24"/>
          <w:szCs w:val="24"/>
        </w:rPr>
        <w:t xml:space="preserve"> (translocation) </w:t>
      </w:r>
      <w:r w:rsidRPr="002C4E4D">
        <w:rPr>
          <w:rFonts w:cs="B Nazanin"/>
          <w:b/>
          <w:bCs/>
          <w:sz w:val="24"/>
          <w:szCs w:val="24"/>
          <w:rtl/>
        </w:rPr>
        <w:t>قطعات کروموزومی است</w:t>
      </w:r>
      <w:r w:rsidRPr="002C4E4D">
        <w:rPr>
          <w:rFonts w:cs="B Nazanin"/>
          <w:b/>
          <w:bCs/>
          <w:sz w:val="24"/>
          <w:szCs w:val="24"/>
        </w:rPr>
        <w:t>.</w:t>
      </w:r>
    </w:p>
    <w:p w14:paraId="0F5130FC" w14:textId="77777777" w:rsidR="002C4E4D" w:rsidRPr="002C4E4D" w:rsidRDefault="002C4E4D" w:rsidP="002C4E4D">
      <w:pPr>
        <w:numPr>
          <w:ilvl w:val="1"/>
          <w:numId w:val="10"/>
        </w:numPr>
        <w:bidi/>
        <w:jc w:val="both"/>
        <w:rPr>
          <w:rFonts w:cs="B Nazanin"/>
          <w:b/>
          <w:bCs/>
          <w:sz w:val="24"/>
          <w:szCs w:val="24"/>
        </w:rPr>
      </w:pPr>
      <w:r w:rsidRPr="002C4E4D">
        <w:rPr>
          <w:rFonts w:cs="B Nazanin"/>
          <w:b/>
          <w:bCs/>
          <w:sz w:val="24"/>
          <w:szCs w:val="24"/>
          <w:rtl/>
        </w:rPr>
        <w:t>جابه‌جایی‌های متعادل</w:t>
      </w:r>
      <w:r w:rsidRPr="002C4E4D">
        <w:rPr>
          <w:rFonts w:cs="B Nazanin"/>
          <w:b/>
          <w:bCs/>
          <w:sz w:val="24"/>
          <w:szCs w:val="24"/>
        </w:rPr>
        <w:t xml:space="preserve"> (Balanced Translocations): </w:t>
      </w:r>
      <w:r w:rsidRPr="002C4E4D">
        <w:rPr>
          <w:rFonts w:cs="B Nazanin"/>
          <w:b/>
          <w:bCs/>
          <w:sz w:val="24"/>
          <w:szCs w:val="24"/>
          <w:rtl/>
        </w:rPr>
        <w:t xml:space="preserve">زمانی رخ می‌دهد که قطعاتی از کروموزوم‌ها جابه‌جا شده اما هیچ ماده ژنتیکی از دست نرفته یا اضافه نشده باشد. افراد حامل این جابه‌جایی‌ها معمولاً سالم هستند، اما گامت‌های (سلول‌های جنسی) آن‌ها ممکن است حاوی </w:t>
      </w:r>
      <w:r w:rsidRPr="002C4E4D">
        <w:rPr>
          <w:rFonts w:cs="B Nazanin"/>
          <w:b/>
          <w:bCs/>
          <w:sz w:val="24"/>
          <w:szCs w:val="24"/>
          <w:rtl/>
        </w:rPr>
        <w:lastRenderedPageBreak/>
        <w:t>کروموزوم‌های متعادل نباشند، که این امر می‌تواند منجر به سقط مکرر یا فرزندان با ناهنجاری‌های ژنتیکی شود</w:t>
      </w:r>
      <w:r w:rsidRPr="002C4E4D">
        <w:rPr>
          <w:rFonts w:cs="B Nazanin"/>
          <w:b/>
          <w:bCs/>
          <w:sz w:val="24"/>
          <w:szCs w:val="24"/>
        </w:rPr>
        <w:t>.</w:t>
      </w:r>
    </w:p>
    <w:p w14:paraId="38D0FC14" w14:textId="77777777" w:rsidR="002C4E4D" w:rsidRPr="002C4E4D" w:rsidRDefault="002C4E4D" w:rsidP="002C4E4D">
      <w:pPr>
        <w:numPr>
          <w:ilvl w:val="1"/>
          <w:numId w:val="10"/>
        </w:numPr>
        <w:bidi/>
        <w:jc w:val="both"/>
        <w:rPr>
          <w:rFonts w:cs="B Nazanin"/>
          <w:b/>
          <w:bCs/>
          <w:sz w:val="24"/>
          <w:szCs w:val="24"/>
        </w:rPr>
      </w:pPr>
      <w:r w:rsidRPr="002C4E4D">
        <w:rPr>
          <w:rFonts w:cs="B Nazanin"/>
          <w:b/>
          <w:bCs/>
          <w:sz w:val="24"/>
          <w:szCs w:val="24"/>
          <w:rtl/>
        </w:rPr>
        <w:t>جابه‌جایی‌های نامتعادل</w:t>
      </w:r>
      <w:r w:rsidRPr="002C4E4D">
        <w:rPr>
          <w:rFonts w:cs="B Nazanin"/>
          <w:b/>
          <w:bCs/>
          <w:sz w:val="24"/>
          <w:szCs w:val="24"/>
        </w:rPr>
        <w:t xml:space="preserve"> (Unbalanced Translocations): </w:t>
      </w:r>
      <w:r w:rsidRPr="002C4E4D">
        <w:rPr>
          <w:rFonts w:cs="B Nazanin"/>
          <w:b/>
          <w:bCs/>
          <w:sz w:val="24"/>
          <w:szCs w:val="24"/>
          <w:rtl/>
        </w:rPr>
        <w:t>در این حالت، ماده ژنتیکی اضافه یا کم شده است، که منجر به اختلالات رشدی شدید در جنین می‌شود</w:t>
      </w:r>
      <w:r w:rsidRPr="002C4E4D">
        <w:rPr>
          <w:rFonts w:cs="B Nazanin"/>
          <w:b/>
          <w:bCs/>
          <w:sz w:val="24"/>
          <w:szCs w:val="24"/>
        </w:rPr>
        <w:t>.</w:t>
      </w:r>
    </w:p>
    <w:p w14:paraId="44635E83" w14:textId="77777777" w:rsidR="002C4E4D" w:rsidRPr="002C4E4D" w:rsidRDefault="002C4E4D" w:rsidP="002C4E4D">
      <w:pPr>
        <w:bidi/>
        <w:jc w:val="both"/>
        <w:rPr>
          <w:rFonts w:cs="B Nazanin"/>
          <w:b/>
          <w:bCs/>
          <w:sz w:val="24"/>
          <w:szCs w:val="24"/>
        </w:rPr>
      </w:pPr>
      <w:r w:rsidRPr="002C4E4D">
        <w:rPr>
          <w:rFonts w:cs="B Nazanin"/>
          <w:b/>
          <w:bCs/>
          <w:sz w:val="24"/>
          <w:szCs w:val="24"/>
          <w:rtl/>
        </w:rPr>
        <w:t>اختلالات ژنی</w:t>
      </w:r>
    </w:p>
    <w:p w14:paraId="332D99DD" w14:textId="77777777" w:rsidR="002C4E4D" w:rsidRPr="002C4E4D" w:rsidRDefault="002C4E4D" w:rsidP="002C4E4D">
      <w:pPr>
        <w:bidi/>
        <w:jc w:val="both"/>
        <w:rPr>
          <w:rFonts w:cs="B Nazanin"/>
          <w:b/>
          <w:bCs/>
          <w:sz w:val="24"/>
          <w:szCs w:val="24"/>
        </w:rPr>
      </w:pPr>
      <w:r w:rsidRPr="002C4E4D">
        <w:rPr>
          <w:rFonts w:cs="B Nazanin"/>
          <w:b/>
          <w:bCs/>
          <w:sz w:val="24"/>
          <w:szCs w:val="24"/>
          <w:rtl/>
        </w:rPr>
        <w:t>اختلالات ژنی، که ناشی از جهش در یک یا چند ژن خاص هستند، نیز می‌توانند عامل مهمی در عدم حفظ حیات جنین باشند. این جهش‌ها می‌توانند بر مسیرهای متابولیکی حیاتی، ساختار پروتئین‌ها، یا تنظیم فرآیندهای سلولی تاثیر بگذارند</w:t>
      </w:r>
      <w:r w:rsidRPr="002C4E4D">
        <w:rPr>
          <w:rFonts w:cs="B Nazanin"/>
          <w:b/>
          <w:bCs/>
          <w:sz w:val="24"/>
          <w:szCs w:val="24"/>
        </w:rPr>
        <w:t>.</w:t>
      </w:r>
    </w:p>
    <w:p w14:paraId="777477B1" w14:textId="77777777" w:rsidR="002C4E4D" w:rsidRPr="002C4E4D" w:rsidRDefault="002C4E4D" w:rsidP="002C4E4D">
      <w:pPr>
        <w:numPr>
          <w:ilvl w:val="0"/>
          <w:numId w:val="11"/>
        </w:numPr>
        <w:bidi/>
        <w:jc w:val="both"/>
        <w:rPr>
          <w:rFonts w:cs="B Nazanin"/>
          <w:b/>
          <w:bCs/>
          <w:sz w:val="24"/>
          <w:szCs w:val="24"/>
        </w:rPr>
      </w:pPr>
      <w:r w:rsidRPr="002C4E4D">
        <w:rPr>
          <w:rFonts w:cs="B Nazanin"/>
          <w:b/>
          <w:bCs/>
          <w:sz w:val="24"/>
          <w:szCs w:val="24"/>
          <w:rtl/>
        </w:rPr>
        <w:t>بیماری‌های تک‌ژنی</w:t>
      </w:r>
      <w:r w:rsidRPr="002C4E4D">
        <w:rPr>
          <w:rFonts w:cs="B Nazanin"/>
          <w:b/>
          <w:bCs/>
          <w:sz w:val="24"/>
          <w:szCs w:val="24"/>
        </w:rPr>
        <w:t xml:space="preserve">: </w:t>
      </w:r>
      <w:r w:rsidRPr="002C4E4D">
        <w:rPr>
          <w:rFonts w:cs="B Nazanin"/>
          <w:b/>
          <w:bCs/>
          <w:sz w:val="24"/>
          <w:szCs w:val="24"/>
          <w:rtl/>
        </w:rPr>
        <w:t>این بیماری‌ها زمانی رخ می‌دهند که یک ژن معیوب در ژنوم فرد وجود داشته باشد. بسته به الگوی وراثت</w:t>
      </w:r>
      <w:r w:rsidRPr="002C4E4D">
        <w:rPr>
          <w:rFonts w:cs="B Nazanin"/>
          <w:b/>
          <w:bCs/>
          <w:sz w:val="24"/>
          <w:szCs w:val="24"/>
        </w:rPr>
        <w:t xml:space="preserve"> (</w:t>
      </w:r>
      <w:r w:rsidRPr="002C4E4D">
        <w:rPr>
          <w:rFonts w:cs="B Nazanin"/>
          <w:b/>
          <w:bCs/>
          <w:sz w:val="24"/>
          <w:szCs w:val="24"/>
          <w:rtl/>
        </w:rPr>
        <w:t>اتوزومال غالب، اتوزومال مغلوب، یا وابسته به</w:t>
      </w:r>
      <w:r w:rsidRPr="002C4E4D">
        <w:rPr>
          <w:rFonts w:cs="B Nazanin"/>
          <w:b/>
          <w:bCs/>
          <w:sz w:val="24"/>
          <w:szCs w:val="24"/>
        </w:rPr>
        <w:t xml:space="preserve"> X) </w:t>
      </w:r>
      <w:r w:rsidRPr="002C4E4D">
        <w:rPr>
          <w:rFonts w:cs="B Nazanin"/>
          <w:b/>
          <w:bCs/>
          <w:sz w:val="24"/>
          <w:szCs w:val="24"/>
          <w:rtl/>
        </w:rPr>
        <w:t>و شدت اختلال، این بیماری‌ها می‌توانند منجر به مرگ زودرس جنین شوند. نمونه‌هایی شامل</w:t>
      </w:r>
      <w:r w:rsidRPr="002C4E4D">
        <w:rPr>
          <w:rFonts w:cs="B Nazanin"/>
          <w:b/>
          <w:bCs/>
          <w:sz w:val="24"/>
          <w:szCs w:val="24"/>
        </w:rPr>
        <w:t>:</w:t>
      </w:r>
    </w:p>
    <w:p w14:paraId="4A20BB49" w14:textId="77777777" w:rsidR="002C4E4D" w:rsidRPr="002C4E4D" w:rsidRDefault="002C4E4D" w:rsidP="002C4E4D">
      <w:pPr>
        <w:numPr>
          <w:ilvl w:val="1"/>
          <w:numId w:val="11"/>
        </w:numPr>
        <w:bidi/>
        <w:jc w:val="both"/>
        <w:rPr>
          <w:rFonts w:cs="B Nazanin"/>
          <w:b/>
          <w:bCs/>
          <w:sz w:val="24"/>
          <w:szCs w:val="24"/>
        </w:rPr>
      </w:pPr>
      <w:r w:rsidRPr="002C4E4D">
        <w:rPr>
          <w:rFonts w:cs="B Nazanin"/>
          <w:b/>
          <w:bCs/>
          <w:sz w:val="24"/>
          <w:szCs w:val="24"/>
          <w:rtl/>
        </w:rPr>
        <w:t>بیماری‌های متابولیک ارثی</w:t>
      </w:r>
      <w:r w:rsidRPr="002C4E4D">
        <w:rPr>
          <w:rFonts w:cs="B Nazanin"/>
          <w:b/>
          <w:bCs/>
          <w:sz w:val="24"/>
          <w:szCs w:val="24"/>
        </w:rPr>
        <w:t xml:space="preserve">: </w:t>
      </w:r>
      <w:r w:rsidRPr="002C4E4D">
        <w:rPr>
          <w:rFonts w:cs="B Nazanin"/>
          <w:b/>
          <w:bCs/>
          <w:sz w:val="24"/>
          <w:szCs w:val="24"/>
          <w:rtl/>
        </w:rPr>
        <w:t>مانند فنیل‌کتونوریا</w:t>
      </w:r>
      <w:r w:rsidRPr="002C4E4D">
        <w:rPr>
          <w:rFonts w:cs="B Nazanin"/>
          <w:b/>
          <w:bCs/>
          <w:sz w:val="24"/>
          <w:szCs w:val="24"/>
        </w:rPr>
        <w:t xml:space="preserve"> (PKU) </w:t>
      </w:r>
      <w:r w:rsidRPr="002C4E4D">
        <w:rPr>
          <w:rFonts w:cs="B Nazanin"/>
          <w:b/>
          <w:bCs/>
          <w:sz w:val="24"/>
          <w:szCs w:val="24"/>
          <w:rtl/>
        </w:rPr>
        <w:t>یا بیماری ذخیره‌ای لیزوزومی که در صورت عدم درمان در مادر، می‌توانند بر رشد جنین تاثیر منفی بگذارند. اگرچه این بیماری‌ها معمولاً در جنین نیز وجود دارند و منجر به اختلالات شدید می‌شوند</w:t>
      </w:r>
      <w:r w:rsidRPr="002C4E4D">
        <w:rPr>
          <w:rFonts w:cs="B Nazanin"/>
          <w:b/>
          <w:bCs/>
          <w:sz w:val="24"/>
          <w:szCs w:val="24"/>
        </w:rPr>
        <w:t>.</w:t>
      </w:r>
    </w:p>
    <w:p w14:paraId="64BDAE44" w14:textId="77777777" w:rsidR="002C4E4D" w:rsidRPr="002C4E4D" w:rsidRDefault="002C4E4D" w:rsidP="002C4E4D">
      <w:pPr>
        <w:numPr>
          <w:ilvl w:val="1"/>
          <w:numId w:val="11"/>
        </w:numPr>
        <w:bidi/>
        <w:jc w:val="both"/>
        <w:rPr>
          <w:rFonts w:cs="B Nazanin"/>
          <w:b/>
          <w:bCs/>
          <w:sz w:val="24"/>
          <w:szCs w:val="24"/>
        </w:rPr>
      </w:pPr>
      <w:r w:rsidRPr="002C4E4D">
        <w:rPr>
          <w:rFonts w:cs="B Nazanin"/>
          <w:b/>
          <w:bCs/>
          <w:sz w:val="24"/>
          <w:szCs w:val="24"/>
          <w:rtl/>
        </w:rPr>
        <w:t>نقص‌های تکاملی</w:t>
      </w:r>
      <w:r w:rsidRPr="002C4E4D">
        <w:rPr>
          <w:rFonts w:cs="B Nazanin"/>
          <w:b/>
          <w:bCs/>
          <w:sz w:val="24"/>
          <w:szCs w:val="24"/>
        </w:rPr>
        <w:t xml:space="preserve">: </w:t>
      </w:r>
      <w:r w:rsidRPr="002C4E4D">
        <w:rPr>
          <w:rFonts w:cs="B Nazanin"/>
          <w:b/>
          <w:bCs/>
          <w:sz w:val="24"/>
          <w:szCs w:val="24"/>
          <w:rtl/>
        </w:rPr>
        <w:t>جهش در ژن‌های دخیل در تکامل اندام‌ها یا سیستم‌های حیاتی بدن جنین</w:t>
      </w:r>
      <w:r w:rsidRPr="002C4E4D">
        <w:rPr>
          <w:rFonts w:cs="B Nazanin"/>
          <w:b/>
          <w:bCs/>
          <w:sz w:val="24"/>
          <w:szCs w:val="24"/>
        </w:rPr>
        <w:t>.</w:t>
      </w:r>
    </w:p>
    <w:p w14:paraId="5BD3633C" w14:textId="77777777" w:rsidR="002C4E4D" w:rsidRPr="002C4E4D" w:rsidRDefault="002C4E4D" w:rsidP="002C4E4D">
      <w:pPr>
        <w:numPr>
          <w:ilvl w:val="0"/>
          <w:numId w:val="11"/>
        </w:numPr>
        <w:bidi/>
        <w:jc w:val="both"/>
        <w:rPr>
          <w:rFonts w:cs="B Nazanin"/>
          <w:b/>
          <w:bCs/>
          <w:sz w:val="24"/>
          <w:szCs w:val="24"/>
        </w:rPr>
      </w:pPr>
      <w:r w:rsidRPr="002C4E4D">
        <w:rPr>
          <w:rFonts w:cs="B Nazanin"/>
          <w:b/>
          <w:bCs/>
          <w:sz w:val="24"/>
          <w:szCs w:val="24"/>
          <w:rtl/>
        </w:rPr>
        <w:t>توضیح علمی</w:t>
      </w:r>
      <w:r w:rsidRPr="002C4E4D">
        <w:rPr>
          <w:rFonts w:cs="B Nazanin"/>
          <w:b/>
          <w:bCs/>
          <w:sz w:val="24"/>
          <w:szCs w:val="24"/>
        </w:rPr>
        <w:t xml:space="preserve">: </w:t>
      </w:r>
      <w:r w:rsidRPr="002C4E4D">
        <w:rPr>
          <w:rFonts w:cs="B Nazanin"/>
          <w:b/>
          <w:bCs/>
          <w:sz w:val="24"/>
          <w:szCs w:val="24"/>
          <w:rtl/>
        </w:rPr>
        <w:t xml:space="preserve">تحقیقات نشان می‌دهد تا </w:t>
      </w:r>
      <w:r w:rsidRPr="002C4E4D">
        <w:rPr>
          <w:rFonts w:cs="B Nazanin"/>
          <w:b/>
          <w:bCs/>
          <w:sz w:val="24"/>
          <w:szCs w:val="24"/>
          <w:rtl/>
          <w:lang w:bidi="fa-IR"/>
        </w:rPr>
        <w:t>۵۰</w:t>
      </w:r>
      <w:r w:rsidRPr="002C4E4D">
        <w:rPr>
          <w:rFonts w:ascii="Arial" w:hAnsi="Arial" w:cs="Arial" w:hint="cs"/>
          <w:b/>
          <w:bCs/>
          <w:sz w:val="24"/>
          <w:szCs w:val="24"/>
          <w:rtl/>
          <w:lang w:bidi="fa-IR"/>
        </w:rPr>
        <w:t>٪</w:t>
      </w:r>
      <w:r w:rsidRPr="002C4E4D">
        <w:rPr>
          <w:rFonts w:cs="B Nazanin"/>
          <w:b/>
          <w:bCs/>
          <w:sz w:val="24"/>
          <w:szCs w:val="24"/>
          <w:rtl/>
        </w:rPr>
        <w:t xml:space="preserve"> سقط‌های سه‌ماهه اول به دلیل اختلالات ژنتیکی رخ می‌دهد، که اغلب ناشی از خطاهای تقسیم سلولی در هنگام لقاح هستند. این خطاها، به ویژه در مادران با سن بالاتر، شایع‌تر هستند. در مواردی که نطفه حاوی ناهنجاری کروموزومی عمده است، فرآیندهای بیوشیمیایی لازم برای لانه گزینی و رشد اولیه جنین مختل شده و منجر به توقف رشد و دفع جنین می‌شود. مکانیسم دقیق تاثیرگذاری این ناهنجاری‌ها بر بقای جنین شامل اختلال در بیان ژن‌های حیاتی، نقص در تولید پروتئین‌های ساختاری یا آنزیمی، و عدم توانایی سلول‌ها در انجام تقسیمات لازم برای رشد است</w:t>
      </w:r>
      <w:r w:rsidRPr="002C4E4D">
        <w:rPr>
          <w:rFonts w:cs="B Nazanin"/>
          <w:b/>
          <w:bCs/>
          <w:sz w:val="24"/>
          <w:szCs w:val="24"/>
        </w:rPr>
        <w:t>.</w:t>
      </w:r>
    </w:p>
    <w:p w14:paraId="5792CA4A" w14:textId="4F945D90" w:rsidR="002C4E4D" w:rsidRDefault="002C4E4D" w:rsidP="002C4E4D">
      <w:pPr>
        <w:bidi/>
        <w:jc w:val="both"/>
        <w:rPr>
          <w:rFonts w:cs="B Nazanin"/>
          <w:b/>
          <w:bCs/>
          <w:sz w:val="24"/>
          <w:szCs w:val="24"/>
          <w:rtl/>
        </w:rPr>
      </w:pPr>
    </w:p>
    <w:p w14:paraId="09D63CB3" w14:textId="7AE35B44" w:rsidR="00080FFD" w:rsidRDefault="00080FFD" w:rsidP="00080FFD">
      <w:pPr>
        <w:bidi/>
        <w:jc w:val="both"/>
        <w:rPr>
          <w:rFonts w:cs="B Nazanin"/>
          <w:b/>
          <w:bCs/>
          <w:sz w:val="24"/>
          <w:szCs w:val="24"/>
          <w:rtl/>
        </w:rPr>
      </w:pPr>
    </w:p>
    <w:p w14:paraId="7F314167" w14:textId="1FA6F672" w:rsidR="00080FFD" w:rsidRDefault="00080FFD" w:rsidP="00080FFD">
      <w:pPr>
        <w:bidi/>
        <w:jc w:val="both"/>
        <w:rPr>
          <w:rFonts w:cs="B Nazanin"/>
          <w:b/>
          <w:bCs/>
          <w:sz w:val="24"/>
          <w:szCs w:val="24"/>
          <w:rtl/>
        </w:rPr>
      </w:pPr>
    </w:p>
    <w:p w14:paraId="634927CA" w14:textId="77777777" w:rsidR="00080FFD" w:rsidRPr="002C4E4D" w:rsidRDefault="00080FFD" w:rsidP="00080FFD">
      <w:pPr>
        <w:bidi/>
        <w:jc w:val="both"/>
        <w:rPr>
          <w:rFonts w:cs="B Nazanin"/>
          <w:b/>
          <w:bCs/>
          <w:sz w:val="24"/>
          <w:szCs w:val="24"/>
        </w:rPr>
      </w:pPr>
    </w:p>
    <w:p w14:paraId="35675C63" w14:textId="32F96DF4" w:rsidR="002C4E4D" w:rsidRPr="00080FFD" w:rsidRDefault="002C4E4D" w:rsidP="002C4E4D">
      <w:pPr>
        <w:bidi/>
        <w:jc w:val="both"/>
        <w:rPr>
          <w:rFonts w:cs="B Titr"/>
          <w:b/>
          <w:bCs/>
          <w:sz w:val="24"/>
          <w:szCs w:val="24"/>
        </w:rPr>
      </w:pPr>
      <w:r w:rsidRPr="00080FFD">
        <w:rPr>
          <w:rFonts w:cs="B Titr"/>
          <w:b/>
          <w:bCs/>
          <w:sz w:val="24"/>
          <w:szCs w:val="24"/>
          <w:rtl/>
          <w:lang w:bidi="fa-IR"/>
        </w:rPr>
        <w:lastRenderedPageBreak/>
        <w:t>۲</w:t>
      </w:r>
      <w:r w:rsidRPr="00080FFD">
        <w:rPr>
          <w:rFonts w:cs="B Titr"/>
          <w:b/>
          <w:bCs/>
          <w:sz w:val="24"/>
          <w:szCs w:val="24"/>
        </w:rPr>
        <w:t>.</w:t>
      </w:r>
      <w:r w:rsidR="00080FFD">
        <w:rPr>
          <w:rFonts w:cs="B Titr" w:hint="cs"/>
          <w:b/>
          <w:bCs/>
          <w:sz w:val="24"/>
          <w:szCs w:val="24"/>
          <w:rtl/>
        </w:rPr>
        <w:t xml:space="preserve"> </w:t>
      </w:r>
      <w:r w:rsidRPr="00080FFD">
        <w:rPr>
          <w:rFonts w:cs="B Titr"/>
          <w:b/>
          <w:bCs/>
          <w:sz w:val="24"/>
          <w:szCs w:val="24"/>
        </w:rPr>
        <w:t xml:space="preserve"> </w:t>
      </w:r>
      <w:r w:rsidRPr="00080FFD">
        <w:rPr>
          <w:rFonts w:cs="B Titr"/>
          <w:b/>
          <w:bCs/>
          <w:sz w:val="24"/>
          <w:szCs w:val="24"/>
          <w:rtl/>
        </w:rPr>
        <w:t>عوامل مادرزادی و آناتومیک رحم</w:t>
      </w:r>
    </w:p>
    <w:p w14:paraId="59502432" w14:textId="77777777" w:rsidR="002C4E4D" w:rsidRPr="002C4E4D" w:rsidRDefault="002C4E4D" w:rsidP="002C4E4D">
      <w:pPr>
        <w:bidi/>
        <w:jc w:val="both"/>
        <w:rPr>
          <w:rFonts w:cs="B Nazanin"/>
          <w:b/>
          <w:bCs/>
          <w:sz w:val="24"/>
          <w:szCs w:val="24"/>
        </w:rPr>
      </w:pPr>
      <w:r w:rsidRPr="002C4E4D">
        <w:rPr>
          <w:rFonts w:cs="B Nazanin"/>
          <w:b/>
          <w:bCs/>
          <w:sz w:val="24"/>
          <w:szCs w:val="24"/>
          <w:rtl/>
        </w:rPr>
        <w:t>ساختار و عملکرد رحم مادر نقش حیاتی در رشد و بقاء جنین ایفا می‌کند. هرگونه ناهنجاری در آناتومی رحم یا دهانه رحم می‌تواند به طور مستقیم یا غیرمستقیم بر حیات جنین تاثیر بگذارد</w:t>
      </w:r>
      <w:r w:rsidRPr="002C4E4D">
        <w:rPr>
          <w:rFonts w:cs="B Nazanin"/>
          <w:b/>
          <w:bCs/>
          <w:sz w:val="24"/>
          <w:szCs w:val="24"/>
        </w:rPr>
        <w:t>.</w:t>
      </w:r>
    </w:p>
    <w:p w14:paraId="72897105" w14:textId="77777777" w:rsidR="002C4E4D" w:rsidRPr="002C4E4D" w:rsidRDefault="002C4E4D" w:rsidP="002C4E4D">
      <w:pPr>
        <w:bidi/>
        <w:jc w:val="both"/>
        <w:rPr>
          <w:rFonts w:cs="B Nazanin"/>
          <w:b/>
          <w:bCs/>
          <w:sz w:val="24"/>
          <w:szCs w:val="24"/>
        </w:rPr>
      </w:pPr>
      <w:r w:rsidRPr="002C4E4D">
        <w:rPr>
          <w:rFonts w:cs="B Nazanin"/>
          <w:b/>
          <w:bCs/>
          <w:sz w:val="24"/>
          <w:szCs w:val="24"/>
          <w:rtl/>
        </w:rPr>
        <w:t>ناهنجاری‌های رحم</w:t>
      </w:r>
    </w:p>
    <w:p w14:paraId="1DC1CB5F" w14:textId="77777777" w:rsidR="002C4E4D" w:rsidRPr="002C4E4D" w:rsidRDefault="002C4E4D" w:rsidP="002C4E4D">
      <w:pPr>
        <w:bidi/>
        <w:jc w:val="both"/>
        <w:rPr>
          <w:rFonts w:cs="B Nazanin"/>
          <w:b/>
          <w:bCs/>
          <w:sz w:val="24"/>
          <w:szCs w:val="24"/>
        </w:rPr>
      </w:pPr>
      <w:r w:rsidRPr="002C4E4D">
        <w:rPr>
          <w:rFonts w:cs="B Nazanin"/>
          <w:b/>
          <w:bCs/>
          <w:sz w:val="24"/>
          <w:szCs w:val="24"/>
          <w:rtl/>
        </w:rPr>
        <w:t>ناهنجاری‌های ساختاری رحم می‌توانند از بدو تولد وجود داشته باشند (ناهنجاری‌های مادرزادی) یا در طول زندگی به دلیل عواملی مانند جراحی، عفونت، یا فیبروئیدها ایجاد شوند</w:t>
      </w:r>
      <w:r w:rsidRPr="002C4E4D">
        <w:rPr>
          <w:rFonts w:cs="B Nazanin"/>
          <w:b/>
          <w:bCs/>
          <w:sz w:val="24"/>
          <w:szCs w:val="24"/>
        </w:rPr>
        <w:t>.</w:t>
      </w:r>
    </w:p>
    <w:p w14:paraId="2EA3CD69" w14:textId="77777777" w:rsidR="002C4E4D" w:rsidRPr="002C4E4D" w:rsidRDefault="002C4E4D" w:rsidP="002C4E4D">
      <w:pPr>
        <w:numPr>
          <w:ilvl w:val="0"/>
          <w:numId w:val="12"/>
        </w:numPr>
        <w:bidi/>
        <w:jc w:val="both"/>
        <w:rPr>
          <w:rFonts w:cs="B Nazanin"/>
          <w:b/>
          <w:bCs/>
          <w:sz w:val="24"/>
          <w:szCs w:val="24"/>
        </w:rPr>
      </w:pPr>
      <w:r w:rsidRPr="002C4E4D">
        <w:rPr>
          <w:rFonts w:cs="B Nazanin"/>
          <w:b/>
          <w:bCs/>
          <w:sz w:val="24"/>
          <w:szCs w:val="24"/>
          <w:rtl/>
        </w:rPr>
        <w:t>ناهنجاری‌های مادرزادی رحم</w:t>
      </w:r>
      <w:r w:rsidRPr="002C4E4D">
        <w:rPr>
          <w:rFonts w:cs="B Nazanin"/>
          <w:b/>
          <w:bCs/>
          <w:sz w:val="24"/>
          <w:szCs w:val="24"/>
        </w:rPr>
        <w:t xml:space="preserve">: </w:t>
      </w:r>
      <w:r w:rsidRPr="002C4E4D">
        <w:rPr>
          <w:rFonts w:cs="B Nazanin"/>
          <w:b/>
          <w:bCs/>
          <w:sz w:val="24"/>
          <w:szCs w:val="24"/>
          <w:rtl/>
        </w:rPr>
        <w:t>این ناهنجاری‌ها ناشی از اختلال در فرآیند تشکیل رحم از مجاری مولرین در دوران جنینی است</w:t>
      </w:r>
      <w:r w:rsidRPr="002C4E4D">
        <w:rPr>
          <w:rFonts w:cs="B Nazanin"/>
          <w:b/>
          <w:bCs/>
          <w:sz w:val="24"/>
          <w:szCs w:val="24"/>
        </w:rPr>
        <w:t>.</w:t>
      </w:r>
    </w:p>
    <w:p w14:paraId="5D0BFD13" w14:textId="77777777" w:rsidR="002C4E4D" w:rsidRPr="002C4E4D" w:rsidRDefault="002C4E4D" w:rsidP="002C4E4D">
      <w:pPr>
        <w:numPr>
          <w:ilvl w:val="1"/>
          <w:numId w:val="12"/>
        </w:numPr>
        <w:bidi/>
        <w:jc w:val="both"/>
        <w:rPr>
          <w:rFonts w:cs="B Nazanin"/>
          <w:b/>
          <w:bCs/>
          <w:sz w:val="24"/>
          <w:szCs w:val="24"/>
        </w:rPr>
      </w:pPr>
      <w:r w:rsidRPr="002C4E4D">
        <w:rPr>
          <w:rFonts w:cs="B Nazanin"/>
          <w:b/>
          <w:bCs/>
          <w:sz w:val="24"/>
          <w:szCs w:val="24"/>
          <w:rtl/>
        </w:rPr>
        <w:t>رحم دوشاخ</w:t>
      </w:r>
      <w:r w:rsidRPr="002C4E4D">
        <w:rPr>
          <w:rFonts w:cs="B Nazanin"/>
          <w:b/>
          <w:bCs/>
          <w:sz w:val="24"/>
          <w:szCs w:val="24"/>
        </w:rPr>
        <w:t xml:space="preserve"> (Bicornuate Uterus): </w:t>
      </w:r>
      <w:r w:rsidRPr="002C4E4D">
        <w:rPr>
          <w:rFonts w:cs="B Nazanin"/>
          <w:b/>
          <w:bCs/>
          <w:sz w:val="24"/>
          <w:szCs w:val="24"/>
          <w:rtl/>
        </w:rPr>
        <w:t>رحم شکلی شبیه قلب پیدا می‌کند که می‌تواند فضای کافی برای رشد جنین را محدود کند</w:t>
      </w:r>
      <w:r w:rsidRPr="002C4E4D">
        <w:rPr>
          <w:rFonts w:cs="B Nazanin"/>
          <w:b/>
          <w:bCs/>
          <w:sz w:val="24"/>
          <w:szCs w:val="24"/>
        </w:rPr>
        <w:t>.</w:t>
      </w:r>
    </w:p>
    <w:p w14:paraId="2FF8AA21" w14:textId="77777777" w:rsidR="002C4E4D" w:rsidRPr="002C4E4D" w:rsidRDefault="002C4E4D" w:rsidP="002C4E4D">
      <w:pPr>
        <w:numPr>
          <w:ilvl w:val="1"/>
          <w:numId w:val="12"/>
        </w:numPr>
        <w:bidi/>
        <w:jc w:val="both"/>
        <w:rPr>
          <w:rFonts w:cs="B Nazanin"/>
          <w:b/>
          <w:bCs/>
          <w:sz w:val="24"/>
          <w:szCs w:val="24"/>
        </w:rPr>
      </w:pPr>
      <w:r w:rsidRPr="002C4E4D">
        <w:rPr>
          <w:rFonts w:cs="B Nazanin"/>
          <w:b/>
          <w:bCs/>
          <w:sz w:val="24"/>
          <w:szCs w:val="24"/>
          <w:rtl/>
        </w:rPr>
        <w:t>رحم سپتوم‌دار</w:t>
      </w:r>
      <w:r w:rsidRPr="002C4E4D">
        <w:rPr>
          <w:rFonts w:cs="B Nazanin"/>
          <w:b/>
          <w:bCs/>
          <w:sz w:val="24"/>
          <w:szCs w:val="24"/>
        </w:rPr>
        <w:t xml:space="preserve"> (Septate Uterus): </w:t>
      </w:r>
      <w:r w:rsidRPr="002C4E4D">
        <w:rPr>
          <w:rFonts w:cs="B Nazanin"/>
          <w:b/>
          <w:bCs/>
          <w:sz w:val="24"/>
          <w:szCs w:val="24"/>
          <w:rtl/>
        </w:rPr>
        <w:t>وجود یک دیواره (سپتوم) در داخل حفره رحم که می‌تواند مانع لانه گزینی مناسب تخم یا خون‌رسانی به جفت شود</w:t>
      </w:r>
      <w:r w:rsidRPr="002C4E4D">
        <w:rPr>
          <w:rFonts w:cs="B Nazanin"/>
          <w:b/>
          <w:bCs/>
          <w:sz w:val="24"/>
          <w:szCs w:val="24"/>
        </w:rPr>
        <w:t>.</w:t>
      </w:r>
    </w:p>
    <w:p w14:paraId="71A380DD" w14:textId="77777777" w:rsidR="002C4E4D" w:rsidRPr="002C4E4D" w:rsidRDefault="002C4E4D" w:rsidP="002C4E4D">
      <w:pPr>
        <w:numPr>
          <w:ilvl w:val="1"/>
          <w:numId w:val="12"/>
        </w:numPr>
        <w:bidi/>
        <w:jc w:val="both"/>
        <w:rPr>
          <w:rFonts w:cs="B Nazanin"/>
          <w:b/>
          <w:bCs/>
          <w:sz w:val="24"/>
          <w:szCs w:val="24"/>
        </w:rPr>
      </w:pPr>
      <w:r w:rsidRPr="002C4E4D">
        <w:rPr>
          <w:rFonts w:cs="B Nazanin"/>
          <w:b/>
          <w:bCs/>
          <w:sz w:val="24"/>
          <w:szCs w:val="24"/>
          <w:rtl/>
        </w:rPr>
        <w:t>رحم تک‌شاخ</w:t>
      </w:r>
      <w:r w:rsidRPr="002C4E4D">
        <w:rPr>
          <w:rFonts w:cs="B Nazanin"/>
          <w:b/>
          <w:bCs/>
          <w:sz w:val="24"/>
          <w:szCs w:val="24"/>
        </w:rPr>
        <w:t xml:space="preserve"> (</w:t>
      </w:r>
      <w:proofErr w:type="spellStart"/>
      <w:r w:rsidRPr="002C4E4D">
        <w:rPr>
          <w:rFonts w:cs="B Nazanin"/>
          <w:b/>
          <w:bCs/>
          <w:sz w:val="24"/>
          <w:szCs w:val="24"/>
        </w:rPr>
        <w:t>Unicornuate</w:t>
      </w:r>
      <w:proofErr w:type="spellEnd"/>
      <w:r w:rsidRPr="002C4E4D">
        <w:rPr>
          <w:rFonts w:cs="B Nazanin"/>
          <w:b/>
          <w:bCs/>
          <w:sz w:val="24"/>
          <w:szCs w:val="24"/>
        </w:rPr>
        <w:t xml:space="preserve"> Uterus): </w:t>
      </w:r>
      <w:r w:rsidRPr="002C4E4D">
        <w:rPr>
          <w:rFonts w:cs="B Nazanin"/>
          <w:b/>
          <w:bCs/>
          <w:sz w:val="24"/>
          <w:szCs w:val="24"/>
          <w:rtl/>
        </w:rPr>
        <w:t>فقط نیمی از رحم تشکیل شده است که معمولاً با کاهش حجم حفره رحم و نقص در خون‌رسانی همراه است</w:t>
      </w:r>
      <w:r w:rsidRPr="002C4E4D">
        <w:rPr>
          <w:rFonts w:cs="B Nazanin"/>
          <w:b/>
          <w:bCs/>
          <w:sz w:val="24"/>
          <w:szCs w:val="24"/>
        </w:rPr>
        <w:t>.</w:t>
      </w:r>
    </w:p>
    <w:p w14:paraId="28938610" w14:textId="77777777" w:rsidR="002C4E4D" w:rsidRPr="002C4E4D" w:rsidRDefault="002C4E4D" w:rsidP="002C4E4D">
      <w:pPr>
        <w:numPr>
          <w:ilvl w:val="1"/>
          <w:numId w:val="12"/>
        </w:numPr>
        <w:bidi/>
        <w:jc w:val="both"/>
        <w:rPr>
          <w:rFonts w:cs="B Nazanin"/>
          <w:b/>
          <w:bCs/>
          <w:sz w:val="24"/>
          <w:szCs w:val="24"/>
        </w:rPr>
      </w:pPr>
      <w:r w:rsidRPr="002C4E4D">
        <w:rPr>
          <w:rFonts w:cs="B Nazanin"/>
          <w:b/>
          <w:bCs/>
          <w:sz w:val="24"/>
          <w:szCs w:val="24"/>
          <w:rtl/>
        </w:rPr>
        <w:t>رحم با دیواره عرضی</w:t>
      </w:r>
      <w:r w:rsidRPr="002C4E4D">
        <w:rPr>
          <w:rFonts w:cs="B Nazanin"/>
          <w:b/>
          <w:bCs/>
          <w:sz w:val="24"/>
          <w:szCs w:val="24"/>
        </w:rPr>
        <w:t xml:space="preserve"> (Transverse Vaginal Septum) </w:t>
      </w:r>
      <w:r w:rsidRPr="002C4E4D">
        <w:rPr>
          <w:rFonts w:cs="B Nazanin"/>
          <w:b/>
          <w:bCs/>
          <w:sz w:val="24"/>
          <w:szCs w:val="24"/>
          <w:rtl/>
        </w:rPr>
        <w:t>یا انسداد واژن</w:t>
      </w:r>
      <w:r w:rsidRPr="002C4E4D">
        <w:rPr>
          <w:rFonts w:cs="B Nazanin"/>
          <w:b/>
          <w:bCs/>
          <w:sz w:val="24"/>
          <w:szCs w:val="24"/>
        </w:rPr>
        <w:t xml:space="preserve">: </w:t>
      </w:r>
      <w:r w:rsidRPr="002C4E4D">
        <w:rPr>
          <w:rFonts w:cs="B Nazanin"/>
          <w:b/>
          <w:bCs/>
          <w:sz w:val="24"/>
          <w:szCs w:val="24"/>
          <w:rtl/>
        </w:rPr>
        <w:t>این موارد نیز می‌توانند مانع خروج خون قاعدگی شوند و بر سلامت رحم تاثیر بگذارند</w:t>
      </w:r>
      <w:r w:rsidRPr="002C4E4D">
        <w:rPr>
          <w:rFonts w:cs="B Nazanin"/>
          <w:b/>
          <w:bCs/>
          <w:sz w:val="24"/>
          <w:szCs w:val="24"/>
        </w:rPr>
        <w:t>.</w:t>
      </w:r>
    </w:p>
    <w:p w14:paraId="3E8ADD51" w14:textId="77777777" w:rsidR="002C4E4D" w:rsidRPr="002C4E4D" w:rsidRDefault="002C4E4D" w:rsidP="002C4E4D">
      <w:pPr>
        <w:numPr>
          <w:ilvl w:val="0"/>
          <w:numId w:val="12"/>
        </w:numPr>
        <w:bidi/>
        <w:jc w:val="both"/>
        <w:rPr>
          <w:rFonts w:cs="B Nazanin"/>
          <w:b/>
          <w:bCs/>
          <w:sz w:val="24"/>
          <w:szCs w:val="24"/>
        </w:rPr>
      </w:pPr>
      <w:r w:rsidRPr="002C4E4D">
        <w:rPr>
          <w:rFonts w:cs="B Nazanin"/>
          <w:b/>
          <w:bCs/>
          <w:sz w:val="24"/>
          <w:szCs w:val="24"/>
          <w:rtl/>
        </w:rPr>
        <w:t>فیبروئیدهای رحمی</w:t>
      </w:r>
      <w:r w:rsidRPr="002C4E4D">
        <w:rPr>
          <w:rFonts w:cs="B Nazanin"/>
          <w:b/>
          <w:bCs/>
          <w:sz w:val="24"/>
          <w:szCs w:val="24"/>
        </w:rPr>
        <w:t xml:space="preserve"> (Uterine Fibroids): </w:t>
      </w:r>
      <w:r w:rsidRPr="002C4E4D">
        <w:rPr>
          <w:rFonts w:cs="B Nazanin"/>
          <w:b/>
          <w:bCs/>
          <w:sz w:val="24"/>
          <w:szCs w:val="24"/>
          <w:rtl/>
        </w:rPr>
        <w:t>توده‌های خوش‌خیم عضلانی که در دیواره رحم رشد می‌کنند. فیبروم‌های بزرگ یا قرار گرفته در نزدیکی جفت یا اندومتر می‌توانند با ایجاد فشار، اختلال در خون‌رسانی، یا تغییر شکل حفره رحم، منجر به سقط جنین یا مرگ داخل رحمی شوند</w:t>
      </w:r>
      <w:r w:rsidRPr="002C4E4D">
        <w:rPr>
          <w:rFonts w:cs="B Nazanin"/>
          <w:b/>
          <w:bCs/>
          <w:sz w:val="24"/>
          <w:szCs w:val="24"/>
        </w:rPr>
        <w:t>.</w:t>
      </w:r>
    </w:p>
    <w:p w14:paraId="70594D88" w14:textId="77777777" w:rsidR="002C4E4D" w:rsidRPr="002C4E4D" w:rsidRDefault="002C4E4D" w:rsidP="002C4E4D">
      <w:pPr>
        <w:numPr>
          <w:ilvl w:val="0"/>
          <w:numId w:val="12"/>
        </w:numPr>
        <w:bidi/>
        <w:jc w:val="both"/>
        <w:rPr>
          <w:rFonts w:cs="B Nazanin"/>
          <w:b/>
          <w:bCs/>
          <w:sz w:val="24"/>
          <w:szCs w:val="24"/>
        </w:rPr>
      </w:pPr>
      <w:r w:rsidRPr="002C4E4D">
        <w:rPr>
          <w:rFonts w:cs="B Nazanin"/>
          <w:b/>
          <w:bCs/>
          <w:sz w:val="24"/>
          <w:szCs w:val="24"/>
          <w:rtl/>
        </w:rPr>
        <w:t>آدنیوموزیس</w:t>
      </w:r>
      <w:r w:rsidRPr="002C4E4D">
        <w:rPr>
          <w:rFonts w:cs="B Nazanin"/>
          <w:b/>
          <w:bCs/>
          <w:sz w:val="24"/>
          <w:szCs w:val="24"/>
        </w:rPr>
        <w:t xml:space="preserve"> (Adenomyosis): </w:t>
      </w:r>
      <w:r w:rsidRPr="002C4E4D">
        <w:rPr>
          <w:rFonts w:cs="B Nazanin"/>
          <w:b/>
          <w:bCs/>
          <w:sz w:val="24"/>
          <w:szCs w:val="24"/>
          <w:rtl/>
        </w:rPr>
        <w:t>وضعیتی که در آن بافت پوششی رحم (اندومتر) به داخل عضله رحم (میومتر) تهاجم می‌کند، که می‌تواند باعث درد، خونریزی شدید و اختلال در لانه گزینی شود</w:t>
      </w:r>
      <w:r w:rsidRPr="002C4E4D">
        <w:rPr>
          <w:rFonts w:cs="B Nazanin"/>
          <w:b/>
          <w:bCs/>
          <w:sz w:val="24"/>
          <w:szCs w:val="24"/>
        </w:rPr>
        <w:t>.</w:t>
      </w:r>
    </w:p>
    <w:p w14:paraId="2D0043D5" w14:textId="77777777" w:rsidR="002C4E4D" w:rsidRPr="002C4E4D" w:rsidRDefault="002C4E4D" w:rsidP="002C4E4D">
      <w:pPr>
        <w:numPr>
          <w:ilvl w:val="0"/>
          <w:numId w:val="12"/>
        </w:numPr>
        <w:bidi/>
        <w:jc w:val="both"/>
        <w:rPr>
          <w:rFonts w:cs="B Nazanin"/>
          <w:b/>
          <w:bCs/>
          <w:sz w:val="24"/>
          <w:szCs w:val="24"/>
        </w:rPr>
      </w:pPr>
      <w:r w:rsidRPr="002C4E4D">
        <w:rPr>
          <w:rFonts w:cs="B Nazanin"/>
          <w:b/>
          <w:bCs/>
          <w:sz w:val="24"/>
          <w:szCs w:val="24"/>
          <w:rtl/>
        </w:rPr>
        <w:t>چسبندگی‌های رحمی</w:t>
      </w:r>
      <w:r w:rsidRPr="002C4E4D">
        <w:rPr>
          <w:rFonts w:cs="B Nazanin"/>
          <w:b/>
          <w:bCs/>
          <w:sz w:val="24"/>
          <w:szCs w:val="24"/>
        </w:rPr>
        <w:t xml:space="preserve"> (Asherman's Syndrome): </w:t>
      </w:r>
      <w:r w:rsidRPr="002C4E4D">
        <w:rPr>
          <w:rFonts w:cs="B Nazanin"/>
          <w:b/>
          <w:bCs/>
          <w:sz w:val="24"/>
          <w:szCs w:val="24"/>
          <w:rtl/>
        </w:rPr>
        <w:t>معمولاً پس از جراحی‌های داخل رحمی (مانند کورتاژ) رخ می‌دهد و می‌تواند حفره رحم را محدود کرده و لانه گزینی و رشد جنین را مختل کند</w:t>
      </w:r>
      <w:r w:rsidRPr="002C4E4D">
        <w:rPr>
          <w:rFonts w:cs="B Nazanin"/>
          <w:b/>
          <w:bCs/>
          <w:sz w:val="24"/>
          <w:szCs w:val="24"/>
        </w:rPr>
        <w:t>.</w:t>
      </w:r>
    </w:p>
    <w:p w14:paraId="7E370BBB" w14:textId="77777777" w:rsidR="002C4E4D" w:rsidRPr="002C4E4D" w:rsidRDefault="002C4E4D" w:rsidP="002C4E4D">
      <w:pPr>
        <w:bidi/>
        <w:jc w:val="both"/>
        <w:rPr>
          <w:rFonts w:cs="B Nazanin"/>
          <w:b/>
          <w:bCs/>
          <w:sz w:val="24"/>
          <w:szCs w:val="24"/>
        </w:rPr>
      </w:pPr>
      <w:r w:rsidRPr="002C4E4D">
        <w:rPr>
          <w:rFonts w:cs="B Nazanin"/>
          <w:b/>
          <w:bCs/>
          <w:sz w:val="24"/>
          <w:szCs w:val="24"/>
          <w:rtl/>
        </w:rPr>
        <w:t>ضعف دهانه رحم</w:t>
      </w:r>
      <w:r w:rsidRPr="002C4E4D">
        <w:rPr>
          <w:rFonts w:cs="B Nazanin"/>
          <w:b/>
          <w:bCs/>
          <w:sz w:val="24"/>
          <w:szCs w:val="24"/>
        </w:rPr>
        <w:t xml:space="preserve"> (Cervical Insufficiency/Incompetence)</w:t>
      </w:r>
    </w:p>
    <w:p w14:paraId="20C9FE78" w14:textId="77777777" w:rsidR="002C4E4D" w:rsidRPr="002C4E4D" w:rsidRDefault="002C4E4D" w:rsidP="002C4E4D">
      <w:pPr>
        <w:bidi/>
        <w:jc w:val="both"/>
        <w:rPr>
          <w:rFonts w:cs="B Nazanin"/>
          <w:b/>
          <w:bCs/>
          <w:sz w:val="24"/>
          <w:szCs w:val="24"/>
        </w:rPr>
      </w:pPr>
      <w:r w:rsidRPr="002C4E4D">
        <w:rPr>
          <w:rFonts w:cs="B Nazanin"/>
          <w:b/>
          <w:bCs/>
          <w:sz w:val="24"/>
          <w:szCs w:val="24"/>
          <w:rtl/>
        </w:rPr>
        <w:lastRenderedPageBreak/>
        <w:t>دهانه رحم نقش حیاتی در نگهداری جنین در داخل رحم در طول بارداری دارد. ضعف دهانه رحم به گشاد شدن غیرطبیعی و بدون درد دهانه رحم در سه‌ماهه دوم یا اوایل سه‌ماهه سوم بارداری گفته می‌شود که اغلب منجر به زایمان زودرس و در نتیجه مرگ جنین یا نوزاد نارس می‌شود</w:t>
      </w:r>
      <w:r w:rsidRPr="002C4E4D">
        <w:rPr>
          <w:rFonts w:cs="B Nazanin"/>
          <w:b/>
          <w:bCs/>
          <w:sz w:val="24"/>
          <w:szCs w:val="24"/>
        </w:rPr>
        <w:t>.</w:t>
      </w:r>
    </w:p>
    <w:p w14:paraId="00340D0D" w14:textId="77777777" w:rsidR="002C4E4D" w:rsidRPr="002C4E4D" w:rsidRDefault="002C4E4D" w:rsidP="002C4E4D">
      <w:pPr>
        <w:numPr>
          <w:ilvl w:val="0"/>
          <w:numId w:val="13"/>
        </w:numPr>
        <w:bidi/>
        <w:jc w:val="both"/>
        <w:rPr>
          <w:rFonts w:cs="B Nazanin"/>
          <w:b/>
          <w:bCs/>
          <w:sz w:val="24"/>
          <w:szCs w:val="24"/>
        </w:rPr>
      </w:pPr>
      <w:r w:rsidRPr="002C4E4D">
        <w:rPr>
          <w:rFonts w:cs="B Nazanin"/>
          <w:b/>
          <w:bCs/>
          <w:sz w:val="24"/>
          <w:szCs w:val="24"/>
          <w:rtl/>
        </w:rPr>
        <w:t>توضیح علمی</w:t>
      </w:r>
      <w:r w:rsidRPr="002C4E4D">
        <w:rPr>
          <w:rFonts w:cs="B Nazanin"/>
          <w:b/>
          <w:bCs/>
          <w:sz w:val="24"/>
          <w:szCs w:val="24"/>
        </w:rPr>
        <w:t xml:space="preserve">: </w:t>
      </w:r>
      <w:r w:rsidRPr="002C4E4D">
        <w:rPr>
          <w:rFonts w:cs="B Nazanin"/>
          <w:b/>
          <w:bCs/>
          <w:sz w:val="24"/>
          <w:szCs w:val="24"/>
          <w:rtl/>
        </w:rPr>
        <w:t>کاهش خون‌رسانی به جنین و جفت یکی از پیامدهای مستقیم ناهنجاری‌های رحمی است. فیبروم‌ها یا سپتوم‌ها می‌توانند با فشار بر عروق خونی، جریان خون شریانی و وریدی را کاهش دهند، که منجر به هیپوکسی مزمن جنین (کمبود اکسیژن) و توقف رشد یا مرگ می‌شود. در مورد ضعف دهانه رحم، فقدان پشتیبانی مکانیکی از کیسه آمنیوتیک باعث برآمدگی و سپس پارگی غشاها و آغاز زایمان زودرس می‌گردد. این وضعیت، شانس بقای جنین در خارج از رحم را به شدت کاهش می‌دهد، به خصوص اگر نوزاد نارس باشد</w:t>
      </w:r>
      <w:r w:rsidRPr="002C4E4D">
        <w:rPr>
          <w:rFonts w:cs="B Nazanin"/>
          <w:b/>
          <w:bCs/>
          <w:sz w:val="24"/>
          <w:szCs w:val="24"/>
        </w:rPr>
        <w:t>.</w:t>
      </w:r>
    </w:p>
    <w:p w14:paraId="67E55BD3" w14:textId="69725B4E" w:rsidR="002C4E4D" w:rsidRPr="002C4E4D" w:rsidRDefault="002C4E4D" w:rsidP="002C4E4D">
      <w:pPr>
        <w:bidi/>
        <w:jc w:val="both"/>
        <w:rPr>
          <w:rFonts w:cs="B Nazanin"/>
          <w:b/>
          <w:bCs/>
          <w:sz w:val="24"/>
          <w:szCs w:val="24"/>
        </w:rPr>
      </w:pPr>
    </w:p>
    <w:p w14:paraId="65009F05" w14:textId="088848F4" w:rsidR="002C4E4D" w:rsidRPr="00080FFD" w:rsidRDefault="002C4E4D" w:rsidP="002C4E4D">
      <w:pPr>
        <w:bidi/>
        <w:jc w:val="both"/>
        <w:rPr>
          <w:rFonts w:cs="B Titr"/>
          <w:b/>
          <w:bCs/>
          <w:sz w:val="24"/>
          <w:szCs w:val="24"/>
        </w:rPr>
      </w:pPr>
      <w:r w:rsidRPr="00080FFD">
        <w:rPr>
          <w:rFonts w:cs="B Titr"/>
          <w:b/>
          <w:bCs/>
          <w:sz w:val="24"/>
          <w:szCs w:val="24"/>
          <w:rtl/>
          <w:lang w:bidi="fa-IR"/>
        </w:rPr>
        <w:t>۳</w:t>
      </w:r>
      <w:r w:rsidRPr="00080FFD">
        <w:rPr>
          <w:rFonts w:cs="B Titr"/>
          <w:b/>
          <w:bCs/>
          <w:sz w:val="24"/>
          <w:szCs w:val="24"/>
        </w:rPr>
        <w:t>.</w:t>
      </w:r>
      <w:r w:rsidR="00080FFD" w:rsidRPr="00080FFD">
        <w:rPr>
          <w:rFonts w:cs="B Titr" w:hint="cs"/>
          <w:b/>
          <w:bCs/>
          <w:sz w:val="24"/>
          <w:szCs w:val="24"/>
          <w:rtl/>
        </w:rPr>
        <w:t xml:space="preserve"> </w:t>
      </w:r>
      <w:r w:rsidRPr="00080FFD">
        <w:rPr>
          <w:rFonts w:cs="B Titr"/>
          <w:b/>
          <w:bCs/>
          <w:sz w:val="24"/>
          <w:szCs w:val="24"/>
        </w:rPr>
        <w:t xml:space="preserve"> </w:t>
      </w:r>
      <w:r w:rsidRPr="00080FFD">
        <w:rPr>
          <w:rFonts w:cs="B Titr"/>
          <w:b/>
          <w:bCs/>
          <w:sz w:val="24"/>
          <w:szCs w:val="24"/>
          <w:rtl/>
        </w:rPr>
        <w:t>بیماری‌های زمینه‌ای مادر</w:t>
      </w:r>
    </w:p>
    <w:p w14:paraId="63E16439" w14:textId="77777777" w:rsidR="002C4E4D" w:rsidRPr="002C4E4D" w:rsidRDefault="002C4E4D" w:rsidP="002C4E4D">
      <w:pPr>
        <w:bidi/>
        <w:jc w:val="both"/>
        <w:rPr>
          <w:rFonts w:cs="B Nazanin"/>
          <w:b/>
          <w:bCs/>
          <w:sz w:val="24"/>
          <w:szCs w:val="24"/>
        </w:rPr>
      </w:pPr>
      <w:r w:rsidRPr="002C4E4D">
        <w:rPr>
          <w:rFonts w:cs="B Nazanin"/>
          <w:b/>
          <w:bCs/>
          <w:sz w:val="24"/>
          <w:szCs w:val="24"/>
          <w:rtl/>
        </w:rPr>
        <w:t>سلامت کلی مادر نقش اساسی در تضمین یک حاملگی سالم دارد. بیماری‌های مزمن یا حاد مادر که به خوبی کنترل نشوند، می‌توانند به طور مستقیم یا غیرمستقیم بر حیات جنین تاثیر گذاشته و منجر به مرگ داخل رحمی شوند</w:t>
      </w:r>
      <w:r w:rsidRPr="002C4E4D">
        <w:rPr>
          <w:rFonts w:cs="B Nazanin"/>
          <w:b/>
          <w:bCs/>
          <w:sz w:val="24"/>
          <w:szCs w:val="24"/>
        </w:rPr>
        <w:t>.</w:t>
      </w:r>
    </w:p>
    <w:p w14:paraId="58CEBDA4" w14:textId="77777777" w:rsidR="002C4E4D" w:rsidRPr="002C4E4D" w:rsidRDefault="002C4E4D" w:rsidP="002C4E4D">
      <w:pPr>
        <w:bidi/>
        <w:jc w:val="both"/>
        <w:rPr>
          <w:rFonts w:cs="B Nazanin"/>
          <w:b/>
          <w:bCs/>
          <w:sz w:val="24"/>
          <w:szCs w:val="24"/>
        </w:rPr>
      </w:pPr>
      <w:r w:rsidRPr="002C4E4D">
        <w:rPr>
          <w:rFonts w:cs="B Nazanin"/>
          <w:b/>
          <w:bCs/>
          <w:sz w:val="24"/>
          <w:szCs w:val="24"/>
          <w:rtl/>
        </w:rPr>
        <w:t>دیابت بارداری و دیابت از قبل موجود</w:t>
      </w:r>
    </w:p>
    <w:p w14:paraId="0E4E1BBE" w14:textId="77777777" w:rsidR="002C4E4D" w:rsidRPr="002C4E4D" w:rsidRDefault="002C4E4D" w:rsidP="002C4E4D">
      <w:pPr>
        <w:bidi/>
        <w:jc w:val="both"/>
        <w:rPr>
          <w:rFonts w:cs="B Nazanin"/>
          <w:b/>
          <w:bCs/>
          <w:sz w:val="24"/>
          <w:szCs w:val="24"/>
        </w:rPr>
      </w:pPr>
      <w:r w:rsidRPr="002C4E4D">
        <w:rPr>
          <w:rFonts w:cs="B Nazanin"/>
          <w:b/>
          <w:bCs/>
          <w:sz w:val="24"/>
          <w:szCs w:val="24"/>
          <w:rtl/>
        </w:rPr>
        <w:t>دیابت، چه از قبل از بارداری وجود داشته باشد</w:t>
      </w:r>
      <w:r w:rsidRPr="002C4E4D">
        <w:rPr>
          <w:rFonts w:cs="B Nazanin"/>
          <w:b/>
          <w:bCs/>
          <w:sz w:val="24"/>
          <w:szCs w:val="24"/>
        </w:rPr>
        <w:t xml:space="preserve"> (Pre-gestational Diabetes Mellitus - PDM) </w:t>
      </w:r>
      <w:r w:rsidRPr="002C4E4D">
        <w:rPr>
          <w:rFonts w:cs="B Nazanin"/>
          <w:b/>
          <w:bCs/>
          <w:sz w:val="24"/>
          <w:szCs w:val="24"/>
          <w:rtl/>
        </w:rPr>
        <w:t>و چه در طول بارداری ایجاد شود</w:t>
      </w:r>
      <w:r w:rsidRPr="002C4E4D">
        <w:rPr>
          <w:rFonts w:cs="B Nazanin"/>
          <w:b/>
          <w:bCs/>
          <w:sz w:val="24"/>
          <w:szCs w:val="24"/>
        </w:rPr>
        <w:t xml:space="preserve"> (Gestational Diabetes Mellitus - GDM)</w:t>
      </w:r>
      <w:r w:rsidRPr="002C4E4D">
        <w:rPr>
          <w:rFonts w:cs="B Nazanin"/>
          <w:b/>
          <w:bCs/>
          <w:sz w:val="24"/>
          <w:szCs w:val="24"/>
          <w:rtl/>
        </w:rPr>
        <w:t>، اگر به خوبی کنترل نشود، خطرات قابل توجهی برای جنین ایجاد می‌کند</w:t>
      </w:r>
      <w:r w:rsidRPr="002C4E4D">
        <w:rPr>
          <w:rFonts w:cs="B Nazanin"/>
          <w:b/>
          <w:bCs/>
          <w:sz w:val="24"/>
          <w:szCs w:val="24"/>
        </w:rPr>
        <w:t>.</w:t>
      </w:r>
    </w:p>
    <w:p w14:paraId="658AEF5C" w14:textId="77777777" w:rsidR="002C4E4D" w:rsidRPr="002C4E4D" w:rsidRDefault="002C4E4D" w:rsidP="002C4E4D">
      <w:pPr>
        <w:numPr>
          <w:ilvl w:val="0"/>
          <w:numId w:val="14"/>
        </w:numPr>
        <w:bidi/>
        <w:jc w:val="both"/>
        <w:rPr>
          <w:rFonts w:cs="B Nazanin"/>
          <w:b/>
          <w:bCs/>
          <w:sz w:val="24"/>
          <w:szCs w:val="24"/>
        </w:rPr>
      </w:pPr>
      <w:r w:rsidRPr="002C4E4D">
        <w:rPr>
          <w:rFonts w:cs="B Nazanin"/>
          <w:b/>
          <w:bCs/>
          <w:sz w:val="24"/>
          <w:szCs w:val="24"/>
          <w:rtl/>
        </w:rPr>
        <w:t>ناهنجاری‌های مادرزادی</w:t>
      </w:r>
      <w:r w:rsidRPr="002C4E4D">
        <w:rPr>
          <w:rFonts w:cs="B Nazanin"/>
          <w:b/>
          <w:bCs/>
          <w:sz w:val="24"/>
          <w:szCs w:val="24"/>
        </w:rPr>
        <w:t xml:space="preserve">: </w:t>
      </w:r>
      <w:r w:rsidRPr="002C4E4D">
        <w:rPr>
          <w:rFonts w:cs="B Nazanin"/>
          <w:b/>
          <w:bCs/>
          <w:sz w:val="24"/>
          <w:szCs w:val="24"/>
          <w:rtl/>
        </w:rPr>
        <w:t xml:space="preserve">افزایش سطح گلوکز در اوایل بارداری (هفته‌های </w:t>
      </w:r>
      <w:r w:rsidRPr="002C4E4D">
        <w:rPr>
          <w:rFonts w:cs="B Nazanin"/>
          <w:b/>
          <w:bCs/>
          <w:sz w:val="24"/>
          <w:szCs w:val="24"/>
          <w:rtl/>
          <w:lang w:bidi="fa-IR"/>
        </w:rPr>
        <w:t>۴</w:t>
      </w:r>
      <w:r w:rsidRPr="002C4E4D">
        <w:rPr>
          <w:rFonts w:cs="B Nazanin"/>
          <w:b/>
          <w:bCs/>
          <w:sz w:val="24"/>
          <w:szCs w:val="24"/>
          <w:rtl/>
        </w:rPr>
        <w:t xml:space="preserve"> تا </w:t>
      </w:r>
      <w:r w:rsidRPr="002C4E4D">
        <w:rPr>
          <w:rFonts w:cs="B Nazanin"/>
          <w:b/>
          <w:bCs/>
          <w:sz w:val="24"/>
          <w:szCs w:val="24"/>
          <w:rtl/>
          <w:lang w:bidi="fa-IR"/>
        </w:rPr>
        <w:t xml:space="preserve">۸) </w:t>
      </w:r>
      <w:r w:rsidRPr="002C4E4D">
        <w:rPr>
          <w:rFonts w:cs="B Nazanin"/>
          <w:b/>
          <w:bCs/>
          <w:sz w:val="24"/>
          <w:szCs w:val="24"/>
          <w:rtl/>
        </w:rPr>
        <w:t>می‌تواند باعث اختلال در تکامل اندام‌های جنین، به ویژه قلب، مغز، ستون فقرات و کلیه‌ها شود. این ناهنجاری‌ها اغلب شدید بوده و می‌توانند منجر به سقط خودبه‌خودی شوند</w:t>
      </w:r>
      <w:r w:rsidRPr="002C4E4D">
        <w:rPr>
          <w:rFonts w:cs="B Nazanin"/>
          <w:b/>
          <w:bCs/>
          <w:sz w:val="24"/>
          <w:szCs w:val="24"/>
        </w:rPr>
        <w:t>.</w:t>
      </w:r>
    </w:p>
    <w:p w14:paraId="1E0D8420" w14:textId="77777777" w:rsidR="002C4E4D" w:rsidRPr="002C4E4D" w:rsidRDefault="002C4E4D" w:rsidP="002C4E4D">
      <w:pPr>
        <w:numPr>
          <w:ilvl w:val="0"/>
          <w:numId w:val="14"/>
        </w:numPr>
        <w:bidi/>
        <w:jc w:val="both"/>
        <w:rPr>
          <w:rFonts w:cs="B Nazanin"/>
          <w:b/>
          <w:bCs/>
          <w:sz w:val="24"/>
          <w:szCs w:val="24"/>
        </w:rPr>
      </w:pPr>
      <w:r w:rsidRPr="002C4E4D">
        <w:rPr>
          <w:rFonts w:cs="B Nazanin"/>
          <w:b/>
          <w:bCs/>
          <w:sz w:val="24"/>
          <w:szCs w:val="24"/>
          <w:rtl/>
        </w:rPr>
        <w:t>رشد بیش از حد جنین</w:t>
      </w:r>
      <w:r w:rsidRPr="002C4E4D">
        <w:rPr>
          <w:rFonts w:cs="B Nazanin"/>
          <w:b/>
          <w:bCs/>
          <w:sz w:val="24"/>
          <w:szCs w:val="24"/>
        </w:rPr>
        <w:t xml:space="preserve"> (Macrosomia): </w:t>
      </w:r>
      <w:r w:rsidRPr="002C4E4D">
        <w:rPr>
          <w:rFonts w:cs="B Nazanin"/>
          <w:b/>
          <w:bCs/>
          <w:sz w:val="24"/>
          <w:szCs w:val="24"/>
          <w:rtl/>
        </w:rPr>
        <w:t>گلوکز اضافی از طریق جفت به جنین منتقل شده و باعث ترشح انسولین بیشتر در جنین می‌شود. انسولین یک هورمون آنابولیک (سازنده) است که منجر به رشد سریع‌تر بافت‌ها، به ویژه چربی و عضلات، می‌گردد. جنین‌های ماکروزومیک در معرض خطرات بیشتری در حین زایمان (مانند دیستوشی شانه) و همچنین افزایش خطر مرگ داخل رحمی قرار دارند</w:t>
      </w:r>
      <w:r w:rsidRPr="002C4E4D">
        <w:rPr>
          <w:rFonts w:cs="B Nazanin"/>
          <w:b/>
          <w:bCs/>
          <w:sz w:val="24"/>
          <w:szCs w:val="24"/>
        </w:rPr>
        <w:t>.</w:t>
      </w:r>
    </w:p>
    <w:p w14:paraId="07928217" w14:textId="77777777" w:rsidR="002C4E4D" w:rsidRPr="002C4E4D" w:rsidRDefault="002C4E4D" w:rsidP="002C4E4D">
      <w:pPr>
        <w:numPr>
          <w:ilvl w:val="0"/>
          <w:numId w:val="14"/>
        </w:numPr>
        <w:bidi/>
        <w:jc w:val="both"/>
        <w:rPr>
          <w:rFonts w:cs="B Nazanin"/>
          <w:b/>
          <w:bCs/>
          <w:sz w:val="24"/>
          <w:szCs w:val="24"/>
        </w:rPr>
      </w:pPr>
      <w:r w:rsidRPr="002C4E4D">
        <w:rPr>
          <w:rFonts w:cs="B Nazanin"/>
          <w:b/>
          <w:bCs/>
          <w:sz w:val="24"/>
          <w:szCs w:val="24"/>
          <w:rtl/>
        </w:rPr>
        <w:t>پلی‌هیدرامنیوس</w:t>
      </w:r>
      <w:r w:rsidRPr="002C4E4D">
        <w:rPr>
          <w:rFonts w:cs="B Nazanin"/>
          <w:b/>
          <w:bCs/>
          <w:sz w:val="24"/>
          <w:szCs w:val="24"/>
        </w:rPr>
        <w:t xml:space="preserve"> (Polyhydramnios): </w:t>
      </w:r>
      <w:r w:rsidRPr="002C4E4D">
        <w:rPr>
          <w:rFonts w:cs="B Nazanin"/>
          <w:b/>
          <w:bCs/>
          <w:sz w:val="24"/>
          <w:szCs w:val="24"/>
          <w:rtl/>
        </w:rPr>
        <w:t>افزایش بیش از حد مایع آمنیوتیک، که می‌تواند ناشی از ناتوانی جنین در بلعیدن مایع (به دلیل ناهنجاری‌های دستگاه گوارش یا عصبی) باشد</w:t>
      </w:r>
      <w:r w:rsidRPr="002C4E4D">
        <w:rPr>
          <w:rFonts w:cs="B Nazanin"/>
          <w:b/>
          <w:bCs/>
          <w:sz w:val="24"/>
          <w:szCs w:val="24"/>
        </w:rPr>
        <w:t>.</w:t>
      </w:r>
    </w:p>
    <w:p w14:paraId="1A956441" w14:textId="77777777" w:rsidR="002C4E4D" w:rsidRPr="002C4E4D" w:rsidRDefault="002C4E4D" w:rsidP="002C4E4D">
      <w:pPr>
        <w:bidi/>
        <w:jc w:val="both"/>
        <w:rPr>
          <w:rFonts w:cs="B Nazanin"/>
          <w:b/>
          <w:bCs/>
          <w:sz w:val="24"/>
          <w:szCs w:val="24"/>
        </w:rPr>
      </w:pPr>
      <w:r w:rsidRPr="002C4E4D">
        <w:rPr>
          <w:rFonts w:cs="B Nazanin"/>
          <w:b/>
          <w:bCs/>
          <w:sz w:val="24"/>
          <w:szCs w:val="24"/>
          <w:rtl/>
        </w:rPr>
        <w:lastRenderedPageBreak/>
        <w:t>فشار خون بالا</w:t>
      </w:r>
      <w:r w:rsidRPr="002C4E4D">
        <w:rPr>
          <w:rFonts w:cs="B Nazanin"/>
          <w:b/>
          <w:bCs/>
          <w:sz w:val="24"/>
          <w:szCs w:val="24"/>
        </w:rPr>
        <w:t xml:space="preserve"> (Hypertension) </w:t>
      </w:r>
      <w:r w:rsidRPr="002C4E4D">
        <w:rPr>
          <w:rFonts w:cs="B Nazanin"/>
          <w:b/>
          <w:bCs/>
          <w:sz w:val="24"/>
          <w:szCs w:val="24"/>
          <w:rtl/>
        </w:rPr>
        <w:t>و پره‌اکلامپسی</w:t>
      </w:r>
      <w:r w:rsidRPr="002C4E4D">
        <w:rPr>
          <w:rFonts w:cs="B Nazanin"/>
          <w:b/>
          <w:bCs/>
          <w:sz w:val="24"/>
          <w:szCs w:val="24"/>
        </w:rPr>
        <w:t xml:space="preserve"> (Preeclampsia)</w:t>
      </w:r>
    </w:p>
    <w:p w14:paraId="7033D86B" w14:textId="77777777" w:rsidR="002C4E4D" w:rsidRPr="002C4E4D" w:rsidRDefault="002C4E4D" w:rsidP="002C4E4D">
      <w:pPr>
        <w:bidi/>
        <w:jc w:val="both"/>
        <w:rPr>
          <w:rFonts w:cs="B Nazanin"/>
          <w:b/>
          <w:bCs/>
          <w:sz w:val="24"/>
          <w:szCs w:val="24"/>
        </w:rPr>
      </w:pPr>
      <w:r w:rsidRPr="002C4E4D">
        <w:rPr>
          <w:rFonts w:cs="B Nazanin"/>
          <w:b/>
          <w:bCs/>
          <w:sz w:val="24"/>
          <w:szCs w:val="24"/>
          <w:rtl/>
        </w:rPr>
        <w:t>فشار خون بالا در دوران بارداری، چه مزمن باشد و چه در اثر پره‌اکلامپسی ایجاد شود، یکی از علل مهم مرگ داخل رحمی است. پره‌اکلامپسی یک اختلال خاص بارداری است که با فشار خون بالا و پروتئین در ادرار (یا سایر علائم آسیب به ارگان‌ها) پس از هفته بیستم بارداری مشخص می‌شود</w:t>
      </w:r>
      <w:r w:rsidRPr="002C4E4D">
        <w:rPr>
          <w:rFonts w:cs="B Nazanin"/>
          <w:b/>
          <w:bCs/>
          <w:sz w:val="24"/>
          <w:szCs w:val="24"/>
        </w:rPr>
        <w:t>.</w:t>
      </w:r>
    </w:p>
    <w:p w14:paraId="100273AA" w14:textId="77777777" w:rsidR="002C4E4D" w:rsidRPr="002C4E4D" w:rsidRDefault="002C4E4D" w:rsidP="002C4E4D">
      <w:pPr>
        <w:numPr>
          <w:ilvl w:val="0"/>
          <w:numId w:val="15"/>
        </w:numPr>
        <w:bidi/>
        <w:jc w:val="both"/>
        <w:rPr>
          <w:rFonts w:cs="B Nazanin"/>
          <w:b/>
          <w:bCs/>
          <w:sz w:val="24"/>
          <w:szCs w:val="24"/>
        </w:rPr>
      </w:pPr>
      <w:r w:rsidRPr="002C4E4D">
        <w:rPr>
          <w:rFonts w:cs="B Nazanin"/>
          <w:b/>
          <w:bCs/>
          <w:sz w:val="24"/>
          <w:szCs w:val="24"/>
          <w:rtl/>
        </w:rPr>
        <w:t>اختلال در جفت‌رسانی</w:t>
      </w:r>
      <w:r w:rsidRPr="002C4E4D">
        <w:rPr>
          <w:rFonts w:cs="B Nazanin"/>
          <w:b/>
          <w:bCs/>
          <w:sz w:val="24"/>
          <w:szCs w:val="24"/>
        </w:rPr>
        <w:t xml:space="preserve">: </w:t>
      </w:r>
      <w:r w:rsidRPr="002C4E4D">
        <w:rPr>
          <w:rFonts w:cs="B Nazanin"/>
          <w:b/>
          <w:bCs/>
          <w:sz w:val="24"/>
          <w:szCs w:val="24"/>
          <w:rtl/>
        </w:rPr>
        <w:t>یکی از مکانیسم‌های اصلی، واسکولیت (التهاب عروق) و اختلال در عملکرد جفت است. عروق رحم (آرتریول‌های مارپیچی) که به جفت خون‌رسانی می‌کنند، در بارداری طبیعی دچار تغییراتی می‌شوند که جریان خون را افزایش می‌دهد. در پره‌اکلامپسی، این تغییرات به طور کامل رخ نمی‌دهد و عروق تنگ باقی می‌مانند. این امر منجر به کاهش جریان خون به جفت</w:t>
      </w:r>
      <w:r w:rsidRPr="002C4E4D">
        <w:rPr>
          <w:rFonts w:cs="B Nazanin"/>
          <w:b/>
          <w:bCs/>
          <w:sz w:val="24"/>
          <w:szCs w:val="24"/>
        </w:rPr>
        <w:t xml:space="preserve"> (Placental Insufficiency) </w:t>
      </w:r>
      <w:r w:rsidRPr="002C4E4D">
        <w:rPr>
          <w:rFonts w:cs="B Nazanin"/>
          <w:b/>
          <w:bCs/>
          <w:sz w:val="24"/>
          <w:szCs w:val="24"/>
          <w:rtl/>
        </w:rPr>
        <w:t>می‌شود</w:t>
      </w:r>
      <w:r w:rsidRPr="002C4E4D">
        <w:rPr>
          <w:rFonts w:cs="B Nazanin"/>
          <w:b/>
          <w:bCs/>
          <w:sz w:val="24"/>
          <w:szCs w:val="24"/>
        </w:rPr>
        <w:t>.</w:t>
      </w:r>
    </w:p>
    <w:p w14:paraId="491BFEB9" w14:textId="77777777" w:rsidR="002C4E4D" w:rsidRPr="002C4E4D" w:rsidRDefault="002C4E4D" w:rsidP="002C4E4D">
      <w:pPr>
        <w:numPr>
          <w:ilvl w:val="0"/>
          <w:numId w:val="15"/>
        </w:numPr>
        <w:bidi/>
        <w:jc w:val="both"/>
        <w:rPr>
          <w:rFonts w:cs="B Nazanin"/>
          <w:b/>
          <w:bCs/>
          <w:sz w:val="24"/>
          <w:szCs w:val="24"/>
        </w:rPr>
      </w:pPr>
      <w:r w:rsidRPr="002C4E4D">
        <w:rPr>
          <w:rFonts w:cs="B Nazanin"/>
          <w:b/>
          <w:bCs/>
          <w:sz w:val="24"/>
          <w:szCs w:val="24"/>
          <w:rtl/>
        </w:rPr>
        <w:t>تأثیر بر جنین</w:t>
      </w:r>
      <w:r w:rsidRPr="002C4E4D">
        <w:rPr>
          <w:rFonts w:cs="B Nazanin"/>
          <w:b/>
          <w:bCs/>
          <w:sz w:val="24"/>
          <w:szCs w:val="24"/>
        </w:rPr>
        <w:t xml:space="preserve">: </w:t>
      </w:r>
      <w:r w:rsidRPr="002C4E4D">
        <w:rPr>
          <w:rFonts w:cs="B Nazanin"/>
          <w:b/>
          <w:bCs/>
          <w:sz w:val="24"/>
          <w:szCs w:val="24"/>
          <w:rtl/>
        </w:rPr>
        <w:t>کاهش خون‌رسانی به جفت، مواد مغذی و اکسیژن کافی را به جنین نمی‌رساند، که منجر به محدودیت رشد داخل رحمی</w:t>
      </w:r>
      <w:r w:rsidRPr="002C4E4D">
        <w:rPr>
          <w:rFonts w:cs="B Nazanin"/>
          <w:b/>
          <w:bCs/>
          <w:sz w:val="24"/>
          <w:szCs w:val="24"/>
        </w:rPr>
        <w:t xml:space="preserve"> (Intrauterine Growth Restriction - IUGR) </w:t>
      </w:r>
      <w:r w:rsidRPr="002C4E4D">
        <w:rPr>
          <w:rFonts w:cs="B Nazanin"/>
          <w:b/>
          <w:bCs/>
          <w:sz w:val="24"/>
          <w:szCs w:val="24"/>
          <w:rtl/>
        </w:rPr>
        <w:t>و در موارد شدید، مرگ داخل رحمی می‌شود. همچنین، پره‌اکلامپسی می‌تواند باعث جداشدگی زودرس جفت</w:t>
      </w:r>
      <w:r w:rsidRPr="002C4E4D">
        <w:rPr>
          <w:rFonts w:cs="B Nazanin"/>
          <w:b/>
          <w:bCs/>
          <w:sz w:val="24"/>
          <w:szCs w:val="24"/>
        </w:rPr>
        <w:t xml:space="preserve"> (Placental Abruption) </w:t>
      </w:r>
      <w:r w:rsidRPr="002C4E4D">
        <w:rPr>
          <w:rFonts w:cs="B Nazanin"/>
          <w:b/>
          <w:bCs/>
          <w:sz w:val="24"/>
          <w:szCs w:val="24"/>
          <w:rtl/>
        </w:rPr>
        <w:t>شود که یک وضعیت اورژانسی و تهدید کننده حیات جنین است</w:t>
      </w:r>
      <w:r w:rsidRPr="002C4E4D">
        <w:rPr>
          <w:rFonts w:cs="B Nazanin"/>
          <w:b/>
          <w:bCs/>
          <w:sz w:val="24"/>
          <w:szCs w:val="24"/>
        </w:rPr>
        <w:t>.</w:t>
      </w:r>
    </w:p>
    <w:p w14:paraId="5207E15D" w14:textId="77777777" w:rsidR="002C4E4D" w:rsidRPr="002C4E4D" w:rsidRDefault="002C4E4D" w:rsidP="002C4E4D">
      <w:pPr>
        <w:bidi/>
        <w:jc w:val="both"/>
        <w:rPr>
          <w:rFonts w:cs="B Nazanin"/>
          <w:b/>
          <w:bCs/>
          <w:sz w:val="24"/>
          <w:szCs w:val="24"/>
        </w:rPr>
      </w:pPr>
      <w:r w:rsidRPr="002C4E4D">
        <w:rPr>
          <w:rFonts w:cs="B Nazanin"/>
          <w:b/>
          <w:bCs/>
          <w:sz w:val="24"/>
          <w:szCs w:val="24"/>
          <w:rtl/>
        </w:rPr>
        <w:t>بیماری‌های خودایمنی</w:t>
      </w:r>
    </w:p>
    <w:p w14:paraId="135D84AE" w14:textId="77777777" w:rsidR="002C4E4D" w:rsidRPr="002C4E4D" w:rsidRDefault="002C4E4D" w:rsidP="002C4E4D">
      <w:pPr>
        <w:bidi/>
        <w:jc w:val="both"/>
        <w:rPr>
          <w:rFonts w:cs="B Nazanin"/>
          <w:b/>
          <w:bCs/>
          <w:sz w:val="24"/>
          <w:szCs w:val="24"/>
        </w:rPr>
      </w:pPr>
      <w:r w:rsidRPr="002C4E4D">
        <w:rPr>
          <w:rFonts w:cs="B Nazanin"/>
          <w:b/>
          <w:bCs/>
          <w:sz w:val="24"/>
          <w:szCs w:val="24"/>
          <w:rtl/>
        </w:rPr>
        <w:t>بیماری‌های خودایمنی زمانی رخ می‌دهند که سیستم ایمنی بدن به اشتباه به بافت‌های سالم خود حمله کند. برخی از این بیماری‌ها می‌توانند به طور قابل توجهی بر بارداری و بقای جنین تاثیر بگذارند</w:t>
      </w:r>
      <w:r w:rsidRPr="002C4E4D">
        <w:rPr>
          <w:rFonts w:cs="B Nazanin"/>
          <w:b/>
          <w:bCs/>
          <w:sz w:val="24"/>
          <w:szCs w:val="24"/>
        </w:rPr>
        <w:t>.</w:t>
      </w:r>
    </w:p>
    <w:p w14:paraId="05B7BD2A" w14:textId="77777777" w:rsidR="002C4E4D" w:rsidRPr="002C4E4D" w:rsidRDefault="002C4E4D" w:rsidP="002C4E4D">
      <w:pPr>
        <w:numPr>
          <w:ilvl w:val="0"/>
          <w:numId w:val="16"/>
        </w:numPr>
        <w:bidi/>
        <w:jc w:val="both"/>
        <w:rPr>
          <w:rFonts w:cs="B Nazanin"/>
          <w:b/>
          <w:bCs/>
          <w:sz w:val="24"/>
          <w:szCs w:val="24"/>
        </w:rPr>
      </w:pPr>
      <w:r w:rsidRPr="002C4E4D">
        <w:rPr>
          <w:rFonts w:cs="B Nazanin"/>
          <w:b/>
          <w:bCs/>
          <w:sz w:val="24"/>
          <w:szCs w:val="24"/>
          <w:rtl/>
        </w:rPr>
        <w:t>سندرم آنتی‌فسفولیپید</w:t>
      </w:r>
      <w:r w:rsidRPr="002C4E4D">
        <w:rPr>
          <w:rFonts w:cs="B Nazanin"/>
          <w:b/>
          <w:bCs/>
          <w:sz w:val="24"/>
          <w:szCs w:val="24"/>
        </w:rPr>
        <w:t xml:space="preserve"> (Antiphospholipid Syndrome - APS): </w:t>
      </w:r>
      <w:r w:rsidRPr="002C4E4D">
        <w:rPr>
          <w:rFonts w:cs="B Nazanin"/>
          <w:b/>
          <w:bCs/>
          <w:sz w:val="24"/>
          <w:szCs w:val="24"/>
          <w:rtl/>
        </w:rPr>
        <w:t>این اختلال با وجود آنتی‌بادی‌هایی در خون مشخص می‌شود که به فسفولیپیدها (بخشی از غشاهای سلولی) حمله می‌کنند. این آنتی‌بادی‌ها می‌توانند باعث افزایش لخته‌شدن خون در رگ‌های کوچک، از جمله عروق جفت، شوند. لخته شدن خون در عروق جفتی، جریان خون به جنین را مختل کرده و منجر به مرگ داخل رحمی، زایمان زودرس، یا محدودیت رشد جنین می‌شود</w:t>
      </w:r>
      <w:r w:rsidRPr="002C4E4D">
        <w:rPr>
          <w:rFonts w:cs="B Nazanin"/>
          <w:b/>
          <w:bCs/>
          <w:sz w:val="24"/>
          <w:szCs w:val="24"/>
        </w:rPr>
        <w:t>.</w:t>
      </w:r>
    </w:p>
    <w:p w14:paraId="74E09F57" w14:textId="77777777" w:rsidR="002C4E4D" w:rsidRPr="002C4E4D" w:rsidRDefault="002C4E4D" w:rsidP="002C4E4D">
      <w:pPr>
        <w:numPr>
          <w:ilvl w:val="0"/>
          <w:numId w:val="16"/>
        </w:numPr>
        <w:bidi/>
        <w:jc w:val="both"/>
        <w:rPr>
          <w:rFonts w:cs="B Nazanin"/>
          <w:b/>
          <w:bCs/>
          <w:sz w:val="24"/>
          <w:szCs w:val="24"/>
        </w:rPr>
      </w:pPr>
      <w:r w:rsidRPr="002C4E4D">
        <w:rPr>
          <w:rFonts w:cs="B Nazanin"/>
          <w:b/>
          <w:bCs/>
          <w:sz w:val="24"/>
          <w:szCs w:val="24"/>
          <w:rtl/>
        </w:rPr>
        <w:t>لوپوس اریتماتوز سیستمیک</w:t>
      </w:r>
      <w:r w:rsidRPr="002C4E4D">
        <w:rPr>
          <w:rFonts w:cs="B Nazanin"/>
          <w:b/>
          <w:bCs/>
          <w:sz w:val="24"/>
          <w:szCs w:val="24"/>
        </w:rPr>
        <w:t xml:space="preserve"> (Systemic Lupus Erythematosus - SLE): </w:t>
      </w:r>
      <w:r w:rsidRPr="002C4E4D">
        <w:rPr>
          <w:rFonts w:cs="B Nazanin"/>
          <w:b/>
          <w:bCs/>
          <w:sz w:val="24"/>
          <w:szCs w:val="24"/>
          <w:rtl/>
        </w:rPr>
        <w:t>زنانی که مبتلا به لوپوس هستند، در معرض خطر بالاتری برای عوارض بارداری از جمله پره‌اکلامپسی، محدودیت رشد جنین، و سقط جنین قرار دارند. آنتی‌بادی‌های تولید شده در لوپوس می‌توانند از جفت عبور کرده و بر اندام‌های جنین تاثیر بگذارند</w:t>
      </w:r>
      <w:r w:rsidRPr="002C4E4D">
        <w:rPr>
          <w:rFonts w:cs="B Nazanin"/>
          <w:b/>
          <w:bCs/>
          <w:sz w:val="24"/>
          <w:szCs w:val="24"/>
        </w:rPr>
        <w:t>.</w:t>
      </w:r>
    </w:p>
    <w:p w14:paraId="39C4A7B8" w14:textId="77777777" w:rsidR="00080FFD" w:rsidRDefault="00080FFD" w:rsidP="002C4E4D">
      <w:pPr>
        <w:bidi/>
        <w:jc w:val="both"/>
        <w:rPr>
          <w:rFonts w:cs="B Nazanin"/>
          <w:b/>
          <w:bCs/>
          <w:sz w:val="24"/>
          <w:szCs w:val="24"/>
          <w:rtl/>
        </w:rPr>
      </w:pPr>
    </w:p>
    <w:p w14:paraId="1CF7E198" w14:textId="77777777" w:rsidR="00080FFD" w:rsidRDefault="00080FFD" w:rsidP="00080FFD">
      <w:pPr>
        <w:bidi/>
        <w:jc w:val="both"/>
        <w:rPr>
          <w:rFonts w:cs="B Nazanin"/>
          <w:b/>
          <w:bCs/>
          <w:sz w:val="24"/>
          <w:szCs w:val="24"/>
          <w:rtl/>
        </w:rPr>
      </w:pPr>
    </w:p>
    <w:p w14:paraId="684DB773" w14:textId="48631A61" w:rsidR="002C4E4D" w:rsidRPr="002C4E4D" w:rsidRDefault="002C4E4D" w:rsidP="00080FFD">
      <w:pPr>
        <w:bidi/>
        <w:jc w:val="both"/>
        <w:rPr>
          <w:rFonts w:cs="B Nazanin"/>
          <w:b/>
          <w:bCs/>
          <w:sz w:val="24"/>
          <w:szCs w:val="24"/>
        </w:rPr>
      </w:pPr>
      <w:r w:rsidRPr="002C4E4D">
        <w:rPr>
          <w:rFonts w:cs="B Nazanin"/>
          <w:b/>
          <w:bCs/>
          <w:sz w:val="24"/>
          <w:szCs w:val="24"/>
          <w:rtl/>
        </w:rPr>
        <w:lastRenderedPageBreak/>
        <w:t>بیماری‌های مزمن دیگر</w:t>
      </w:r>
    </w:p>
    <w:p w14:paraId="0883B7E2" w14:textId="77777777" w:rsidR="002C4E4D" w:rsidRPr="002C4E4D" w:rsidRDefault="002C4E4D" w:rsidP="002C4E4D">
      <w:pPr>
        <w:numPr>
          <w:ilvl w:val="0"/>
          <w:numId w:val="17"/>
        </w:numPr>
        <w:bidi/>
        <w:jc w:val="both"/>
        <w:rPr>
          <w:rFonts w:cs="B Nazanin"/>
          <w:b/>
          <w:bCs/>
          <w:sz w:val="24"/>
          <w:szCs w:val="24"/>
        </w:rPr>
      </w:pPr>
      <w:r w:rsidRPr="002C4E4D">
        <w:rPr>
          <w:rFonts w:cs="B Nazanin"/>
          <w:b/>
          <w:bCs/>
          <w:sz w:val="24"/>
          <w:szCs w:val="24"/>
          <w:rtl/>
        </w:rPr>
        <w:t>بیماری‌های کلیوی</w:t>
      </w:r>
      <w:r w:rsidRPr="002C4E4D">
        <w:rPr>
          <w:rFonts w:cs="B Nazanin"/>
          <w:b/>
          <w:bCs/>
          <w:sz w:val="24"/>
          <w:szCs w:val="24"/>
        </w:rPr>
        <w:t xml:space="preserve">: </w:t>
      </w:r>
      <w:r w:rsidRPr="002C4E4D">
        <w:rPr>
          <w:rFonts w:cs="B Nazanin"/>
          <w:b/>
          <w:bCs/>
          <w:sz w:val="24"/>
          <w:szCs w:val="24"/>
          <w:rtl/>
        </w:rPr>
        <w:t>نارسایی مزمن کلیه می‌تواند منجر به فشار خون بالا، کم‌خونی، و اختلال در تعادل الکترولیت‌ها شود که همگی بر سلامت بارداری تاثیر منفی می‌گذارند</w:t>
      </w:r>
      <w:r w:rsidRPr="002C4E4D">
        <w:rPr>
          <w:rFonts w:cs="B Nazanin"/>
          <w:b/>
          <w:bCs/>
          <w:sz w:val="24"/>
          <w:szCs w:val="24"/>
        </w:rPr>
        <w:t>.</w:t>
      </w:r>
    </w:p>
    <w:p w14:paraId="40320B4E" w14:textId="77777777" w:rsidR="002C4E4D" w:rsidRPr="002C4E4D" w:rsidRDefault="002C4E4D" w:rsidP="002C4E4D">
      <w:pPr>
        <w:numPr>
          <w:ilvl w:val="0"/>
          <w:numId w:val="17"/>
        </w:numPr>
        <w:bidi/>
        <w:jc w:val="both"/>
        <w:rPr>
          <w:rFonts w:cs="B Nazanin"/>
          <w:b/>
          <w:bCs/>
          <w:sz w:val="24"/>
          <w:szCs w:val="24"/>
        </w:rPr>
      </w:pPr>
      <w:r w:rsidRPr="002C4E4D">
        <w:rPr>
          <w:rFonts w:cs="B Nazanin"/>
          <w:b/>
          <w:bCs/>
          <w:sz w:val="24"/>
          <w:szCs w:val="24"/>
          <w:rtl/>
        </w:rPr>
        <w:t>بیماری‌های تیروئید</w:t>
      </w:r>
      <w:r w:rsidRPr="002C4E4D">
        <w:rPr>
          <w:rFonts w:cs="B Nazanin"/>
          <w:b/>
          <w:bCs/>
          <w:sz w:val="24"/>
          <w:szCs w:val="24"/>
        </w:rPr>
        <w:t xml:space="preserve">: </w:t>
      </w:r>
      <w:r w:rsidRPr="002C4E4D">
        <w:rPr>
          <w:rFonts w:cs="B Nazanin"/>
          <w:b/>
          <w:bCs/>
          <w:sz w:val="24"/>
          <w:szCs w:val="24"/>
          <w:rtl/>
        </w:rPr>
        <w:t>کم‌کاری یا پرکاری تیروئید کنترل نشده در مادر می‌تواند بر رشد جنین و عملکرد جفت تاثیر بگذارد</w:t>
      </w:r>
      <w:r w:rsidRPr="002C4E4D">
        <w:rPr>
          <w:rFonts w:cs="B Nazanin"/>
          <w:b/>
          <w:bCs/>
          <w:sz w:val="24"/>
          <w:szCs w:val="24"/>
        </w:rPr>
        <w:t>.</w:t>
      </w:r>
    </w:p>
    <w:p w14:paraId="5AE87DA2" w14:textId="77777777" w:rsidR="002C4E4D" w:rsidRPr="002C4E4D" w:rsidRDefault="002C4E4D" w:rsidP="002C4E4D">
      <w:pPr>
        <w:numPr>
          <w:ilvl w:val="0"/>
          <w:numId w:val="17"/>
        </w:numPr>
        <w:bidi/>
        <w:jc w:val="both"/>
        <w:rPr>
          <w:rFonts w:cs="B Nazanin"/>
          <w:b/>
          <w:bCs/>
          <w:sz w:val="24"/>
          <w:szCs w:val="24"/>
        </w:rPr>
      </w:pPr>
      <w:r w:rsidRPr="002C4E4D">
        <w:rPr>
          <w:rFonts w:cs="B Nazanin"/>
          <w:b/>
          <w:bCs/>
          <w:sz w:val="24"/>
          <w:szCs w:val="24"/>
          <w:rtl/>
        </w:rPr>
        <w:t>بیماری‌های قلبی</w:t>
      </w:r>
      <w:r w:rsidRPr="002C4E4D">
        <w:rPr>
          <w:rFonts w:cs="B Nazanin"/>
          <w:b/>
          <w:bCs/>
          <w:sz w:val="24"/>
          <w:szCs w:val="24"/>
        </w:rPr>
        <w:t xml:space="preserve">: </w:t>
      </w:r>
      <w:r w:rsidRPr="002C4E4D">
        <w:rPr>
          <w:rFonts w:cs="B Nazanin"/>
          <w:b/>
          <w:bCs/>
          <w:sz w:val="24"/>
          <w:szCs w:val="24"/>
          <w:rtl/>
        </w:rPr>
        <w:t>نقص‌های مادرزادی یا اکتسابی قلب مادر می‌تواند توانایی او را برای تحمل بار فیزیولوژیک بارداری کاهش دهد</w:t>
      </w:r>
      <w:r w:rsidRPr="002C4E4D">
        <w:rPr>
          <w:rFonts w:cs="B Nazanin"/>
          <w:b/>
          <w:bCs/>
          <w:sz w:val="24"/>
          <w:szCs w:val="24"/>
        </w:rPr>
        <w:t>.</w:t>
      </w:r>
    </w:p>
    <w:p w14:paraId="2428A8F0" w14:textId="77777777" w:rsidR="002C4E4D" w:rsidRPr="002C4E4D" w:rsidRDefault="002C4E4D" w:rsidP="002C4E4D">
      <w:pPr>
        <w:numPr>
          <w:ilvl w:val="0"/>
          <w:numId w:val="17"/>
        </w:numPr>
        <w:bidi/>
        <w:jc w:val="both"/>
        <w:rPr>
          <w:rFonts w:cs="B Nazanin"/>
          <w:b/>
          <w:bCs/>
          <w:sz w:val="24"/>
          <w:szCs w:val="24"/>
        </w:rPr>
      </w:pPr>
      <w:r w:rsidRPr="002C4E4D">
        <w:rPr>
          <w:rFonts w:cs="B Nazanin"/>
          <w:b/>
          <w:bCs/>
          <w:sz w:val="24"/>
          <w:szCs w:val="24"/>
          <w:rtl/>
        </w:rPr>
        <w:t>توضیح علمی</w:t>
      </w:r>
      <w:r w:rsidRPr="002C4E4D">
        <w:rPr>
          <w:rFonts w:cs="B Nazanin"/>
          <w:b/>
          <w:bCs/>
          <w:sz w:val="24"/>
          <w:szCs w:val="24"/>
        </w:rPr>
        <w:t xml:space="preserve">: </w:t>
      </w:r>
      <w:r w:rsidRPr="002C4E4D">
        <w:rPr>
          <w:rFonts w:cs="B Nazanin"/>
          <w:b/>
          <w:bCs/>
          <w:sz w:val="24"/>
          <w:szCs w:val="24"/>
          <w:rtl/>
        </w:rPr>
        <w:t>التهاب و آسیب عروقی ناشی از بیماری‌های مادر، به ویژه در سطح جفت، محیط نامناسبی برای رشد جنین ایجاد می‌کند. این التهاب می‌تواند باعث اختلال در تبادلات مواد مغذی و اکسیژن از مادر به جنین، و دفع مواد زائد از جنین به مادر شود. همچنین، اختلالات هورمونی یا متابولیکی ناشی از بیماری‌های مادر می‌تواند مستقیماً بر مسیرهای بیوشیمیایی و تکاملی جنین تاثیر منفی بگذارد</w:t>
      </w:r>
      <w:r w:rsidRPr="002C4E4D">
        <w:rPr>
          <w:rFonts w:cs="B Nazanin"/>
          <w:b/>
          <w:bCs/>
          <w:sz w:val="24"/>
          <w:szCs w:val="24"/>
        </w:rPr>
        <w:t>.</w:t>
      </w:r>
    </w:p>
    <w:p w14:paraId="46E5C70B" w14:textId="5A95B151" w:rsidR="002C4E4D" w:rsidRPr="002C4E4D" w:rsidRDefault="002C4E4D" w:rsidP="002C4E4D">
      <w:pPr>
        <w:bidi/>
        <w:jc w:val="both"/>
        <w:rPr>
          <w:rFonts w:cs="B Nazanin"/>
          <w:b/>
          <w:bCs/>
          <w:sz w:val="24"/>
          <w:szCs w:val="24"/>
        </w:rPr>
      </w:pPr>
    </w:p>
    <w:p w14:paraId="7811D240" w14:textId="6C963C56" w:rsidR="002C4E4D" w:rsidRPr="00080FFD" w:rsidRDefault="002C4E4D" w:rsidP="002C4E4D">
      <w:pPr>
        <w:bidi/>
        <w:jc w:val="both"/>
        <w:rPr>
          <w:rFonts w:cs="B Titr"/>
          <w:b/>
          <w:bCs/>
          <w:sz w:val="24"/>
          <w:szCs w:val="24"/>
        </w:rPr>
      </w:pPr>
      <w:r w:rsidRPr="00080FFD">
        <w:rPr>
          <w:rFonts w:cs="B Titr"/>
          <w:b/>
          <w:bCs/>
          <w:sz w:val="24"/>
          <w:szCs w:val="24"/>
          <w:rtl/>
          <w:lang w:bidi="fa-IR"/>
        </w:rPr>
        <w:t>۴</w:t>
      </w:r>
      <w:r w:rsidRPr="00080FFD">
        <w:rPr>
          <w:rFonts w:cs="B Titr"/>
          <w:b/>
          <w:bCs/>
          <w:sz w:val="24"/>
          <w:szCs w:val="24"/>
        </w:rPr>
        <w:t>.</w:t>
      </w:r>
      <w:r w:rsidR="00080FFD" w:rsidRPr="00080FFD">
        <w:rPr>
          <w:rFonts w:cs="B Titr" w:hint="cs"/>
          <w:b/>
          <w:bCs/>
          <w:sz w:val="24"/>
          <w:szCs w:val="24"/>
          <w:rtl/>
        </w:rPr>
        <w:t xml:space="preserve"> </w:t>
      </w:r>
      <w:r w:rsidRPr="00080FFD">
        <w:rPr>
          <w:rFonts w:cs="B Titr"/>
          <w:b/>
          <w:bCs/>
          <w:sz w:val="24"/>
          <w:szCs w:val="24"/>
        </w:rPr>
        <w:t xml:space="preserve"> </w:t>
      </w:r>
      <w:r w:rsidRPr="00080FFD">
        <w:rPr>
          <w:rFonts w:cs="B Titr"/>
          <w:b/>
          <w:bCs/>
          <w:sz w:val="24"/>
          <w:szCs w:val="24"/>
          <w:rtl/>
        </w:rPr>
        <w:t>عوامل عفونی</w:t>
      </w:r>
    </w:p>
    <w:p w14:paraId="5EBBD89C" w14:textId="77777777" w:rsidR="002C4E4D" w:rsidRPr="002C4E4D" w:rsidRDefault="002C4E4D" w:rsidP="002C4E4D">
      <w:pPr>
        <w:bidi/>
        <w:jc w:val="both"/>
        <w:rPr>
          <w:rFonts w:cs="B Nazanin"/>
          <w:b/>
          <w:bCs/>
          <w:sz w:val="24"/>
          <w:szCs w:val="24"/>
        </w:rPr>
      </w:pPr>
      <w:r w:rsidRPr="002C4E4D">
        <w:rPr>
          <w:rFonts w:cs="B Nazanin"/>
          <w:b/>
          <w:bCs/>
          <w:sz w:val="24"/>
          <w:szCs w:val="24"/>
          <w:rtl/>
        </w:rPr>
        <w:t>عفونت‌های مختلف در دوران بارداری می‌توانند عامل مهمی در توقف حیات جنین باشند. این عفونت‌ها می‌توانند از طریق عبور مستقیم عامل بیماری‌زا به داخل جنین، یا از طریق ایجاد التهاب و پاسخ ایمنی مادر، بر بقای جنین تاثیر بگذارند</w:t>
      </w:r>
      <w:r w:rsidRPr="002C4E4D">
        <w:rPr>
          <w:rFonts w:cs="B Nazanin"/>
          <w:b/>
          <w:bCs/>
          <w:sz w:val="24"/>
          <w:szCs w:val="24"/>
        </w:rPr>
        <w:t>.</w:t>
      </w:r>
    </w:p>
    <w:p w14:paraId="6771C025" w14:textId="77777777" w:rsidR="002C4E4D" w:rsidRPr="002C4E4D" w:rsidRDefault="002C4E4D" w:rsidP="002C4E4D">
      <w:pPr>
        <w:bidi/>
        <w:jc w:val="both"/>
        <w:rPr>
          <w:rFonts w:cs="B Nazanin"/>
          <w:b/>
          <w:bCs/>
          <w:sz w:val="24"/>
          <w:szCs w:val="24"/>
        </w:rPr>
      </w:pPr>
      <w:r w:rsidRPr="002C4E4D">
        <w:rPr>
          <w:rFonts w:cs="B Nazanin"/>
          <w:b/>
          <w:bCs/>
          <w:sz w:val="24"/>
          <w:szCs w:val="24"/>
          <w:rtl/>
        </w:rPr>
        <w:t>عفونت‌های ویروسی</w:t>
      </w:r>
    </w:p>
    <w:p w14:paraId="11E545BA" w14:textId="77777777" w:rsidR="002C4E4D" w:rsidRPr="002C4E4D" w:rsidRDefault="002C4E4D" w:rsidP="002C4E4D">
      <w:pPr>
        <w:numPr>
          <w:ilvl w:val="0"/>
          <w:numId w:val="18"/>
        </w:numPr>
        <w:bidi/>
        <w:jc w:val="both"/>
        <w:rPr>
          <w:rFonts w:cs="B Nazanin"/>
          <w:b/>
          <w:bCs/>
          <w:sz w:val="24"/>
          <w:szCs w:val="24"/>
        </w:rPr>
      </w:pPr>
      <w:r w:rsidRPr="002C4E4D">
        <w:rPr>
          <w:rFonts w:cs="B Nazanin"/>
          <w:b/>
          <w:bCs/>
          <w:sz w:val="24"/>
          <w:szCs w:val="24"/>
          <w:rtl/>
        </w:rPr>
        <w:t>ویروس سرخجه</w:t>
      </w:r>
      <w:r w:rsidRPr="002C4E4D">
        <w:rPr>
          <w:rFonts w:cs="B Nazanin"/>
          <w:b/>
          <w:bCs/>
          <w:sz w:val="24"/>
          <w:szCs w:val="24"/>
        </w:rPr>
        <w:t xml:space="preserve"> (Rubella Virus): </w:t>
      </w:r>
      <w:r w:rsidRPr="002C4E4D">
        <w:rPr>
          <w:rFonts w:cs="B Nazanin"/>
          <w:b/>
          <w:bCs/>
          <w:sz w:val="24"/>
          <w:szCs w:val="24"/>
          <w:rtl/>
        </w:rPr>
        <w:t>عفونت سرخجه در دوران بارداری، به ویژه در سه‌ماهه اول، می‌تواند منجر به سندرم سرخجه مادرزادی شود که با ناهنجاری‌های قلبی، چشمی، شنوایی و ذهنی در جنین همراه است و ممکن است منجر به سقط گردد</w:t>
      </w:r>
      <w:r w:rsidRPr="002C4E4D">
        <w:rPr>
          <w:rFonts w:cs="B Nazanin"/>
          <w:b/>
          <w:bCs/>
          <w:sz w:val="24"/>
          <w:szCs w:val="24"/>
        </w:rPr>
        <w:t>.</w:t>
      </w:r>
    </w:p>
    <w:p w14:paraId="23B0B4D5" w14:textId="77777777" w:rsidR="002C4E4D" w:rsidRPr="002C4E4D" w:rsidRDefault="002C4E4D" w:rsidP="002C4E4D">
      <w:pPr>
        <w:numPr>
          <w:ilvl w:val="0"/>
          <w:numId w:val="18"/>
        </w:numPr>
        <w:bidi/>
        <w:jc w:val="both"/>
        <w:rPr>
          <w:rFonts w:cs="B Nazanin"/>
          <w:b/>
          <w:bCs/>
          <w:sz w:val="24"/>
          <w:szCs w:val="24"/>
        </w:rPr>
      </w:pPr>
      <w:r w:rsidRPr="002C4E4D">
        <w:rPr>
          <w:rFonts w:cs="B Nazanin"/>
          <w:b/>
          <w:bCs/>
          <w:sz w:val="24"/>
          <w:szCs w:val="24"/>
          <w:rtl/>
        </w:rPr>
        <w:t>سیتومگالوویروس</w:t>
      </w:r>
      <w:r w:rsidRPr="002C4E4D">
        <w:rPr>
          <w:rFonts w:cs="B Nazanin"/>
          <w:b/>
          <w:bCs/>
          <w:sz w:val="24"/>
          <w:szCs w:val="24"/>
        </w:rPr>
        <w:t xml:space="preserve"> (Cytomegalovirus - CMV): </w:t>
      </w:r>
      <w:r w:rsidRPr="002C4E4D">
        <w:rPr>
          <w:rFonts w:cs="B Nazanin"/>
          <w:b/>
          <w:bCs/>
          <w:sz w:val="24"/>
          <w:szCs w:val="24"/>
          <w:rtl/>
        </w:rPr>
        <w:t xml:space="preserve">شایع‌ترین عفونت ویروسی مادرزادی است. در حالی که بسیاری از نوزادان مبتلا بدون علامت هستند، حدود </w:t>
      </w:r>
      <w:r w:rsidRPr="002C4E4D">
        <w:rPr>
          <w:rFonts w:cs="B Nazanin"/>
          <w:b/>
          <w:bCs/>
          <w:sz w:val="24"/>
          <w:szCs w:val="24"/>
          <w:rtl/>
          <w:lang w:bidi="fa-IR"/>
        </w:rPr>
        <w:t>۱۰-۱۵</w:t>
      </w:r>
      <w:r w:rsidRPr="002C4E4D">
        <w:rPr>
          <w:rFonts w:ascii="Arial" w:hAnsi="Arial" w:cs="Arial" w:hint="cs"/>
          <w:b/>
          <w:bCs/>
          <w:sz w:val="24"/>
          <w:szCs w:val="24"/>
          <w:rtl/>
          <w:lang w:bidi="fa-IR"/>
        </w:rPr>
        <w:t>٪</w:t>
      </w:r>
      <w:r w:rsidRPr="002C4E4D">
        <w:rPr>
          <w:rFonts w:cs="B Nazanin"/>
          <w:b/>
          <w:bCs/>
          <w:sz w:val="24"/>
          <w:szCs w:val="24"/>
          <w:rtl/>
        </w:rPr>
        <w:t xml:space="preserve"> آن‌ها در آینده دچار مشکلات عصبی، شنوایی یا بینایی می‌شوند. عفونت شدید</w:t>
      </w:r>
      <w:r w:rsidRPr="002C4E4D">
        <w:rPr>
          <w:rFonts w:cs="B Nazanin"/>
          <w:b/>
          <w:bCs/>
          <w:sz w:val="24"/>
          <w:szCs w:val="24"/>
        </w:rPr>
        <w:t xml:space="preserve"> CMV </w:t>
      </w:r>
      <w:r w:rsidRPr="002C4E4D">
        <w:rPr>
          <w:rFonts w:cs="B Nazanin"/>
          <w:b/>
          <w:bCs/>
          <w:sz w:val="24"/>
          <w:szCs w:val="24"/>
          <w:rtl/>
        </w:rPr>
        <w:t>در جنین می‌تواند منجر به ناهنجاری‌های جدی و مرگ داخل رحمی شود</w:t>
      </w:r>
      <w:r w:rsidRPr="002C4E4D">
        <w:rPr>
          <w:rFonts w:cs="B Nazanin"/>
          <w:b/>
          <w:bCs/>
          <w:sz w:val="24"/>
          <w:szCs w:val="24"/>
        </w:rPr>
        <w:t>.</w:t>
      </w:r>
    </w:p>
    <w:p w14:paraId="4D161510" w14:textId="77777777" w:rsidR="002C4E4D" w:rsidRPr="002C4E4D" w:rsidRDefault="002C4E4D" w:rsidP="002C4E4D">
      <w:pPr>
        <w:numPr>
          <w:ilvl w:val="0"/>
          <w:numId w:val="18"/>
        </w:numPr>
        <w:bidi/>
        <w:jc w:val="both"/>
        <w:rPr>
          <w:rFonts w:cs="B Nazanin"/>
          <w:b/>
          <w:bCs/>
          <w:sz w:val="24"/>
          <w:szCs w:val="24"/>
        </w:rPr>
      </w:pPr>
      <w:r w:rsidRPr="002C4E4D">
        <w:rPr>
          <w:rFonts w:cs="B Nazanin"/>
          <w:b/>
          <w:bCs/>
          <w:sz w:val="24"/>
          <w:szCs w:val="24"/>
          <w:rtl/>
        </w:rPr>
        <w:t>ویروس هرپس سیمپلکس</w:t>
      </w:r>
      <w:r w:rsidRPr="002C4E4D">
        <w:rPr>
          <w:rFonts w:cs="B Nazanin"/>
          <w:b/>
          <w:bCs/>
          <w:sz w:val="24"/>
          <w:szCs w:val="24"/>
        </w:rPr>
        <w:t xml:space="preserve"> (Herpes Simplex Virus - HSV): </w:t>
      </w:r>
      <w:r w:rsidRPr="002C4E4D">
        <w:rPr>
          <w:rFonts w:cs="B Nazanin"/>
          <w:b/>
          <w:bCs/>
          <w:sz w:val="24"/>
          <w:szCs w:val="24"/>
          <w:rtl/>
        </w:rPr>
        <w:t>عفونت هرپس تناسلی در اواخر بارداری یا حین زایمان می‌تواند به نوزاد منتقل شده و باعث هرپس نوزادی شود که اغلب شدید و کشنده است. در موارد نادر، عفونت شدید می‌تواند منجر به مرگ داخل رحمی نیز گردد</w:t>
      </w:r>
      <w:r w:rsidRPr="002C4E4D">
        <w:rPr>
          <w:rFonts w:cs="B Nazanin"/>
          <w:b/>
          <w:bCs/>
          <w:sz w:val="24"/>
          <w:szCs w:val="24"/>
        </w:rPr>
        <w:t>.</w:t>
      </w:r>
    </w:p>
    <w:p w14:paraId="6332DDCD" w14:textId="77777777" w:rsidR="002C4E4D" w:rsidRPr="002C4E4D" w:rsidRDefault="002C4E4D" w:rsidP="002C4E4D">
      <w:pPr>
        <w:numPr>
          <w:ilvl w:val="0"/>
          <w:numId w:val="18"/>
        </w:numPr>
        <w:bidi/>
        <w:jc w:val="both"/>
        <w:rPr>
          <w:rFonts w:cs="B Nazanin"/>
          <w:b/>
          <w:bCs/>
          <w:sz w:val="24"/>
          <w:szCs w:val="24"/>
        </w:rPr>
      </w:pPr>
      <w:r w:rsidRPr="002C4E4D">
        <w:rPr>
          <w:rFonts w:cs="B Nazanin"/>
          <w:b/>
          <w:bCs/>
          <w:sz w:val="24"/>
          <w:szCs w:val="24"/>
          <w:rtl/>
        </w:rPr>
        <w:lastRenderedPageBreak/>
        <w:t>ویروس پاروو</w:t>
      </w:r>
      <w:r w:rsidRPr="002C4E4D">
        <w:rPr>
          <w:rFonts w:cs="B Nazanin"/>
          <w:b/>
          <w:bCs/>
          <w:sz w:val="24"/>
          <w:szCs w:val="24"/>
        </w:rPr>
        <w:t xml:space="preserve"> B19 (Parvovirus B19): </w:t>
      </w:r>
      <w:r w:rsidRPr="002C4E4D">
        <w:rPr>
          <w:rFonts w:cs="B Nazanin"/>
          <w:b/>
          <w:bCs/>
          <w:sz w:val="24"/>
          <w:szCs w:val="24"/>
          <w:rtl/>
        </w:rPr>
        <w:t>عامل بیماری "اریتم عفونی" یا "بیماری پنجم" در کودکان. در بارداری، این ویروس می‌تواند باعث کم‌خونی شدید در جنین (به دلیل حمله به سلول‌های پیش‌ساز گلبول قرمز در مغز استخوان) شود که این وضعیت می‌تواند منجر به نارسایی قلبی، هیدروپس فتالیس (ادم وسیع در جنین) و در نهایت مرگ داخل رحمی گردد</w:t>
      </w:r>
      <w:r w:rsidRPr="002C4E4D">
        <w:rPr>
          <w:rFonts w:cs="B Nazanin"/>
          <w:b/>
          <w:bCs/>
          <w:sz w:val="24"/>
          <w:szCs w:val="24"/>
        </w:rPr>
        <w:t>.</w:t>
      </w:r>
    </w:p>
    <w:p w14:paraId="3173FD41" w14:textId="77777777" w:rsidR="002C4E4D" w:rsidRPr="002C4E4D" w:rsidRDefault="002C4E4D" w:rsidP="002C4E4D">
      <w:pPr>
        <w:numPr>
          <w:ilvl w:val="0"/>
          <w:numId w:val="18"/>
        </w:numPr>
        <w:bidi/>
        <w:jc w:val="both"/>
        <w:rPr>
          <w:rFonts w:cs="B Nazanin"/>
          <w:b/>
          <w:bCs/>
          <w:sz w:val="24"/>
          <w:szCs w:val="24"/>
        </w:rPr>
      </w:pPr>
      <w:r w:rsidRPr="002C4E4D">
        <w:rPr>
          <w:rFonts w:cs="B Nazanin"/>
          <w:b/>
          <w:bCs/>
          <w:sz w:val="24"/>
          <w:szCs w:val="24"/>
          <w:rtl/>
        </w:rPr>
        <w:t>ویروس زیکا</w:t>
      </w:r>
      <w:r w:rsidRPr="002C4E4D">
        <w:rPr>
          <w:rFonts w:cs="B Nazanin"/>
          <w:b/>
          <w:bCs/>
          <w:sz w:val="24"/>
          <w:szCs w:val="24"/>
        </w:rPr>
        <w:t xml:space="preserve"> (Zika Virus): </w:t>
      </w:r>
      <w:r w:rsidRPr="002C4E4D">
        <w:rPr>
          <w:rFonts w:cs="B Nazanin"/>
          <w:b/>
          <w:bCs/>
          <w:sz w:val="24"/>
          <w:szCs w:val="24"/>
          <w:rtl/>
        </w:rPr>
        <w:t>در دوران اوج شیوع، مشخص شد که عفونت زیکا در بارداری می‌تواند باعث میکروسفالی (کوچکی شدید سر) و سایر ناهنجاری‌های شدید مغزی در جنین شود که اغلب با سقط یا مرگ داخل رحمی همراه است</w:t>
      </w:r>
      <w:r w:rsidRPr="002C4E4D">
        <w:rPr>
          <w:rFonts w:cs="B Nazanin"/>
          <w:b/>
          <w:bCs/>
          <w:sz w:val="24"/>
          <w:szCs w:val="24"/>
        </w:rPr>
        <w:t>.</w:t>
      </w:r>
    </w:p>
    <w:p w14:paraId="49C78326" w14:textId="77777777" w:rsidR="002C4E4D" w:rsidRPr="002C4E4D" w:rsidRDefault="002C4E4D" w:rsidP="002C4E4D">
      <w:pPr>
        <w:bidi/>
        <w:jc w:val="both"/>
        <w:rPr>
          <w:rFonts w:cs="B Nazanin"/>
          <w:b/>
          <w:bCs/>
          <w:sz w:val="24"/>
          <w:szCs w:val="24"/>
        </w:rPr>
      </w:pPr>
      <w:r w:rsidRPr="002C4E4D">
        <w:rPr>
          <w:rFonts w:cs="B Nazanin"/>
          <w:b/>
          <w:bCs/>
          <w:sz w:val="24"/>
          <w:szCs w:val="24"/>
          <w:rtl/>
        </w:rPr>
        <w:t>عفونت‌های باکتریایی</w:t>
      </w:r>
    </w:p>
    <w:p w14:paraId="05FF2F29" w14:textId="77777777" w:rsidR="002C4E4D" w:rsidRPr="002C4E4D" w:rsidRDefault="002C4E4D" w:rsidP="002C4E4D">
      <w:pPr>
        <w:numPr>
          <w:ilvl w:val="0"/>
          <w:numId w:val="19"/>
        </w:numPr>
        <w:bidi/>
        <w:jc w:val="both"/>
        <w:rPr>
          <w:rFonts w:cs="B Nazanin"/>
          <w:b/>
          <w:bCs/>
          <w:sz w:val="24"/>
          <w:szCs w:val="24"/>
        </w:rPr>
      </w:pPr>
      <w:r w:rsidRPr="002C4E4D">
        <w:rPr>
          <w:rFonts w:cs="B Nazanin"/>
          <w:b/>
          <w:bCs/>
          <w:sz w:val="24"/>
          <w:szCs w:val="24"/>
          <w:rtl/>
        </w:rPr>
        <w:t>لیستریوز</w:t>
      </w:r>
      <w:r w:rsidRPr="002C4E4D">
        <w:rPr>
          <w:rFonts w:cs="B Nazanin"/>
          <w:b/>
          <w:bCs/>
          <w:sz w:val="24"/>
          <w:szCs w:val="24"/>
        </w:rPr>
        <w:t xml:space="preserve"> (Listeriosis): </w:t>
      </w:r>
      <w:r w:rsidRPr="002C4E4D">
        <w:rPr>
          <w:rFonts w:cs="B Nazanin"/>
          <w:b/>
          <w:bCs/>
          <w:sz w:val="24"/>
          <w:szCs w:val="24"/>
          <w:rtl/>
        </w:rPr>
        <w:t xml:space="preserve">ناشی از باکتری </w:t>
      </w:r>
      <w:r w:rsidRPr="002C4E4D">
        <w:rPr>
          <w:rFonts w:cs="B Nazanin"/>
          <w:b/>
          <w:bCs/>
          <w:i/>
          <w:iCs/>
          <w:sz w:val="24"/>
          <w:szCs w:val="24"/>
        </w:rPr>
        <w:t>Listeria monocytogenes</w:t>
      </w:r>
      <w:r w:rsidRPr="002C4E4D">
        <w:rPr>
          <w:rFonts w:cs="B Nazanin"/>
          <w:b/>
          <w:bCs/>
          <w:sz w:val="24"/>
          <w:szCs w:val="24"/>
        </w:rPr>
        <w:t xml:space="preserve"> </w:t>
      </w:r>
      <w:r w:rsidRPr="002C4E4D">
        <w:rPr>
          <w:rFonts w:cs="B Nazanin"/>
          <w:b/>
          <w:bCs/>
          <w:sz w:val="24"/>
          <w:szCs w:val="24"/>
          <w:rtl/>
        </w:rPr>
        <w:t>که معمولاً از طریق غذاهای آلوده منتقل می‌شود. این عفونت می‌تواند به جفت و جنین سرایت کرده و منجر به سقط، زایمان زودرس، یا مرگ داخل رحمی شود</w:t>
      </w:r>
      <w:r w:rsidRPr="002C4E4D">
        <w:rPr>
          <w:rFonts w:cs="B Nazanin"/>
          <w:b/>
          <w:bCs/>
          <w:sz w:val="24"/>
          <w:szCs w:val="24"/>
        </w:rPr>
        <w:t>.</w:t>
      </w:r>
    </w:p>
    <w:p w14:paraId="29C0F004" w14:textId="77777777" w:rsidR="002C4E4D" w:rsidRPr="002C4E4D" w:rsidRDefault="002C4E4D" w:rsidP="002C4E4D">
      <w:pPr>
        <w:numPr>
          <w:ilvl w:val="0"/>
          <w:numId w:val="19"/>
        </w:numPr>
        <w:bidi/>
        <w:jc w:val="both"/>
        <w:rPr>
          <w:rFonts w:cs="B Nazanin"/>
          <w:b/>
          <w:bCs/>
          <w:sz w:val="24"/>
          <w:szCs w:val="24"/>
        </w:rPr>
      </w:pPr>
      <w:r w:rsidRPr="002C4E4D">
        <w:rPr>
          <w:rFonts w:cs="B Nazanin"/>
          <w:b/>
          <w:bCs/>
          <w:sz w:val="24"/>
          <w:szCs w:val="24"/>
          <w:rtl/>
        </w:rPr>
        <w:t>تب مالت</w:t>
      </w:r>
      <w:r w:rsidRPr="002C4E4D">
        <w:rPr>
          <w:rFonts w:cs="B Nazanin"/>
          <w:b/>
          <w:bCs/>
          <w:sz w:val="24"/>
          <w:szCs w:val="24"/>
        </w:rPr>
        <w:t xml:space="preserve"> (Brucellosis): </w:t>
      </w:r>
      <w:r w:rsidRPr="002C4E4D">
        <w:rPr>
          <w:rFonts w:cs="B Nazanin"/>
          <w:b/>
          <w:bCs/>
          <w:sz w:val="24"/>
          <w:szCs w:val="24"/>
          <w:rtl/>
        </w:rPr>
        <w:t>یک عفونت باکتریایی که از حیوانات (مانند گاو، گوسفند، بز) به انسان منتقل می‌شود. در بارداری، می‌تواند منجر به سقط، زایمان زودرس، یا مرگ داخل رحمی شود</w:t>
      </w:r>
      <w:r w:rsidRPr="002C4E4D">
        <w:rPr>
          <w:rFonts w:cs="B Nazanin"/>
          <w:b/>
          <w:bCs/>
          <w:sz w:val="24"/>
          <w:szCs w:val="24"/>
        </w:rPr>
        <w:t>.</w:t>
      </w:r>
    </w:p>
    <w:p w14:paraId="69C4A52A" w14:textId="77777777" w:rsidR="002C4E4D" w:rsidRPr="002C4E4D" w:rsidRDefault="002C4E4D" w:rsidP="002C4E4D">
      <w:pPr>
        <w:numPr>
          <w:ilvl w:val="0"/>
          <w:numId w:val="19"/>
        </w:numPr>
        <w:bidi/>
        <w:jc w:val="both"/>
        <w:rPr>
          <w:rFonts w:cs="B Nazanin"/>
          <w:b/>
          <w:bCs/>
          <w:sz w:val="24"/>
          <w:szCs w:val="24"/>
        </w:rPr>
      </w:pPr>
      <w:r w:rsidRPr="002C4E4D">
        <w:rPr>
          <w:rFonts w:cs="B Nazanin"/>
          <w:b/>
          <w:bCs/>
          <w:sz w:val="24"/>
          <w:szCs w:val="24"/>
          <w:rtl/>
        </w:rPr>
        <w:t>عفونت‌های ادراری</w:t>
      </w:r>
      <w:r w:rsidRPr="002C4E4D">
        <w:rPr>
          <w:rFonts w:cs="B Nazanin"/>
          <w:b/>
          <w:bCs/>
          <w:sz w:val="24"/>
          <w:szCs w:val="24"/>
        </w:rPr>
        <w:t xml:space="preserve"> (Urinary Tract Infections - UTIs): </w:t>
      </w:r>
      <w:r w:rsidRPr="002C4E4D">
        <w:rPr>
          <w:rFonts w:cs="B Nazanin"/>
          <w:b/>
          <w:bCs/>
          <w:sz w:val="24"/>
          <w:szCs w:val="24"/>
          <w:rtl/>
        </w:rPr>
        <w:t xml:space="preserve">باکتری‌های مانند </w:t>
      </w:r>
      <w:r w:rsidRPr="002C4E4D">
        <w:rPr>
          <w:rFonts w:cs="B Nazanin"/>
          <w:b/>
          <w:bCs/>
          <w:i/>
          <w:iCs/>
          <w:sz w:val="24"/>
          <w:szCs w:val="24"/>
        </w:rPr>
        <w:t>E. coli</w:t>
      </w:r>
      <w:r w:rsidRPr="002C4E4D">
        <w:rPr>
          <w:rFonts w:cs="B Nazanin"/>
          <w:b/>
          <w:bCs/>
          <w:sz w:val="24"/>
          <w:szCs w:val="24"/>
        </w:rPr>
        <w:t xml:space="preserve"> </w:t>
      </w:r>
      <w:r w:rsidRPr="002C4E4D">
        <w:rPr>
          <w:rFonts w:cs="B Nazanin"/>
          <w:b/>
          <w:bCs/>
          <w:sz w:val="24"/>
          <w:szCs w:val="24"/>
          <w:rtl/>
        </w:rPr>
        <w:t>که باعث عفونت ادراری می‌شوند، اگر درمان نشوند، می‌توانند به کلیه‌ها صعود کرده و باعث سپسیس (عفونت خون) شوند. سپسیس مادر می‌تواند برای جنین کشنده باشد. حتی عفونت‌های ادراری بدون علامت نیز در بارداری با افزایش خطر زایمان زودرس و محدودیت رشد جنین همراه هستند</w:t>
      </w:r>
      <w:r w:rsidRPr="002C4E4D">
        <w:rPr>
          <w:rFonts w:cs="B Nazanin"/>
          <w:b/>
          <w:bCs/>
          <w:sz w:val="24"/>
          <w:szCs w:val="24"/>
        </w:rPr>
        <w:t>.</w:t>
      </w:r>
    </w:p>
    <w:p w14:paraId="380122B0" w14:textId="77777777" w:rsidR="002C4E4D" w:rsidRPr="002C4E4D" w:rsidRDefault="002C4E4D" w:rsidP="002C4E4D">
      <w:pPr>
        <w:numPr>
          <w:ilvl w:val="0"/>
          <w:numId w:val="19"/>
        </w:numPr>
        <w:bidi/>
        <w:jc w:val="both"/>
        <w:rPr>
          <w:rFonts w:cs="B Nazanin"/>
          <w:b/>
          <w:bCs/>
          <w:sz w:val="24"/>
          <w:szCs w:val="24"/>
        </w:rPr>
      </w:pPr>
      <w:r w:rsidRPr="002C4E4D">
        <w:rPr>
          <w:rFonts w:cs="B Nazanin"/>
          <w:b/>
          <w:bCs/>
          <w:sz w:val="24"/>
          <w:szCs w:val="24"/>
          <w:rtl/>
        </w:rPr>
        <w:t>عفونت‌های واژن و دهانه رحم</w:t>
      </w:r>
      <w:r w:rsidRPr="002C4E4D">
        <w:rPr>
          <w:rFonts w:cs="B Nazanin"/>
          <w:b/>
          <w:bCs/>
          <w:sz w:val="24"/>
          <w:szCs w:val="24"/>
        </w:rPr>
        <w:t xml:space="preserve">: </w:t>
      </w:r>
      <w:r w:rsidRPr="002C4E4D">
        <w:rPr>
          <w:rFonts w:cs="B Nazanin"/>
          <w:b/>
          <w:bCs/>
          <w:sz w:val="24"/>
          <w:szCs w:val="24"/>
          <w:rtl/>
        </w:rPr>
        <w:t>مانند واژینوز باکتریایی</w:t>
      </w:r>
      <w:r w:rsidRPr="002C4E4D">
        <w:rPr>
          <w:rFonts w:cs="B Nazanin"/>
          <w:b/>
          <w:bCs/>
          <w:sz w:val="24"/>
          <w:szCs w:val="24"/>
        </w:rPr>
        <w:t xml:space="preserve"> (Bacterial Vaginosis) </w:t>
      </w:r>
      <w:r w:rsidRPr="002C4E4D">
        <w:rPr>
          <w:rFonts w:cs="B Nazanin"/>
          <w:b/>
          <w:bCs/>
          <w:sz w:val="24"/>
          <w:szCs w:val="24"/>
          <w:rtl/>
        </w:rPr>
        <w:t>و عفونت‌های مقاربتی (مانند کلامیدیا و سوزاک) در صورت عدم درمان، می‌توانند باعث التهاب در کیسه آمنیوتیک (کوریوآمنیونیت) شده و منجر به زایمان زودرس یا سقط گردند</w:t>
      </w:r>
      <w:r w:rsidRPr="002C4E4D">
        <w:rPr>
          <w:rFonts w:cs="B Nazanin"/>
          <w:b/>
          <w:bCs/>
          <w:sz w:val="24"/>
          <w:szCs w:val="24"/>
        </w:rPr>
        <w:t>.</w:t>
      </w:r>
    </w:p>
    <w:p w14:paraId="1E9C7908" w14:textId="77777777" w:rsidR="002C4E4D" w:rsidRPr="002C4E4D" w:rsidRDefault="002C4E4D" w:rsidP="002C4E4D">
      <w:pPr>
        <w:bidi/>
        <w:jc w:val="both"/>
        <w:rPr>
          <w:rFonts w:cs="B Nazanin"/>
          <w:b/>
          <w:bCs/>
          <w:sz w:val="24"/>
          <w:szCs w:val="24"/>
        </w:rPr>
      </w:pPr>
      <w:r w:rsidRPr="002C4E4D">
        <w:rPr>
          <w:rFonts w:cs="B Nazanin"/>
          <w:b/>
          <w:bCs/>
          <w:sz w:val="24"/>
          <w:szCs w:val="24"/>
          <w:rtl/>
        </w:rPr>
        <w:t>عفونت‌های انگلی</w:t>
      </w:r>
    </w:p>
    <w:p w14:paraId="73DBD922" w14:textId="77777777" w:rsidR="002C4E4D" w:rsidRPr="002C4E4D" w:rsidRDefault="002C4E4D" w:rsidP="002C4E4D">
      <w:pPr>
        <w:numPr>
          <w:ilvl w:val="0"/>
          <w:numId w:val="20"/>
        </w:numPr>
        <w:bidi/>
        <w:jc w:val="both"/>
        <w:rPr>
          <w:rFonts w:cs="B Nazanin"/>
          <w:b/>
          <w:bCs/>
          <w:sz w:val="24"/>
          <w:szCs w:val="24"/>
        </w:rPr>
      </w:pPr>
      <w:r w:rsidRPr="002C4E4D">
        <w:rPr>
          <w:rFonts w:cs="B Nazanin"/>
          <w:b/>
          <w:bCs/>
          <w:sz w:val="24"/>
          <w:szCs w:val="24"/>
          <w:rtl/>
        </w:rPr>
        <w:t>توکسوپلاسموز</w:t>
      </w:r>
      <w:r w:rsidRPr="002C4E4D">
        <w:rPr>
          <w:rFonts w:cs="B Nazanin"/>
          <w:b/>
          <w:bCs/>
          <w:sz w:val="24"/>
          <w:szCs w:val="24"/>
        </w:rPr>
        <w:t xml:space="preserve"> (Toxoplasmosis): </w:t>
      </w:r>
      <w:r w:rsidRPr="002C4E4D">
        <w:rPr>
          <w:rFonts w:cs="B Nazanin"/>
          <w:b/>
          <w:bCs/>
          <w:sz w:val="24"/>
          <w:szCs w:val="24"/>
          <w:rtl/>
        </w:rPr>
        <w:t xml:space="preserve">ناشی از انگل </w:t>
      </w:r>
      <w:r w:rsidRPr="002C4E4D">
        <w:rPr>
          <w:rFonts w:cs="B Nazanin"/>
          <w:b/>
          <w:bCs/>
          <w:i/>
          <w:iCs/>
          <w:sz w:val="24"/>
          <w:szCs w:val="24"/>
        </w:rPr>
        <w:t>Toxoplasma gondii</w:t>
      </w:r>
      <w:r w:rsidRPr="002C4E4D">
        <w:rPr>
          <w:rFonts w:cs="B Nazanin"/>
          <w:b/>
          <w:bCs/>
          <w:sz w:val="24"/>
          <w:szCs w:val="24"/>
        </w:rPr>
        <w:t xml:space="preserve"> </w:t>
      </w:r>
      <w:r w:rsidRPr="002C4E4D">
        <w:rPr>
          <w:rFonts w:cs="B Nazanin"/>
          <w:b/>
          <w:bCs/>
          <w:sz w:val="24"/>
          <w:szCs w:val="24"/>
          <w:rtl/>
        </w:rPr>
        <w:t>که معمولاً از طریق تماس با مدفوع گربه آلوده یا خوردن گوشت نیم‌پز منتقل می‌شود. اگر مادر در طول بارداری برای اولین بار آلوده شود، انگل می‌تواند به جفت و جنین منتقل شده و باعث ناهنجاری‌های چشمی، مغزی و عصبی شدید شود که گاهی منجر به مرگ داخل رحمی می‌گردد</w:t>
      </w:r>
      <w:r w:rsidRPr="002C4E4D">
        <w:rPr>
          <w:rFonts w:cs="B Nazanin"/>
          <w:b/>
          <w:bCs/>
          <w:sz w:val="24"/>
          <w:szCs w:val="24"/>
        </w:rPr>
        <w:t>.</w:t>
      </w:r>
    </w:p>
    <w:p w14:paraId="5425D427" w14:textId="77777777" w:rsidR="002C4E4D" w:rsidRPr="002C4E4D" w:rsidRDefault="002C4E4D" w:rsidP="002C4E4D">
      <w:pPr>
        <w:numPr>
          <w:ilvl w:val="0"/>
          <w:numId w:val="20"/>
        </w:numPr>
        <w:bidi/>
        <w:jc w:val="both"/>
        <w:rPr>
          <w:rFonts w:cs="B Nazanin"/>
          <w:b/>
          <w:bCs/>
          <w:sz w:val="24"/>
          <w:szCs w:val="24"/>
        </w:rPr>
      </w:pPr>
      <w:r w:rsidRPr="002C4E4D">
        <w:rPr>
          <w:rFonts w:cs="B Nazanin"/>
          <w:b/>
          <w:bCs/>
          <w:sz w:val="24"/>
          <w:szCs w:val="24"/>
          <w:rtl/>
        </w:rPr>
        <w:lastRenderedPageBreak/>
        <w:t>مالاریا</w:t>
      </w:r>
      <w:r w:rsidRPr="002C4E4D">
        <w:rPr>
          <w:rFonts w:cs="B Nazanin"/>
          <w:b/>
          <w:bCs/>
          <w:sz w:val="24"/>
          <w:szCs w:val="24"/>
        </w:rPr>
        <w:t xml:space="preserve"> (Malaria): </w:t>
      </w:r>
      <w:r w:rsidRPr="002C4E4D">
        <w:rPr>
          <w:rFonts w:cs="B Nazanin"/>
          <w:b/>
          <w:bCs/>
          <w:sz w:val="24"/>
          <w:szCs w:val="24"/>
          <w:rtl/>
        </w:rPr>
        <w:t>در مناطق اندمیک، مالاریای بارداری می‌تواند منجر به کم‌خونی شدید در مادر، کاهش وزن جنین، زایمان زودرس و مرگ داخل رحمی شود. انگل مالاریا می‌تواند از جفت عبور کرده و به جنین نیز حمله کند</w:t>
      </w:r>
      <w:r w:rsidRPr="002C4E4D">
        <w:rPr>
          <w:rFonts w:cs="B Nazanin"/>
          <w:b/>
          <w:bCs/>
          <w:sz w:val="24"/>
          <w:szCs w:val="24"/>
        </w:rPr>
        <w:t>.</w:t>
      </w:r>
    </w:p>
    <w:p w14:paraId="4A48BE19" w14:textId="77777777" w:rsidR="002C4E4D" w:rsidRPr="002C4E4D" w:rsidRDefault="002C4E4D" w:rsidP="002C4E4D">
      <w:pPr>
        <w:numPr>
          <w:ilvl w:val="0"/>
          <w:numId w:val="20"/>
        </w:numPr>
        <w:bidi/>
        <w:jc w:val="both"/>
        <w:rPr>
          <w:rFonts w:cs="B Nazanin"/>
          <w:b/>
          <w:bCs/>
          <w:sz w:val="24"/>
          <w:szCs w:val="24"/>
        </w:rPr>
      </w:pPr>
      <w:r w:rsidRPr="002C4E4D">
        <w:rPr>
          <w:rFonts w:cs="B Nazanin"/>
          <w:b/>
          <w:bCs/>
          <w:sz w:val="24"/>
          <w:szCs w:val="24"/>
          <w:rtl/>
        </w:rPr>
        <w:t>توضیح علمی</w:t>
      </w:r>
      <w:r w:rsidRPr="002C4E4D">
        <w:rPr>
          <w:rFonts w:cs="B Nazanin"/>
          <w:b/>
          <w:bCs/>
          <w:sz w:val="24"/>
          <w:szCs w:val="24"/>
        </w:rPr>
        <w:t xml:space="preserve">: </w:t>
      </w:r>
      <w:r w:rsidRPr="002C4E4D">
        <w:rPr>
          <w:rFonts w:cs="B Nazanin"/>
          <w:b/>
          <w:bCs/>
          <w:sz w:val="24"/>
          <w:szCs w:val="24"/>
          <w:rtl/>
        </w:rPr>
        <w:t>عوامل عفونی می‌توانند از طریق مکانیسم‌های مختلفی بر حیات جنین تاثیر بگذارند</w:t>
      </w:r>
      <w:r w:rsidRPr="002C4E4D">
        <w:rPr>
          <w:rFonts w:cs="B Nazanin"/>
          <w:b/>
          <w:bCs/>
          <w:sz w:val="24"/>
          <w:szCs w:val="24"/>
        </w:rPr>
        <w:t>:</w:t>
      </w:r>
    </w:p>
    <w:p w14:paraId="63B1AE6E" w14:textId="77777777" w:rsidR="002C4E4D" w:rsidRPr="002C4E4D" w:rsidRDefault="002C4E4D" w:rsidP="002C4E4D">
      <w:pPr>
        <w:numPr>
          <w:ilvl w:val="1"/>
          <w:numId w:val="20"/>
        </w:numPr>
        <w:bidi/>
        <w:jc w:val="both"/>
        <w:rPr>
          <w:rFonts w:cs="B Nazanin"/>
          <w:b/>
          <w:bCs/>
          <w:sz w:val="24"/>
          <w:szCs w:val="24"/>
        </w:rPr>
      </w:pPr>
      <w:r w:rsidRPr="002C4E4D">
        <w:rPr>
          <w:rFonts w:cs="B Nazanin"/>
          <w:b/>
          <w:bCs/>
          <w:sz w:val="24"/>
          <w:szCs w:val="24"/>
          <w:rtl/>
        </w:rPr>
        <w:t>تهاجم مستقیم</w:t>
      </w:r>
      <w:r w:rsidRPr="002C4E4D">
        <w:rPr>
          <w:rFonts w:cs="B Nazanin"/>
          <w:b/>
          <w:bCs/>
          <w:sz w:val="24"/>
          <w:szCs w:val="24"/>
        </w:rPr>
        <w:t xml:space="preserve">: </w:t>
      </w:r>
      <w:r w:rsidRPr="002C4E4D">
        <w:rPr>
          <w:rFonts w:cs="B Nazanin"/>
          <w:b/>
          <w:bCs/>
          <w:sz w:val="24"/>
          <w:szCs w:val="24"/>
          <w:rtl/>
        </w:rPr>
        <w:t>عامل بیماری‌زا (ویروس، باکتری، یا انگل) از جفت عبور کرده و مستقیماً سلول‌ها و بافت‌های جنین را آلوده می‌کند. این آلودگی می‌تواند منجر به اختلال در متابولیسم سلولی، آسیب بافتی، یا پاسخ التهابی درون جنینی شود</w:t>
      </w:r>
      <w:r w:rsidRPr="002C4E4D">
        <w:rPr>
          <w:rFonts w:cs="B Nazanin"/>
          <w:b/>
          <w:bCs/>
          <w:sz w:val="24"/>
          <w:szCs w:val="24"/>
        </w:rPr>
        <w:t>.</w:t>
      </w:r>
    </w:p>
    <w:p w14:paraId="327D9AA3" w14:textId="77777777" w:rsidR="002C4E4D" w:rsidRPr="002C4E4D" w:rsidRDefault="002C4E4D" w:rsidP="002C4E4D">
      <w:pPr>
        <w:numPr>
          <w:ilvl w:val="1"/>
          <w:numId w:val="20"/>
        </w:numPr>
        <w:bidi/>
        <w:jc w:val="both"/>
        <w:rPr>
          <w:rFonts w:cs="B Nazanin"/>
          <w:b/>
          <w:bCs/>
          <w:sz w:val="24"/>
          <w:szCs w:val="24"/>
        </w:rPr>
      </w:pPr>
      <w:r w:rsidRPr="002C4E4D">
        <w:rPr>
          <w:rFonts w:cs="B Nazanin"/>
          <w:b/>
          <w:bCs/>
          <w:sz w:val="24"/>
          <w:szCs w:val="24"/>
          <w:rtl/>
        </w:rPr>
        <w:t>واکنش التهابی مادر</w:t>
      </w:r>
      <w:r w:rsidRPr="002C4E4D">
        <w:rPr>
          <w:rFonts w:cs="B Nazanin"/>
          <w:b/>
          <w:bCs/>
          <w:sz w:val="24"/>
          <w:szCs w:val="24"/>
        </w:rPr>
        <w:t xml:space="preserve">: </w:t>
      </w:r>
      <w:r w:rsidRPr="002C4E4D">
        <w:rPr>
          <w:rFonts w:cs="B Nazanin"/>
          <w:b/>
          <w:bCs/>
          <w:sz w:val="24"/>
          <w:szCs w:val="24"/>
          <w:rtl/>
        </w:rPr>
        <w:t>عفونت مادر می‌تواند باعث آزاد شدن سیتوکین‌های التهابی</w:t>
      </w:r>
      <w:r w:rsidRPr="002C4E4D">
        <w:rPr>
          <w:rFonts w:cs="B Nazanin"/>
          <w:b/>
          <w:bCs/>
          <w:sz w:val="24"/>
          <w:szCs w:val="24"/>
        </w:rPr>
        <w:t xml:space="preserve"> (</w:t>
      </w:r>
      <w:r w:rsidRPr="002C4E4D">
        <w:rPr>
          <w:rFonts w:cs="B Nazanin"/>
          <w:b/>
          <w:bCs/>
          <w:sz w:val="24"/>
          <w:szCs w:val="24"/>
          <w:rtl/>
        </w:rPr>
        <w:t>مانند</w:t>
      </w:r>
      <w:r w:rsidRPr="002C4E4D">
        <w:rPr>
          <w:rFonts w:cs="B Nazanin"/>
          <w:b/>
          <w:bCs/>
          <w:sz w:val="24"/>
          <w:szCs w:val="24"/>
        </w:rPr>
        <w:t xml:space="preserve"> TNF-α</w:t>
      </w:r>
      <w:r w:rsidRPr="002C4E4D">
        <w:rPr>
          <w:rFonts w:cs="B Nazanin"/>
          <w:b/>
          <w:bCs/>
          <w:sz w:val="24"/>
          <w:szCs w:val="24"/>
          <w:rtl/>
        </w:rPr>
        <w:t xml:space="preserve">، </w:t>
      </w:r>
      <w:r w:rsidRPr="002C4E4D">
        <w:rPr>
          <w:rFonts w:cs="B Nazanin"/>
          <w:b/>
          <w:bCs/>
          <w:sz w:val="24"/>
          <w:szCs w:val="24"/>
        </w:rPr>
        <w:t>IL-1</w:t>
      </w:r>
      <w:r w:rsidRPr="002C4E4D">
        <w:rPr>
          <w:rFonts w:cs="B Nazanin"/>
          <w:b/>
          <w:bCs/>
          <w:sz w:val="24"/>
          <w:szCs w:val="24"/>
          <w:rtl/>
        </w:rPr>
        <w:t xml:space="preserve">، </w:t>
      </w:r>
      <w:r w:rsidRPr="002C4E4D">
        <w:rPr>
          <w:rFonts w:cs="B Nazanin"/>
          <w:b/>
          <w:bCs/>
          <w:sz w:val="24"/>
          <w:szCs w:val="24"/>
        </w:rPr>
        <w:t xml:space="preserve">IL-6) </w:t>
      </w:r>
      <w:r w:rsidRPr="002C4E4D">
        <w:rPr>
          <w:rFonts w:cs="B Nazanin"/>
          <w:b/>
          <w:bCs/>
          <w:sz w:val="24"/>
          <w:szCs w:val="24"/>
          <w:rtl/>
        </w:rPr>
        <w:t>شود. این سیتوکین‌ها می‌توانند از جفت عبور کرده و مستقیماً بر جنین تاثیر بگذارند، یا باعث انقباضات رحمی، گشاد شدن دهانه رحم، و آسیب به جفت شوند</w:t>
      </w:r>
      <w:r w:rsidRPr="002C4E4D">
        <w:rPr>
          <w:rFonts w:cs="B Nazanin"/>
          <w:b/>
          <w:bCs/>
          <w:sz w:val="24"/>
          <w:szCs w:val="24"/>
        </w:rPr>
        <w:t>.</w:t>
      </w:r>
    </w:p>
    <w:p w14:paraId="17A22F8A" w14:textId="77777777" w:rsidR="002C4E4D" w:rsidRPr="002C4E4D" w:rsidRDefault="002C4E4D" w:rsidP="002C4E4D">
      <w:pPr>
        <w:numPr>
          <w:ilvl w:val="1"/>
          <w:numId w:val="20"/>
        </w:numPr>
        <w:bidi/>
        <w:jc w:val="both"/>
        <w:rPr>
          <w:rFonts w:cs="B Nazanin"/>
          <w:b/>
          <w:bCs/>
          <w:sz w:val="24"/>
          <w:szCs w:val="24"/>
        </w:rPr>
      </w:pPr>
      <w:r w:rsidRPr="002C4E4D">
        <w:rPr>
          <w:rFonts w:cs="B Nazanin"/>
          <w:b/>
          <w:bCs/>
          <w:sz w:val="24"/>
          <w:szCs w:val="24"/>
          <w:rtl/>
        </w:rPr>
        <w:t>آسیب به جفت</w:t>
      </w:r>
      <w:r w:rsidRPr="002C4E4D">
        <w:rPr>
          <w:rFonts w:cs="B Nazanin"/>
          <w:b/>
          <w:bCs/>
          <w:sz w:val="24"/>
          <w:szCs w:val="24"/>
        </w:rPr>
        <w:t xml:space="preserve">: </w:t>
      </w:r>
      <w:r w:rsidRPr="002C4E4D">
        <w:rPr>
          <w:rFonts w:cs="B Nazanin"/>
          <w:b/>
          <w:bCs/>
          <w:sz w:val="24"/>
          <w:szCs w:val="24"/>
          <w:rtl/>
        </w:rPr>
        <w:t>عفونت‌ها می‌توانند باعث التهاب و آسیب در جفت</w:t>
      </w:r>
      <w:r w:rsidRPr="002C4E4D">
        <w:rPr>
          <w:rFonts w:cs="B Nazanin"/>
          <w:b/>
          <w:bCs/>
          <w:sz w:val="24"/>
          <w:szCs w:val="24"/>
        </w:rPr>
        <w:t xml:space="preserve"> (</w:t>
      </w:r>
      <w:r w:rsidRPr="002C4E4D">
        <w:rPr>
          <w:rFonts w:cs="B Nazanin"/>
          <w:b/>
          <w:bCs/>
          <w:sz w:val="24"/>
          <w:szCs w:val="24"/>
          <w:rtl/>
        </w:rPr>
        <w:t>کوریوآمنیونیت،</w:t>
      </w:r>
      <w:r w:rsidRPr="002C4E4D">
        <w:rPr>
          <w:rFonts w:ascii="Microsoft JhengHei" w:eastAsia="Microsoft JhengHei" w:hAnsi="Microsoft JhengHei" w:cs="B Nazanin" w:hint="eastAsia"/>
          <w:b/>
          <w:bCs/>
          <w:sz w:val="24"/>
          <w:szCs w:val="24"/>
        </w:rPr>
        <w:t>绒</w:t>
      </w:r>
      <w:r w:rsidRPr="002C4E4D">
        <w:rPr>
          <w:rFonts w:cs="B Nazanin"/>
          <w:b/>
          <w:bCs/>
          <w:sz w:val="24"/>
          <w:szCs w:val="24"/>
        </w:rPr>
        <w:t>‌</w:t>
      </w:r>
      <w:r w:rsidRPr="002C4E4D">
        <w:rPr>
          <w:rFonts w:cs="B Nazanin"/>
          <w:b/>
          <w:bCs/>
          <w:sz w:val="24"/>
          <w:szCs w:val="24"/>
          <w:rtl/>
        </w:rPr>
        <w:t>کوریونیت</w:t>
      </w:r>
      <w:r w:rsidRPr="002C4E4D">
        <w:rPr>
          <w:rFonts w:cs="B Nazanin"/>
          <w:b/>
          <w:bCs/>
          <w:sz w:val="24"/>
          <w:szCs w:val="24"/>
        </w:rPr>
        <w:t xml:space="preserve">) </w:t>
      </w:r>
      <w:r w:rsidRPr="002C4E4D">
        <w:rPr>
          <w:rFonts w:cs="B Nazanin"/>
          <w:b/>
          <w:bCs/>
          <w:sz w:val="24"/>
          <w:szCs w:val="24"/>
          <w:rtl/>
        </w:rPr>
        <w:t>شده و عملکرد آن را مختل کنند، که منجر به کاهش خون‌رسانی و انتقال مواد مغذی به جنین می‌گردد</w:t>
      </w:r>
      <w:r w:rsidRPr="002C4E4D">
        <w:rPr>
          <w:rFonts w:cs="B Nazanin"/>
          <w:b/>
          <w:bCs/>
          <w:sz w:val="24"/>
          <w:szCs w:val="24"/>
        </w:rPr>
        <w:t>.</w:t>
      </w:r>
    </w:p>
    <w:p w14:paraId="4406902F" w14:textId="77777777" w:rsidR="002C4E4D" w:rsidRPr="002C4E4D" w:rsidRDefault="002C4E4D" w:rsidP="002C4E4D">
      <w:pPr>
        <w:numPr>
          <w:ilvl w:val="1"/>
          <w:numId w:val="20"/>
        </w:numPr>
        <w:bidi/>
        <w:jc w:val="both"/>
        <w:rPr>
          <w:rFonts w:cs="B Nazanin"/>
          <w:b/>
          <w:bCs/>
          <w:sz w:val="24"/>
          <w:szCs w:val="24"/>
        </w:rPr>
      </w:pPr>
      <w:r w:rsidRPr="002C4E4D">
        <w:rPr>
          <w:rFonts w:cs="B Nazanin"/>
          <w:b/>
          <w:bCs/>
          <w:sz w:val="24"/>
          <w:szCs w:val="24"/>
          <w:rtl/>
        </w:rPr>
        <w:t>ایجاد لخته</w:t>
      </w:r>
      <w:r w:rsidRPr="002C4E4D">
        <w:rPr>
          <w:rFonts w:cs="B Nazanin"/>
          <w:b/>
          <w:bCs/>
          <w:sz w:val="24"/>
          <w:szCs w:val="24"/>
        </w:rPr>
        <w:t xml:space="preserve">: </w:t>
      </w:r>
      <w:r w:rsidRPr="002C4E4D">
        <w:rPr>
          <w:rFonts w:cs="B Nazanin"/>
          <w:b/>
          <w:bCs/>
          <w:sz w:val="24"/>
          <w:szCs w:val="24"/>
          <w:rtl/>
        </w:rPr>
        <w:t>برخی عفونت‌ها می‌توانند باعث فعال شدن سیستم انعقادی و افزایش خطر ترومبوز (لخته شدن خون) در عروق جفتی شوند</w:t>
      </w:r>
      <w:r w:rsidRPr="002C4E4D">
        <w:rPr>
          <w:rFonts w:cs="B Nazanin"/>
          <w:b/>
          <w:bCs/>
          <w:sz w:val="24"/>
          <w:szCs w:val="24"/>
        </w:rPr>
        <w:t>.</w:t>
      </w:r>
    </w:p>
    <w:p w14:paraId="4AD626C0" w14:textId="1DCCE4AE" w:rsidR="002C4E4D" w:rsidRPr="002C4E4D" w:rsidRDefault="002C4E4D" w:rsidP="002C4E4D">
      <w:pPr>
        <w:bidi/>
        <w:jc w:val="both"/>
        <w:rPr>
          <w:rFonts w:cs="B Nazanin"/>
          <w:b/>
          <w:bCs/>
          <w:sz w:val="24"/>
          <w:szCs w:val="24"/>
        </w:rPr>
      </w:pPr>
    </w:p>
    <w:p w14:paraId="14997F20" w14:textId="43C05498" w:rsidR="002C4E4D" w:rsidRPr="00080FFD" w:rsidRDefault="002C4E4D" w:rsidP="002C4E4D">
      <w:pPr>
        <w:bidi/>
        <w:jc w:val="both"/>
        <w:rPr>
          <w:rFonts w:cs="B Titr"/>
          <w:b/>
          <w:bCs/>
          <w:sz w:val="24"/>
          <w:szCs w:val="24"/>
        </w:rPr>
      </w:pPr>
      <w:r w:rsidRPr="00080FFD">
        <w:rPr>
          <w:rFonts w:cs="B Titr"/>
          <w:b/>
          <w:bCs/>
          <w:sz w:val="24"/>
          <w:szCs w:val="24"/>
          <w:rtl/>
          <w:lang w:bidi="fa-IR"/>
        </w:rPr>
        <w:t>۵</w:t>
      </w:r>
      <w:r w:rsidRPr="00080FFD">
        <w:rPr>
          <w:rFonts w:cs="B Titr"/>
          <w:b/>
          <w:bCs/>
          <w:sz w:val="24"/>
          <w:szCs w:val="24"/>
        </w:rPr>
        <w:t>.</w:t>
      </w:r>
      <w:r w:rsidR="00080FFD" w:rsidRPr="00080FFD">
        <w:rPr>
          <w:rFonts w:cs="B Titr" w:hint="cs"/>
          <w:b/>
          <w:bCs/>
          <w:sz w:val="24"/>
          <w:szCs w:val="24"/>
          <w:rtl/>
        </w:rPr>
        <w:t xml:space="preserve"> </w:t>
      </w:r>
      <w:r w:rsidRPr="00080FFD">
        <w:rPr>
          <w:rFonts w:cs="B Titr"/>
          <w:b/>
          <w:bCs/>
          <w:sz w:val="24"/>
          <w:szCs w:val="24"/>
        </w:rPr>
        <w:t xml:space="preserve"> </w:t>
      </w:r>
      <w:r w:rsidRPr="00080FFD">
        <w:rPr>
          <w:rFonts w:cs="B Titr"/>
          <w:b/>
          <w:bCs/>
          <w:sz w:val="24"/>
          <w:szCs w:val="24"/>
          <w:rtl/>
        </w:rPr>
        <w:t>عوامل محیطی و شغلی</w:t>
      </w:r>
    </w:p>
    <w:p w14:paraId="5FAEAD43" w14:textId="77777777" w:rsidR="002C4E4D" w:rsidRPr="002C4E4D" w:rsidRDefault="002C4E4D" w:rsidP="002C4E4D">
      <w:pPr>
        <w:bidi/>
        <w:jc w:val="both"/>
        <w:rPr>
          <w:rFonts w:cs="B Nazanin"/>
          <w:b/>
          <w:bCs/>
          <w:sz w:val="24"/>
          <w:szCs w:val="24"/>
        </w:rPr>
      </w:pPr>
      <w:r w:rsidRPr="002C4E4D">
        <w:rPr>
          <w:rFonts w:cs="B Nazanin"/>
          <w:b/>
          <w:bCs/>
          <w:sz w:val="24"/>
          <w:szCs w:val="24"/>
          <w:rtl/>
        </w:rPr>
        <w:t>محیطی که مادر در آن زندگی و کار می‌کند، می‌تواند تاثیر قابل توجهی بر سلامت بارداری و بقای جنین داشته باشد. مواجهه با عوامل مضر محیطی یا شرایط کاری خاص، خطراتی را برای جنین ایجاد می‌کند</w:t>
      </w:r>
      <w:r w:rsidRPr="002C4E4D">
        <w:rPr>
          <w:rFonts w:cs="B Nazanin"/>
          <w:b/>
          <w:bCs/>
          <w:sz w:val="24"/>
          <w:szCs w:val="24"/>
        </w:rPr>
        <w:t>.</w:t>
      </w:r>
    </w:p>
    <w:p w14:paraId="4B39DDD9" w14:textId="77777777" w:rsidR="002C4E4D" w:rsidRPr="002C4E4D" w:rsidRDefault="002C4E4D" w:rsidP="002C4E4D">
      <w:pPr>
        <w:bidi/>
        <w:jc w:val="both"/>
        <w:rPr>
          <w:rFonts w:cs="B Nazanin"/>
          <w:b/>
          <w:bCs/>
          <w:sz w:val="24"/>
          <w:szCs w:val="24"/>
        </w:rPr>
      </w:pPr>
      <w:r w:rsidRPr="002C4E4D">
        <w:rPr>
          <w:rFonts w:cs="B Nazanin"/>
          <w:b/>
          <w:bCs/>
          <w:sz w:val="24"/>
          <w:szCs w:val="24"/>
          <w:rtl/>
        </w:rPr>
        <w:t>قرارگیری در معرض مواد شیمیایی سمی</w:t>
      </w:r>
    </w:p>
    <w:p w14:paraId="0600A700" w14:textId="77777777" w:rsidR="002C4E4D" w:rsidRPr="002C4E4D" w:rsidRDefault="002C4E4D" w:rsidP="002C4E4D">
      <w:pPr>
        <w:bidi/>
        <w:jc w:val="both"/>
        <w:rPr>
          <w:rFonts w:cs="B Nazanin"/>
          <w:b/>
          <w:bCs/>
          <w:sz w:val="24"/>
          <w:szCs w:val="24"/>
        </w:rPr>
      </w:pPr>
      <w:r w:rsidRPr="002C4E4D">
        <w:rPr>
          <w:rFonts w:cs="B Nazanin"/>
          <w:b/>
          <w:bCs/>
          <w:sz w:val="24"/>
          <w:szCs w:val="24"/>
          <w:rtl/>
        </w:rPr>
        <w:t>بسیاری از مواد شیمیایی که در محیط‌های صنعتی، خانگی، یا حتی به دلیل آلودگی هوا وجود دارند، می‌توانند برای جنین تراتوژن (عامل ایجاد کننده ناهنجاری) باشند</w:t>
      </w:r>
      <w:r w:rsidRPr="002C4E4D">
        <w:rPr>
          <w:rFonts w:cs="B Nazanin"/>
          <w:b/>
          <w:bCs/>
          <w:sz w:val="24"/>
          <w:szCs w:val="24"/>
        </w:rPr>
        <w:t>.</w:t>
      </w:r>
    </w:p>
    <w:p w14:paraId="62136452" w14:textId="77777777" w:rsidR="002C4E4D" w:rsidRPr="002C4E4D" w:rsidRDefault="002C4E4D" w:rsidP="002C4E4D">
      <w:pPr>
        <w:numPr>
          <w:ilvl w:val="0"/>
          <w:numId w:val="21"/>
        </w:numPr>
        <w:bidi/>
        <w:jc w:val="both"/>
        <w:rPr>
          <w:rFonts w:cs="B Nazanin"/>
          <w:b/>
          <w:bCs/>
          <w:sz w:val="24"/>
          <w:szCs w:val="24"/>
        </w:rPr>
      </w:pPr>
      <w:r w:rsidRPr="002C4E4D">
        <w:rPr>
          <w:rFonts w:cs="B Nazanin"/>
          <w:b/>
          <w:bCs/>
          <w:sz w:val="24"/>
          <w:szCs w:val="24"/>
          <w:rtl/>
        </w:rPr>
        <w:t>فلزات سنگین</w:t>
      </w:r>
      <w:r w:rsidRPr="002C4E4D">
        <w:rPr>
          <w:rFonts w:cs="B Nazanin"/>
          <w:b/>
          <w:bCs/>
          <w:sz w:val="24"/>
          <w:szCs w:val="24"/>
        </w:rPr>
        <w:t>:</w:t>
      </w:r>
    </w:p>
    <w:p w14:paraId="1CFC75E8" w14:textId="77777777" w:rsidR="002C4E4D" w:rsidRPr="002C4E4D" w:rsidRDefault="002C4E4D" w:rsidP="002C4E4D">
      <w:pPr>
        <w:numPr>
          <w:ilvl w:val="1"/>
          <w:numId w:val="21"/>
        </w:numPr>
        <w:bidi/>
        <w:jc w:val="both"/>
        <w:rPr>
          <w:rFonts w:cs="B Nazanin"/>
          <w:b/>
          <w:bCs/>
          <w:sz w:val="24"/>
          <w:szCs w:val="24"/>
        </w:rPr>
      </w:pPr>
      <w:r w:rsidRPr="002C4E4D">
        <w:rPr>
          <w:rFonts w:cs="B Nazanin"/>
          <w:b/>
          <w:bCs/>
          <w:sz w:val="24"/>
          <w:szCs w:val="24"/>
          <w:rtl/>
        </w:rPr>
        <w:t>سرب</w:t>
      </w:r>
      <w:r w:rsidRPr="002C4E4D">
        <w:rPr>
          <w:rFonts w:cs="B Nazanin"/>
          <w:b/>
          <w:bCs/>
          <w:sz w:val="24"/>
          <w:szCs w:val="24"/>
        </w:rPr>
        <w:t xml:space="preserve"> (Lead): </w:t>
      </w:r>
      <w:r w:rsidRPr="002C4E4D">
        <w:rPr>
          <w:rFonts w:cs="B Nazanin"/>
          <w:b/>
          <w:bCs/>
          <w:sz w:val="24"/>
          <w:szCs w:val="24"/>
          <w:rtl/>
        </w:rPr>
        <w:t>مواجهه با سرب، به ویژه در دوران بارداری، می‌تواند با اختلال در رشد عصبی جنین، نقص‌های مادرزادی، و سقط جنین همراه باشد. منابع مواجهه شامل رنگ‌های قدیمی، لوله‌های آب، و برخی فعالیت‌های صنعتی است</w:t>
      </w:r>
      <w:r w:rsidRPr="002C4E4D">
        <w:rPr>
          <w:rFonts w:cs="B Nazanin"/>
          <w:b/>
          <w:bCs/>
          <w:sz w:val="24"/>
          <w:szCs w:val="24"/>
        </w:rPr>
        <w:t>.</w:t>
      </w:r>
    </w:p>
    <w:p w14:paraId="1C441023" w14:textId="501DA579" w:rsidR="002C4E4D" w:rsidRPr="002C4E4D" w:rsidRDefault="002C4E4D" w:rsidP="002C4E4D">
      <w:pPr>
        <w:numPr>
          <w:ilvl w:val="1"/>
          <w:numId w:val="21"/>
        </w:numPr>
        <w:bidi/>
        <w:jc w:val="both"/>
        <w:rPr>
          <w:rFonts w:cs="B Nazanin"/>
          <w:b/>
          <w:bCs/>
          <w:sz w:val="24"/>
          <w:szCs w:val="24"/>
        </w:rPr>
      </w:pPr>
      <w:r w:rsidRPr="002C4E4D">
        <w:rPr>
          <w:rFonts w:cs="B Nazanin"/>
          <w:b/>
          <w:bCs/>
          <w:sz w:val="24"/>
          <w:szCs w:val="24"/>
          <w:rtl/>
        </w:rPr>
        <w:lastRenderedPageBreak/>
        <w:t>جیوه</w:t>
      </w:r>
      <w:r w:rsidRPr="002C4E4D">
        <w:rPr>
          <w:rFonts w:cs="B Nazanin"/>
          <w:b/>
          <w:bCs/>
          <w:sz w:val="24"/>
          <w:szCs w:val="24"/>
        </w:rPr>
        <w:t xml:space="preserve"> (Mercury)</w:t>
      </w:r>
      <w:r w:rsidR="00027014">
        <w:rPr>
          <w:rFonts w:cs="B Nazanin" w:hint="cs"/>
          <w:b/>
          <w:bCs/>
          <w:sz w:val="24"/>
          <w:szCs w:val="24"/>
          <w:rtl/>
        </w:rPr>
        <w:t xml:space="preserve"> :</w:t>
      </w:r>
      <w:r w:rsidRPr="002C4E4D">
        <w:rPr>
          <w:rFonts w:cs="B Nazanin"/>
          <w:b/>
          <w:bCs/>
          <w:sz w:val="24"/>
          <w:szCs w:val="24"/>
        </w:rPr>
        <w:t xml:space="preserve"> </w:t>
      </w:r>
      <w:r w:rsidRPr="002C4E4D">
        <w:rPr>
          <w:rFonts w:cs="B Nazanin"/>
          <w:b/>
          <w:bCs/>
          <w:sz w:val="24"/>
          <w:szCs w:val="24"/>
          <w:rtl/>
        </w:rPr>
        <w:t>به ویژه جیوه آلی که در ماهی‌های بزرگ شکارچی یافت می‌شود، می‌تواند برای سیستم عصبی مرکزی جنین سمی باشد و منجر به اختلالات عصبی و رشدی شود</w:t>
      </w:r>
      <w:r w:rsidRPr="002C4E4D">
        <w:rPr>
          <w:rFonts w:cs="B Nazanin"/>
          <w:b/>
          <w:bCs/>
          <w:sz w:val="24"/>
          <w:szCs w:val="24"/>
        </w:rPr>
        <w:t>.</w:t>
      </w:r>
    </w:p>
    <w:p w14:paraId="7A2BD3CC" w14:textId="5BF0AE9D" w:rsidR="002C4E4D" w:rsidRPr="002C4E4D" w:rsidRDefault="002C4E4D" w:rsidP="002C4E4D">
      <w:pPr>
        <w:numPr>
          <w:ilvl w:val="0"/>
          <w:numId w:val="21"/>
        </w:numPr>
        <w:bidi/>
        <w:jc w:val="both"/>
        <w:rPr>
          <w:rFonts w:cs="B Nazanin"/>
          <w:b/>
          <w:bCs/>
          <w:sz w:val="24"/>
          <w:szCs w:val="24"/>
        </w:rPr>
      </w:pPr>
      <w:r w:rsidRPr="002C4E4D">
        <w:rPr>
          <w:rFonts w:cs="B Nazanin"/>
          <w:b/>
          <w:bCs/>
          <w:sz w:val="24"/>
          <w:szCs w:val="24"/>
          <w:rtl/>
        </w:rPr>
        <w:t>حلال‌های صنعتی</w:t>
      </w:r>
      <w:r w:rsidR="00027014">
        <w:rPr>
          <w:rFonts w:cs="B Nazanin" w:hint="cs"/>
          <w:b/>
          <w:bCs/>
          <w:sz w:val="24"/>
          <w:szCs w:val="24"/>
          <w:rtl/>
        </w:rPr>
        <w:t xml:space="preserve"> :</w:t>
      </w:r>
      <w:r w:rsidRPr="002C4E4D">
        <w:rPr>
          <w:rFonts w:cs="B Nazanin"/>
          <w:b/>
          <w:bCs/>
          <w:sz w:val="24"/>
          <w:szCs w:val="24"/>
        </w:rPr>
        <w:t xml:space="preserve"> </w:t>
      </w:r>
      <w:r w:rsidRPr="002C4E4D">
        <w:rPr>
          <w:rFonts w:cs="B Nazanin"/>
          <w:b/>
          <w:bCs/>
          <w:sz w:val="24"/>
          <w:szCs w:val="24"/>
          <w:rtl/>
        </w:rPr>
        <w:t>مواجهه شغلی یا محیطی با حلال‌هایی مانند تولوئن، بنزن، و استون می‌تواند با افزایش خطر سقط، زایمان زودرس، و ناهنجاری‌های مادرزادی، به ویژه نقایص سیستم عصبی، همراه باشد</w:t>
      </w:r>
      <w:r w:rsidRPr="002C4E4D">
        <w:rPr>
          <w:rFonts w:cs="B Nazanin"/>
          <w:b/>
          <w:bCs/>
          <w:sz w:val="24"/>
          <w:szCs w:val="24"/>
        </w:rPr>
        <w:t>.</w:t>
      </w:r>
    </w:p>
    <w:p w14:paraId="7E692514" w14:textId="0AEF24B3" w:rsidR="002C4E4D" w:rsidRPr="002C4E4D" w:rsidRDefault="002C4E4D" w:rsidP="002C4E4D">
      <w:pPr>
        <w:numPr>
          <w:ilvl w:val="0"/>
          <w:numId w:val="21"/>
        </w:numPr>
        <w:bidi/>
        <w:jc w:val="both"/>
        <w:rPr>
          <w:rFonts w:cs="B Nazanin"/>
          <w:b/>
          <w:bCs/>
          <w:sz w:val="24"/>
          <w:szCs w:val="24"/>
        </w:rPr>
      </w:pPr>
      <w:r w:rsidRPr="002C4E4D">
        <w:rPr>
          <w:rFonts w:cs="B Nazanin"/>
          <w:b/>
          <w:bCs/>
          <w:sz w:val="24"/>
          <w:szCs w:val="24"/>
          <w:rtl/>
        </w:rPr>
        <w:t>آفت‌کش‌ها و حشره‌کش‌ها</w:t>
      </w:r>
      <w:r w:rsidRPr="002C4E4D">
        <w:rPr>
          <w:rFonts w:cs="B Nazanin"/>
          <w:b/>
          <w:bCs/>
          <w:sz w:val="24"/>
          <w:szCs w:val="24"/>
        </w:rPr>
        <w:t xml:space="preserve"> (Pesticides)</w:t>
      </w:r>
      <w:r w:rsidR="00027014">
        <w:rPr>
          <w:rFonts w:cs="B Nazanin" w:hint="cs"/>
          <w:b/>
          <w:bCs/>
          <w:sz w:val="24"/>
          <w:szCs w:val="24"/>
          <w:rtl/>
        </w:rPr>
        <w:t xml:space="preserve"> </w:t>
      </w:r>
      <w:r w:rsidRPr="002C4E4D">
        <w:rPr>
          <w:rFonts w:cs="B Nazanin"/>
          <w:b/>
          <w:bCs/>
          <w:sz w:val="24"/>
          <w:szCs w:val="24"/>
        </w:rPr>
        <w:t>:</w:t>
      </w:r>
      <w:r w:rsidR="00027014">
        <w:rPr>
          <w:rFonts w:cs="B Nazanin" w:hint="cs"/>
          <w:b/>
          <w:bCs/>
          <w:sz w:val="24"/>
          <w:szCs w:val="24"/>
          <w:rtl/>
        </w:rPr>
        <w:t xml:space="preserve"> </w:t>
      </w:r>
      <w:r w:rsidRPr="002C4E4D">
        <w:rPr>
          <w:rFonts w:cs="B Nazanin"/>
          <w:b/>
          <w:bCs/>
          <w:sz w:val="24"/>
          <w:szCs w:val="24"/>
        </w:rPr>
        <w:t xml:space="preserve"> </w:t>
      </w:r>
      <w:r w:rsidRPr="002C4E4D">
        <w:rPr>
          <w:rFonts w:cs="B Nazanin"/>
          <w:b/>
          <w:bCs/>
          <w:sz w:val="24"/>
          <w:szCs w:val="24"/>
          <w:rtl/>
        </w:rPr>
        <w:t>برخی از این ترکیبات شیمیایی، به ویژه ارگانوفسفات‌ها و کاربامات‌ها، در صورت مواجهه در سطوح بالا، می‌توانند اثرات سمی بر جنین داشته باشند</w:t>
      </w:r>
      <w:r w:rsidRPr="002C4E4D">
        <w:rPr>
          <w:rFonts w:cs="B Nazanin"/>
          <w:b/>
          <w:bCs/>
          <w:sz w:val="24"/>
          <w:szCs w:val="24"/>
        </w:rPr>
        <w:t>.</w:t>
      </w:r>
    </w:p>
    <w:p w14:paraId="22C066BB" w14:textId="77777777" w:rsidR="002C4E4D" w:rsidRPr="002C4E4D" w:rsidRDefault="002C4E4D" w:rsidP="002C4E4D">
      <w:pPr>
        <w:numPr>
          <w:ilvl w:val="0"/>
          <w:numId w:val="21"/>
        </w:numPr>
        <w:bidi/>
        <w:jc w:val="both"/>
        <w:rPr>
          <w:rFonts w:cs="B Nazanin"/>
          <w:b/>
          <w:bCs/>
          <w:sz w:val="24"/>
          <w:szCs w:val="24"/>
        </w:rPr>
      </w:pPr>
      <w:r w:rsidRPr="002C4E4D">
        <w:rPr>
          <w:rFonts w:cs="B Nazanin"/>
          <w:b/>
          <w:bCs/>
          <w:sz w:val="24"/>
          <w:szCs w:val="24"/>
          <w:rtl/>
        </w:rPr>
        <w:t>آلاینده‌های هوا</w:t>
      </w:r>
      <w:r w:rsidRPr="002C4E4D">
        <w:rPr>
          <w:rFonts w:cs="B Nazanin"/>
          <w:b/>
          <w:bCs/>
          <w:sz w:val="24"/>
          <w:szCs w:val="24"/>
        </w:rPr>
        <w:t xml:space="preserve"> (Air Pollutants): </w:t>
      </w:r>
      <w:r w:rsidRPr="002C4E4D">
        <w:rPr>
          <w:rFonts w:cs="B Nazanin"/>
          <w:b/>
          <w:bCs/>
          <w:sz w:val="24"/>
          <w:szCs w:val="24"/>
          <w:rtl/>
        </w:rPr>
        <w:t>ذرات معلق ریز</w:t>
      </w:r>
      <w:r w:rsidRPr="002C4E4D">
        <w:rPr>
          <w:rFonts w:cs="B Nazanin"/>
          <w:b/>
          <w:bCs/>
          <w:sz w:val="24"/>
          <w:szCs w:val="24"/>
        </w:rPr>
        <w:t xml:space="preserve"> (PM2.5) </w:t>
      </w:r>
      <w:r w:rsidRPr="002C4E4D">
        <w:rPr>
          <w:rFonts w:cs="B Nazanin"/>
          <w:b/>
          <w:bCs/>
          <w:sz w:val="24"/>
          <w:szCs w:val="24"/>
          <w:rtl/>
        </w:rPr>
        <w:t>و سایر آلاینده‌های موجود در هوای آلوده با افزایش خطر محدودیت رشد جنین، زایمان زودرس، و مرگ داخل رحمی مرتبط دانسته شده‌اند</w:t>
      </w:r>
      <w:r w:rsidRPr="002C4E4D">
        <w:rPr>
          <w:rFonts w:cs="B Nazanin"/>
          <w:b/>
          <w:bCs/>
          <w:sz w:val="24"/>
          <w:szCs w:val="24"/>
        </w:rPr>
        <w:t>.</w:t>
      </w:r>
    </w:p>
    <w:p w14:paraId="4A31CE27" w14:textId="77777777" w:rsidR="002C4E4D" w:rsidRPr="002C4E4D" w:rsidRDefault="002C4E4D" w:rsidP="002C4E4D">
      <w:pPr>
        <w:bidi/>
        <w:jc w:val="both"/>
        <w:rPr>
          <w:rFonts w:cs="B Nazanin"/>
          <w:b/>
          <w:bCs/>
          <w:sz w:val="24"/>
          <w:szCs w:val="24"/>
        </w:rPr>
      </w:pPr>
      <w:r w:rsidRPr="002C4E4D">
        <w:rPr>
          <w:rFonts w:cs="B Nazanin"/>
          <w:b/>
          <w:bCs/>
          <w:sz w:val="24"/>
          <w:szCs w:val="24"/>
          <w:rtl/>
        </w:rPr>
        <w:t>پرتوهای یونیزان</w:t>
      </w:r>
      <w:r w:rsidRPr="002C4E4D">
        <w:rPr>
          <w:rFonts w:cs="B Nazanin"/>
          <w:b/>
          <w:bCs/>
          <w:sz w:val="24"/>
          <w:szCs w:val="24"/>
        </w:rPr>
        <w:t xml:space="preserve"> (Ionizing Radiation)</w:t>
      </w:r>
    </w:p>
    <w:p w14:paraId="73BE8D2D" w14:textId="77777777" w:rsidR="002C4E4D" w:rsidRPr="002C4E4D" w:rsidRDefault="002C4E4D" w:rsidP="002C4E4D">
      <w:pPr>
        <w:bidi/>
        <w:jc w:val="both"/>
        <w:rPr>
          <w:rFonts w:cs="B Nazanin"/>
          <w:b/>
          <w:bCs/>
          <w:sz w:val="24"/>
          <w:szCs w:val="24"/>
        </w:rPr>
      </w:pPr>
      <w:r w:rsidRPr="002C4E4D">
        <w:rPr>
          <w:rFonts w:cs="B Nazanin"/>
          <w:b/>
          <w:bCs/>
          <w:sz w:val="24"/>
          <w:szCs w:val="24"/>
          <w:rtl/>
        </w:rPr>
        <w:t>پرتوهای یونیزان مانند اشعه ایکس و گاما، انرژی کافی برای آسیب رساندن به</w:t>
      </w:r>
      <w:r w:rsidRPr="002C4E4D">
        <w:rPr>
          <w:rFonts w:cs="B Nazanin"/>
          <w:b/>
          <w:bCs/>
          <w:sz w:val="24"/>
          <w:szCs w:val="24"/>
        </w:rPr>
        <w:t xml:space="preserve"> DNA </w:t>
      </w:r>
      <w:r w:rsidRPr="002C4E4D">
        <w:rPr>
          <w:rFonts w:cs="B Nazanin"/>
          <w:b/>
          <w:bCs/>
          <w:sz w:val="24"/>
          <w:szCs w:val="24"/>
          <w:rtl/>
        </w:rPr>
        <w:t>سلولی را دارند</w:t>
      </w:r>
      <w:r w:rsidRPr="002C4E4D">
        <w:rPr>
          <w:rFonts w:cs="B Nazanin"/>
          <w:b/>
          <w:bCs/>
          <w:sz w:val="24"/>
          <w:szCs w:val="24"/>
        </w:rPr>
        <w:t>.</w:t>
      </w:r>
    </w:p>
    <w:p w14:paraId="703ADD79" w14:textId="77777777" w:rsidR="002C4E4D" w:rsidRPr="002C4E4D" w:rsidRDefault="002C4E4D" w:rsidP="002C4E4D">
      <w:pPr>
        <w:numPr>
          <w:ilvl w:val="0"/>
          <w:numId w:val="22"/>
        </w:numPr>
        <w:bidi/>
        <w:jc w:val="both"/>
        <w:rPr>
          <w:rFonts w:cs="B Nazanin"/>
          <w:b/>
          <w:bCs/>
          <w:sz w:val="24"/>
          <w:szCs w:val="24"/>
        </w:rPr>
      </w:pPr>
      <w:r w:rsidRPr="002C4E4D">
        <w:rPr>
          <w:rFonts w:cs="B Nazanin"/>
          <w:b/>
          <w:bCs/>
          <w:sz w:val="24"/>
          <w:szCs w:val="24"/>
          <w:rtl/>
        </w:rPr>
        <w:t>دوزهای بالا</w:t>
      </w:r>
      <w:r w:rsidRPr="002C4E4D">
        <w:rPr>
          <w:rFonts w:cs="B Nazanin"/>
          <w:b/>
          <w:bCs/>
          <w:sz w:val="24"/>
          <w:szCs w:val="24"/>
        </w:rPr>
        <w:t xml:space="preserve">: </w:t>
      </w:r>
      <w:r w:rsidRPr="002C4E4D">
        <w:rPr>
          <w:rFonts w:cs="B Nazanin"/>
          <w:b/>
          <w:bCs/>
          <w:sz w:val="24"/>
          <w:szCs w:val="24"/>
          <w:rtl/>
        </w:rPr>
        <w:t>مواجهه با دوزهای بالای پرتوهای یونیزان در دوران بارداری، به خصوص در مراحل اولیه رشد جنین، می‌تواند منجر به مرگ جنین، سقط، یا ناهنجاری‌های شدید مادرزادی شود. با این حال، دوزهای تشخیصی معمول در رادیوگرافی‌ها، در صورت لزوم و با رعایت اصول حفاظتی، معمولاً خطر قابل توجهی برای جنین ایجاد نمی‌کنند</w:t>
      </w:r>
      <w:r w:rsidRPr="002C4E4D">
        <w:rPr>
          <w:rFonts w:cs="B Nazanin"/>
          <w:b/>
          <w:bCs/>
          <w:sz w:val="24"/>
          <w:szCs w:val="24"/>
        </w:rPr>
        <w:t>.</w:t>
      </w:r>
    </w:p>
    <w:p w14:paraId="1D4F5AFA" w14:textId="77777777" w:rsidR="002C4E4D" w:rsidRPr="002C4E4D" w:rsidRDefault="002C4E4D" w:rsidP="002C4E4D">
      <w:pPr>
        <w:numPr>
          <w:ilvl w:val="0"/>
          <w:numId w:val="22"/>
        </w:numPr>
        <w:bidi/>
        <w:jc w:val="both"/>
        <w:rPr>
          <w:rFonts w:cs="B Nazanin"/>
          <w:b/>
          <w:bCs/>
          <w:sz w:val="24"/>
          <w:szCs w:val="24"/>
        </w:rPr>
      </w:pPr>
      <w:r w:rsidRPr="002C4E4D">
        <w:rPr>
          <w:rFonts w:cs="B Nazanin"/>
          <w:b/>
          <w:bCs/>
          <w:sz w:val="24"/>
          <w:szCs w:val="24"/>
          <w:rtl/>
        </w:rPr>
        <w:t>مکانیسم اثر</w:t>
      </w:r>
      <w:r w:rsidRPr="002C4E4D">
        <w:rPr>
          <w:rFonts w:cs="B Nazanin"/>
          <w:b/>
          <w:bCs/>
          <w:sz w:val="24"/>
          <w:szCs w:val="24"/>
        </w:rPr>
        <w:t xml:space="preserve">: </w:t>
      </w:r>
      <w:r w:rsidRPr="002C4E4D">
        <w:rPr>
          <w:rFonts w:cs="B Nazanin"/>
          <w:b/>
          <w:bCs/>
          <w:sz w:val="24"/>
          <w:szCs w:val="24"/>
          <w:rtl/>
        </w:rPr>
        <w:t>پرتوهای یونیزان با ایجاد شکست در رشته‌های</w:t>
      </w:r>
      <w:r w:rsidRPr="002C4E4D">
        <w:rPr>
          <w:rFonts w:cs="B Nazanin"/>
          <w:b/>
          <w:bCs/>
          <w:sz w:val="24"/>
          <w:szCs w:val="24"/>
        </w:rPr>
        <w:t xml:space="preserve"> DNA </w:t>
      </w:r>
      <w:r w:rsidRPr="002C4E4D">
        <w:rPr>
          <w:rFonts w:cs="B Nazanin"/>
          <w:b/>
          <w:bCs/>
          <w:sz w:val="24"/>
          <w:szCs w:val="24"/>
          <w:rtl/>
        </w:rPr>
        <w:t>یا آسیب به مولکول‌های حیاتی سلولی، فرآیندهای تقسیم سلولی را مختل کرده و می‌توانند منجر به مرگ سلول یا جهش‌های ژنتیکی شوند که در نهایت رشد جنین را متوقف می‌کند</w:t>
      </w:r>
      <w:r w:rsidRPr="002C4E4D">
        <w:rPr>
          <w:rFonts w:cs="B Nazanin"/>
          <w:b/>
          <w:bCs/>
          <w:sz w:val="24"/>
          <w:szCs w:val="24"/>
        </w:rPr>
        <w:t>.</w:t>
      </w:r>
    </w:p>
    <w:p w14:paraId="0861F194" w14:textId="77777777" w:rsidR="002C4E4D" w:rsidRPr="002C4E4D" w:rsidRDefault="002C4E4D" w:rsidP="002C4E4D">
      <w:pPr>
        <w:bidi/>
        <w:jc w:val="both"/>
        <w:rPr>
          <w:rFonts w:cs="B Nazanin"/>
          <w:b/>
          <w:bCs/>
          <w:sz w:val="24"/>
          <w:szCs w:val="24"/>
        </w:rPr>
      </w:pPr>
      <w:r w:rsidRPr="002C4E4D">
        <w:rPr>
          <w:rFonts w:cs="B Nazanin"/>
          <w:b/>
          <w:bCs/>
          <w:sz w:val="24"/>
          <w:szCs w:val="24"/>
          <w:rtl/>
        </w:rPr>
        <w:t>شرایط کاری سخت و استرس شغلی</w:t>
      </w:r>
    </w:p>
    <w:p w14:paraId="307D7C8E" w14:textId="77777777" w:rsidR="002C4E4D" w:rsidRPr="002C4E4D" w:rsidRDefault="002C4E4D" w:rsidP="002C4E4D">
      <w:pPr>
        <w:bidi/>
        <w:jc w:val="both"/>
        <w:rPr>
          <w:rFonts w:cs="B Nazanin"/>
          <w:b/>
          <w:bCs/>
          <w:sz w:val="24"/>
          <w:szCs w:val="24"/>
        </w:rPr>
      </w:pPr>
      <w:r w:rsidRPr="002C4E4D">
        <w:rPr>
          <w:rFonts w:cs="B Nazanin"/>
          <w:b/>
          <w:bCs/>
          <w:sz w:val="24"/>
          <w:szCs w:val="24"/>
          <w:rtl/>
        </w:rPr>
        <w:t>برخی از جنبه‌های شغلی می‌توانند به طور غیرمستقیم یا مستقیم بر بارداری تاثیر بگذارند</w:t>
      </w:r>
      <w:r w:rsidRPr="002C4E4D">
        <w:rPr>
          <w:rFonts w:cs="B Nazanin"/>
          <w:b/>
          <w:bCs/>
          <w:sz w:val="24"/>
          <w:szCs w:val="24"/>
        </w:rPr>
        <w:t>.</w:t>
      </w:r>
    </w:p>
    <w:p w14:paraId="5920197E" w14:textId="77777777" w:rsidR="002C4E4D" w:rsidRPr="002C4E4D" w:rsidRDefault="002C4E4D" w:rsidP="002C4E4D">
      <w:pPr>
        <w:numPr>
          <w:ilvl w:val="0"/>
          <w:numId w:val="23"/>
        </w:numPr>
        <w:bidi/>
        <w:jc w:val="both"/>
        <w:rPr>
          <w:rFonts w:cs="B Nazanin"/>
          <w:b/>
          <w:bCs/>
          <w:sz w:val="24"/>
          <w:szCs w:val="24"/>
        </w:rPr>
      </w:pPr>
      <w:r w:rsidRPr="002C4E4D">
        <w:rPr>
          <w:rFonts w:cs="B Nazanin"/>
          <w:b/>
          <w:bCs/>
          <w:sz w:val="24"/>
          <w:szCs w:val="24"/>
          <w:rtl/>
        </w:rPr>
        <w:t>ایستادن طولانی مدت</w:t>
      </w:r>
      <w:r w:rsidRPr="002C4E4D">
        <w:rPr>
          <w:rFonts w:cs="B Nazanin"/>
          <w:b/>
          <w:bCs/>
          <w:sz w:val="24"/>
          <w:szCs w:val="24"/>
        </w:rPr>
        <w:t xml:space="preserve">: </w:t>
      </w:r>
      <w:r w:rsidRPr="002C4E4D">
        <w:rPr>
          <w:rFonts w:cs="B Nazanin"/>
          <w:b/>
          <w:bCs/>
          <w:sz w:val="24"/>
          <w:szCs w:val="24"/>
          <w:rtl/>
        </w:rPr>
        <w:t>برخی مطالعات نشان داده‌اند که ایستادن طولانی مدت در محل کار، به ویژه در مشاغل خاص، ممکن است با افزایش خطر پره‌اکلامپسی و زایمان زودرس همراه باشد</w:t>
      </w:r>
      <w:r w:rsidRPr="002C4E4D">
        <w:rPr>
          <w:rFonts w:cs="B Nazanin"/>
          <w:b/>
          <w:bCs/>
          <w:sz w:val="24"/>
          <w:szCs w:val="24"/>
        </w:rPr>
        <w:t>.</w:t>
      </w:r>
    </w:p>
    <w:p w14:paraId="3F7EE2AC" w14:textId="77777777" w:rsidR="002C4E4D" w:rsidRPr="002C4E4D" w:rsidRDefault="002C4E4D" w:rsidP="002C4E4D">
      <w:pPr>
        <w:numPr>
          <w:ilvl w:val="0"/>
          <w:numId w:val="23"/>
        </w:numPr>
        <w:bidi/>
        <w:jc w:val="both"/>
        <w:rPr>
          <w:rFonts w:cs="B Nazanin"/>
          <w:b/>
          <w:bCs/>
          <w:sz w:val="24"/>
          <w:szCs w:val="24"/>
        </w:rPr>
      </w:pPr>
      <w:r w:rsidRPr="002C4E4D">
        <w:rPr>
          <w:rFonts w:cs="B Nazanin"/>
          <w:b/>
          <w:bCs/>
          <w:sz w:val="24"/>
          <w:szCs w:val="24"/>
          <w:rtl/>
        </w:rPr>
        <w:t>کار فیزیکی سنگین</w:t>
      </w:r>
      <w:r w:rsidRPr="002C4E4D">
        <w:rPr>
          <w:rFonts w:cs="B Nazanin"/>
          <w:b/>
          <w:bCs/>
          <w:sz w:val="24"/>
          <w:szCs w:val="24"/>
        </w:rPr>
        <w:t xml:space="preserve">: </w:t>
      </w:r>
      <w:r w:rsidRPr="002C4E4D">
        <w:rPr>
          <w:rFonts w:cs="B Nazanin"/>
          <w:b/>
          <w:bCs/>
          <w:sz w:val="24"/>
          <w:szCs w:val="24"/>
          <w:rtl/>
        </w:rPr>
        <w:t>بلند کردن اجسام سنگین یا انجام فعالیت‌های فیزیکی بسیار شدید ممکن است در برخی موارد با افزایش خطر زایمان زودرس یا سقط همراه باشد، هرچند شواهد قطعی در این زمینه کمتر است</w:t>
      </w:r>
      <w:r w:rsidRPr="002C4E4D">
        <w:rPr>
          <w:rFonts w:cs="B Nazanin"/>
          <w:b/>
          <w:bCs/>
          <w:sz w:val="24"/>
          <w:szCs w:val="24"/>
        </w:rPr>
        <w:t>.</w:t>
      </w:r>
    </w:p>
    <w:p w14:paraId="01CAA98B" w14:textId="77777777" w:rsidR="002C4E4D" w:rsidRPr="002C4E4D" w:rsidRDefault="002C4E4D" w:rsidP="002C4E4D">
      <w:pPr>
        <w:numPr>
          <w:ilvl w:val="0"/>
          <w:numId w:val="23"/>
        </w:numPr>
        <w:bidi/>
        <w:jc w:val="both"/>
        <w:rPr>
          <w:rFonts w:cs="B Nazanin"/>
          <w:b/>
          <w:bCs/>
          <w:sz w:val="24"/>
          <w:szCs w:val="24"/>
        </w:rPr>
      </w:pPr>
      <w:r w:rsidRPr="002C4E4D">
        <w:rPr>
          <w:rFonts w:cs="B Nazanin"/>
          <w:b/>
          <w:bCs/>
          <w:sz w:val="24"/>
          <w:szCs w:val="24"/>
          <w:rtl/>
        </w:rPr>
        <w:lastRenderedPageBreak/>
        <w:t>شیفت‌های کاری شبانه و اختلال در ریتم شبانه‌روزی</w:t>
      </w:r>
      <w:r w:rsidRPr="002C4E4D">
        <w:rPr>
          <w:rFonts w:cs="B Nazanin"/>
          <w:b/>
          <w:bCs/>
          <w:sz w:val="24"/>
          <w:szCs w:val="24"/>
        </w:rPr>
        <w:t xml:space="preserve">: </w:t>
      </w:r>
      <w:r w:rsidRPr="002C4E4D">
        <w:rPr>
          <w:rFonts w:cs="B Nazanin"/>
          <w:b/>
          <w:bCs/>
          <w:sz w:val="24"/>
          <w:szCs w:val="24"/>
          <w:rtl/>
        </w:rPr>
        <w:t>برخی تحقیقات، شیفت‌های کاری نامنظم و اختلال در ساعت بیولوژیک بدن را با افزایش خطر عوارض بارداری مانند محدودیت رشد جنین و پره‌اکلامپسی مرتبط دانسته‌اند</w:t>
      </w:r>
      <w:r w:rsidRPr="002C4E4D">
        <w:rPr>
          <w:rFonts w:cs="B Nazanin"/>
          <w:b/>
          <w:bCs/>
          <w:sz w:val="24"/>
          <w:szCs w:val="24"/>
        </w:rPr>
        <w:t>.</w:t>
      </w:r>
    </w:p>
    <w:p w14:paraId="56D6F0CB" w14:textId="77777777" w:rsidR="002C4E4D" w:rsidRPr="002C4E4D" w:rsidRDefault="002C4E4D" w:rsidP="002C4E4D">
      <w:pPr>
        <w:numPr>
          <w:ilvl w:val="0"/>
          <w:numId w:val="23"/>
        </w:numPr>
        <w:bidi/>
        <w:jc w:val="both"/>
        <w:rPr>
          <w:rFonts w:cs="B Nazanin"/>
          <w:b/>
          <w:bCs/>
          <w:sz w:val="24"/>
          <w:szCs w:val="24"/>
        </w:rPr>
      </w:pPr>
      <w:r w:rsidRPr="002C4E4D">
        <w:rPr>
          <w:rFonts w:cs="B Nazanin"/>
          <w:b/>
          <w:bCs/>
          <w:sz w:val="24"/>
          <w:szCs w:val="24"/>
          <w:rtl/>
        </w:rPr>
        <w:t>استرس شغلی</w:t>
      </w:r>
      <w:r w:rsidRPr="002C4E4D">
        <w:rPr>
          <w:rFonts w:cs="B Nazanin"/>
          <w:b/>
          <w:bCs/>
          <w:sz w:val="24"/>
          <w:szCs w:val="24"/>
        </w:rPr>
        <w:t xml:space="preserve">: </w:t>
      </w:r>
      <w:r w:rsidRPr="002C4E4D">
        <w:rPr>
          <w:rFonts w:cs="B Nazanin"/>
          <w:b/>
          <w:bCs/>
          <w:sz w:val="24"/>
          <w:szCs w:val="24"/>
          <w:rtl/>
        </w:rPr>
        <w:t>استرس مزمن ناشی از فشار کاری، ساعات طولانی، یا محیط کاری نامناسب می‌تواند از طریق تاثیر بر هورمون‌های استرس مادر، بر سلامت جنین اثر بگذارد (همانطور که در بخش عوامل روانی بحث شد)</w:t>
      </w:r>
      <w:r w:rsidRPr="002C4E4D">
        <w:rPr>
          <w:rFonts w:cs="B Nazanin"/>
          <w:b/>
          <w:bCs/>
          <w:sz w:val="24"/>
          <w:szCs w:val="24"/>
        </w:rPr>
        <w:t>.</w:t>
      </w:r>
    </w:p>
    <w:p w14:paraId="0EE0778A" w14:textId="77777777" w:rsidR="002C4E4D" w:rsidRPr="002C4E4D" w:rsidRDefault="002C4E4D" w:rsidP="002C4E4D">
      <w:pPr>
        <w:numPr>
          <w:ilvl w:val="0"/>
          <w:numId w:val="23"/>
        </w:numPr>
        <w:bidi/>
        <w:jc w:val="both"/>
        <w:rPr>
          <w:rFonts w:cs="B Nazanin"/>
          <w:b/>
          <w:bCs/>
          <w:sz w:val="24"/>
          <w:szCs w:val="24"/>
        </w:rPr>
      </w:pPr>
      <w:r w:rsidRPr="002C4E4D">
        <w:rPr>
          <w:rFonts w:cs="B Nazanin"/>
          <w:b/>
          <w:bCs/>
          <w:sz w:val="24"/>
          <w:szCs w:val="24"/>
          <w:rtl/>
        </w:rPr>
        <w:t>توضیح علمی</w:t>
      </w:r>
      <w:r w:rsidRPr="002C4E4D">
        <w:rPr>
          <w:rFonts w:cs="B Nazanin"/>
          <w:b/>
          <w:bCs/>
          <w:sz w:val="24"/>
          <w:szCs w:val="24"/>
        </w:rPr>
        <w:t xml:space="preserve">: </w:t>
      </w:r>
      <w:r w:rsidRPr="002C4E4D">
        <w:rPr>
          <w:rFonts w:cs="B Nazanin"/>
          <w:b/>
          <w:bCs/>
          <w:sz w:val="24"/>
          <w:szCs w:val="24"/>
          <w:rtl/>
        </w:rPr>
        <w:t>سمیت مستقیم یا غیرمستقیم این عوامل بر سلول‌های در حال تقسیم جنین می‌تواند رشد را متوقف کند. مواد شیمیایی سمی می‌توانند با اختلال در مسیرهای بیوشیمیایی حیاتی، یا آسیب مستقیم به</w:t>
      </w:r>
      <w:r w:rsidRPr="002C4E4D">
        <w:rPr>
          <w:rFonts w:cs="B Nazanin"/>
          <w:b/>
          <w:bCs/>
          <w:sz w:val="24"/>
          <w:szCs w:val="24"/>
        </w:rPr>
        <w:t xml:space="preserve"> DNA</w:t>
      </w:r>
      <w:r w:rsidRPr="002C4E4D">
        <w:rPr>
          <w:rFonts w:cs="B Nazanin"/>
          <w:b/>
          <w:bCs/>
          <w:sz w:val="24"/>
          <w:szCs w:val="24"/>
          <w:rtl/>
        </w:rPr>
        <w:t>، مانع از ادامه رشد طبیعی سلول‌ها شوند. پرتوهای یونیزان نیز با ایجاد آسیب مولکولی، فرآیندهای سلولی را مختل می‌کنند. شرایط کاری سخت نیز ممکن است از طریق افزایش استرس فیزیولوژیک مادر، تغییرات هورمونی، یا کاهش جریان خون به رحم، بر سلامت جنین تاثیر بگذارند</w:t>
      </w:r>
      <w:r w:rsidRPr="002C4E4D">
        <w:rPr>
          <w:rFonts w:cs="B Nazanin"/>
          <w:b/>
          <w:bCs/>
          <w:sz w:val="24"/>
          <w:szCs w:val="24"/>
        </w:rPr>
        <w:t>.</w:t>
      </w:r>
    </w:p>
    <w:p w14:paraId="5456A0CE" w14:textId="4A2C33A7" w:rsidR="002C4E4D" w:rsidRPr="002C4E4D" w:rsidRDefault="002C4E4D" w:rsidP="002C4E4D">
      <w:pPr>
        <w:bidi/>
        <w:jc w:val="both"/>
        <w:rPr>
          <w:rFonts w:cs="B Nazanin"/>
          <w:b/>
          <w:bCs/>
          <w:sz w:val="24"/>
          <w:szCs w:val="24"/>
        </w:rPr>
      </w:pPr>
    </w:p>
    <w:p w14:paraId="1A63D71B" w14:textId="135FA9DE" w:rsidR="002C4E4D" w:rsidRPr="00027014" w:rsidRDefault="002C4E4D" w:rsidP="002C4E4D">
      <w:pPr>
        <w:bidi/>
        <w:jc w:val="both"/>
        <w:rPr>
          <w:rFonts w:cs="B Titr"/>
          <w:b/>
          <w:bCs/>
          <w:sz w:val="24"/>
          <w:szCs w:val="24"/>
        </w:rPr>
      </w:pPr>
      <w:r w:rsidRPr="00027014">
        <w:rPr>
          <w:rFonts w:cs="B Titr"/>
          <w:b/>
          <w:bCs/>
          <w:sz w:val="24"/>
          <w:szCs w:val="24"/>
          <w:rtl/>
          <w:lang w:bidi="fa-IR"/>
        </w:rPr>
        <w:t>۶</w:t>
      </w:r>
      <w:r w:rsidRPr="00027014">
        <w:rPr>
          <w:rFonts w:cs="B Titr"/>
          <w:b/>
          <w:bCs/>
          <w:sz w:val="24"/>
          <w:szCs w:val="24"/>
        </w:rPr>
        <w:t>.</w:t>
      </w:r>
      <w:r w:rsidR="00027014" w:rsidRPr="00027014">
        <w:rPr>
          <w:rFonts w:cs="B Titr" w:hint="cs"/>
          <w:b/>
          <w:bCs/>
          <w:sz w:val="24"/>
          <w:szCs w:val="24"/>
          <w:rtl/>
        </w:rPr>
        <w:t xml:space="preserve"> </w:t>
      </w:r>
      <w:r w:rsidRPr="00027014">
        <w:rPr>
          <w:rFonts w:cs="B Titr"/>
          <w:b/>
          <w:bCs/>
          <w:sz w:val="24"/>
          <w:szCs w:val="24"/>
        </w:rPr>
        <w:t xml:space="preserve"> </w:t>
      </w:r>
      <w:r w:rsidRPr="00027014">
        <w:rPr>
          <w:rFonts w:cs="B Titr"/>
          <w:b/>
          <w:bCs/>
          <w:sz w:val="24"/>
          <w:szCs w:val="24"/>
          <w:rtl/>
        </w:rPr>
        <w:t>عوامل دارویی و مصرف مواد</w:t>
      </w:r>
    </w:p>
    <w:p w14:paraId="033FD93D" w14:textId="77777777" w:rsidR="002C4E4D" w:rsidRPr="002C4E4D" w:rsidRDefault="002C4E4D" w:rsidP="002C4E4D">
      <w:pPr>
        <w:bidi/>
        <w:jc w:val="both"/>
        <w:rPr>
          <w:rFonts w:cs="B Nazanin"/>
          <w:b/>
          <w:bCs/>
          <w:sz w:val="24"/>
          <w:szCs w:val="24"/>
        </w:rPr>
      </w:pPr>
      <w:r w:rsidRPr="002C4E4D">
        <w:rPr>
          <w:rFonts w:cs="B Nazanin"/>
          <w:b/>
          <w:bCs/>
          <w:sz w:val="24"/>
          <w:szCs w:val="24"/>
          <w:rtl/>
        </w:rPr>
        <w:t>مصرف برخی داروها، مواد مخدر، الکل و نیکوتین در دوران بارداری می‌تواند اثرات مخربی بر رشد و بقای جنین داشته باشد. این مواد اغلب از جفت عبور کرده و با مکانیسم‌های مختلفی بر جنین تاثیر می‌گذارند</w:t>
      </w:r>
      <w:r w:rsidRPr="002C4E4D">
        <w:rPr>
          <w:rFonts w:cs="B Nazanin"/>
          <w:b/>
          <w:bCs/>
          <w:sz w:val="24"/>
          <w:szCs w:val="24"/>
        </w:rPr>
        <w:t>.</w:t>
      </w:r>
    </w:p>
    <w:p w14:paraId="437DB601" w14:textId="77777777" w:rsidR="002C4E4D" w:rsidRPr="002C4E4D" w:rsidRDefault="002C4E4D" w:rsidP="002C4E4D">
      <w:pPr>
        <w:bidi/>
        <w:jc w:val="both"/>
        <w:rPr>
          <w:rFonts w:cs="B Nazanin"/>
          <w:b/>
          <w:bCs/>
          <w:sz w:val="24"/>
          <w:szCs w:val="24"/>
        </w:rPr>
      </w:pPr>
      <w:r w:rsidRPr="002C4E4D">
        <w:rPr>
          <w:rFonts w:cs="B Nazanin"/>
          <w:b/>
          <w:bCs/>
          <w:sz w:val="24"/>
          <w:szCs w:val="24"/>
          <w:rtl/>
        </w:rPr>
        <w:t>داروهای تراتوژن</w:t>
      </w:r>
      <w:r w:rsidRPr="002C4E4D">
        <w:rPr>
          <w:rFonts w:cs="B Nazanin"/>
          <w:b/>
          <w:bCs/>
          <w:sz w:val="24"/>
          <w:szCs w:val="24"/>
        </w:rPr>
        <w:t xml:space="preserve"> (Teratogenic Drugs)</w:t>
      </w:r>
    </w:p>
    <w:p w14:paraId="48BC0AB9" w14:textId="77777777" w:rsidR="002C4E4D" w:rsidRPr="002C4E4D" w:rsidRDefault="002C4E4D" w:rsidP="002C4E4D">
      <w:pPr>
        <w:bidi/>
        <w:jc w:val="both"/>
        <w:rPr>
          <w:rFonts w:cs="B Nazanin"/>
          <w:b/>
          <w:bCs/>
          <w:sz w:val="24"/>
          <w:szCs w:val="24"/>
        </w:rPr>
      </w:pPr>
      <w:r w:rsidRPr="002C4E4D">
        <w:rPr>
          <w:rFonts w:cs="B Nazanin"/>
          <w:b/>
          <w:bCs/>
          <w:sz w:val="24"/>
          <w:szCs w:val="24"/>
          <w:rtl/>
        </w:rPr>
        <w:t>داروهایی که در دوران بارداری مصرف می‌شوند، در صورت عبور از جفت و رسیدن به جنین در دوز کافی، می‌توانند باعث ایجاد ناهنجاری‌های مادرزادی، اختلال در رشد، یا مرگ جنین شوند</w:t>
      </w:r>
      <w:r w:rsidRPr="002C4E4D">
        <w:rPr>
          <w:rFonts w:cs="B Nazanin"/>
          <w:b/>
          <w:bCs/>
          <w:sz w:val="24"/>
          <w:szCs w:val="24"/>
        </w:rPr>
        <w:t>.</w:t>
      </w:r>
    </w:p>
    <w:p w14:paraId="70F43B30" w14:textId="1CC65AEC" w:rsidR="002C4E4D" w:rsidRPr="002C4E4D" w:rsidRDefault="002C4E4D" w:rsidP="002C4E4D">
      <w:pPr>
        <w:numPr>
          <w:ilvl w:val="0"/>
          <w:numId w:val="24"/>
        </w:numPr>
        <w:bidi/>
        <w:jc w:val="both"/>
        <w:rPr>
          <w:rFonts w:cs="B Nazanin"/>
          <w:b/>
          <w:bCs/>
          <w:sz w:val="24"/>
          <w:szCs w:val="24"/>
        </w:rPr>
      </w:pPr>
      <w:r w:rsidRPr="002C4E4D">
        <w:rPr>
          <w:rFonts w:cs="B Nazanin"/>
          <w:b/>
          <w:bCs/>
          <w:sz w:val="24"/>
          <w:szCs w:val="24"/>
          <w:rtl/>
        </w:rPr>
        <w:t>ایزوترتینوئین</w:t>
      </w:r>
      <w:r w:rsidRPr="002C4E4D">
        <w:rPr>
          <w:rFonts w:cs="B Nazanin"/>
          <w:b/>
          <w:bCs/>
          <w:sz w:val="24"/>
          <w:szCs w:val="24"/>
        </w:rPr>
        <w:t xml:space="preserve"> (Isotretinoin): </w:t>
      </w:r>
      <w:r w:rsidRPr="002C4E4D">
        <w:rPr>
          <w:rFonts w:cs="B Nazanin"/>
          <w:b/>
          <w:bCs/>
          <w:sz w:val="24"/>
          <w:szCs w:val="24"/>
          <w:rtl/>
        </w:rPr>
        <w:t xml:space="preserve">داروی قوی ضد آکنه که به شدت تراتوژن است. مصرف آن در اوایل </w:t>
      </w:r>
      <w:r w:rsidR="00027014">
        <w:rPr>
          <w:rFonts w:cs="B Nazanin" w:hint="cs"/>
          <w:b/>
          <w:bCs/>
          <w:sz w:val="24"/>
          <w:szCs w:val="24"/>
          <w:rtl/>
        </w:rPr>
        <w:t xml:space="preserve"> </w:t>
      </w:r>
      <w:r w:rsidRPr="002C4E4D">
        <w:rPr>
          <w:rFonts w:cs="B Nazanin"/>
          <w:b/>
          <w:bCs/>
          <w:sz w:val="24"/>
          <w:szCs w:val="24"/>
          <w:rtl/>
        </w:rPr>
        <w:t>بارداری می‌تواند منجر به ناهنجاری‌های شدید صورت، قلب، سیستم عصبی مرکزی و اسکلتی جنین شود و اغلب با سقط یا مرگ داخل رحمی همراه است</w:t>
      </w:r>
      <w:r w:rsidRPr="002C4E4D">
        <w:rPr>
          <w:rFonts w:cs="B Nazanin"/>
          <w:b/>
          <w:bCs/>
          <w:sz w:val="24"/>
          <w:szCs w:val="24"/>
        </w:rPr>
        <w:t>.</w:t>
      </w:r>
    </w:p>
    <w:p w14:paraId="648F946D" w14:textId="77777777" w:rsidR="002C4E4D" w:rsidRPr="002C4E4D" w:rsidRDefault="002C4E4D" w:rsidP="002C4E4D">
      <w:pPr>
        <w:numPr>
          <w:ilvl w:val="0"/>
          <w:numId w:val="24"/>
        </w:numPr>
        <w:bidi/>
        <w:jc w:val="both"/>
        <w:rPr>
          <w:rFonts w:cs="B Nazanin"/>
          <w:b/>
          <w:bCs/>
          <w:sz w:val="24"/>
          <w:szCs w:val="24"/>
        </w:rPr>
      </w:pPr>
      <w:r w:rsidRPr="002C4E4D">
        <w:rPr>
          <w:rFonts w:cs="B Nazanin"/>
          <w:b/>
          <w:bCs/>
          <w:sz w:val="24"/>
          <w:szCs w:val="24"/>
          <w:rtl/>
        </w:rPr>
        <w:t>داروهای ضدصرع</w:t>
      </w:r>
      <w:r w:rsidRPr="002C4E4D">
        <w:rPr>
          <w:rFonts w:cs="B Nazanin"/>
          <w:b/>
          <w:bCs/>
          <w:sz w:val="24"/>
          <w:szCs w:val="24"/>
        </w:rPr>
        <w:t xml:space="preserve">: </w:t>
      </w:r>
      <w:r w:rsidRPr="002C4E4D">
        <w:rPr>
          <w:rFonts w:cs="B Nazanin"/>
          <w:b/>
          <w:bCs/>
          <w:sz w:val="24"/>
          <w:szCs w:val="24"/>
          <w:rtl/>
        </w:rPr>
        <w:t>برخی داروهای ضدصرع مانند والپروات سدیم</w:t>
      </w:r>
      <w:r w:rsidRPr="002C4E4D">
        <w:rPr>
          <w:rFonts w:cs="B Nazanin"/>
          <w:b/>
          <w:bCs/>
          <w:sz w:val="24"/>
          <w:szCs w:val="24"/>
        </w:rPr>
        <w:t xml:space="preserve"> (Valproic Acid) </w:t>
      </w:r>
      <w:r w:rsidRPr="002C4E4D">
        <w:rPr>
          <w:rFonts w:cs="B Nazanin"/>
          <w:b/>
          <w:bCs/>
          <w:sz w:val="24"/>
          <w:szCs w:val="24"/>
          <w:rtl/>
        </w:rPr>
        <w:t>و فنی‌تویین</w:t>
      </w:r>
      <w:r w:rsidRPr="002C4E4D">
        <w:rPr>
          <w:rFonts w:cs="B Nazanin"/>
          <w:b/>
          <w:bCs/>
          <w:sz w:val="24"/>
          <w:szCs w:val="24"/>
        </w:rPr>
        <w:t xml:space="preserve"> (Phenytoin) </w:t>
      </w:r>
      <w:r w:rsidRPr="002C4E4D">
        <w:rPr>
          <w:rFonts w:cs="B Nazanin"/>
          <w:b/>
          <w:bCs/>
          <w:sz w:val="24"/>
          <w:szCs w:val="24"/>
          <w:rtl/>
        </w:rPr>
        <w:t>با افزایش خطر ناهنجاری‌های لوله عصبی، شکاف لب و کام، و مشکلات رشد عصبی در جنین مرتبط هستند</w:t>
      </w:r>
      <w:r w:rsidRPr="002C4E4D">
        <w:rPr>
          <w:rFonts w:cs="B Nazanin"/>
          <w:b/>
          <w:bCs/>
          <w:sz w:val="24"/>
          <w:szCs w:val="24"/>
        </w:rPr>
        <w:t>.</w:t>
      </w:r>
    </w:p>
    <w:p w14:paraId="733DFA54" w14:textId="77777777" w:rsidR="002C4E4D" w:rsidRPr="002C4E4D" w:rsidRDefault="002C4E4D" w:rsidP="002C4E4D">
      <w:pPr>
        <w:numPr>
          <w:ilvl w:val="0"/>
          <w:numId w:val="24"/>
        </w:numPr>
        <w:bidi/>
        <w:jc w:val="both"/>
        <w:rPr>
          <w:rFonts w:cs="B Nazanin"/>
          <w:b/>
          <w:bCs/>
          <w:sz w:val="24"/>
          <w:szCs w:val="24"/>
        </w:rPr>
      </w:pPr>
      <w:r w:rsidRPr="002C4E4D">
        <w:rPr>
          <w:rFonts w:cs="B Nazanin"/>
          <w:b/>
          <w:bCs/>
          <w:sz w:val="24"/>
          <w:szCs w:val="24"/>
          <w:rtl/>
        </w:rPr>
        <w:lastRenderedPageBreak/>
        <w:t>آنتی‌بیوتیک‌ها</w:t>
      </w:r>
      <w:r w:rsidRPr="002C4E4D">
        <w:rPr>
          <w:rFonts w:cs="B Nazanin"/>
          <w:b/>
          <w:bCs/>
          <w:sz w:val="24"/>
          <w:szCs w:val="24"/>
        </w:rPr>
        <w:t xml:space="preserve">: </w:t>
      </w:r>
      <w:r w:rsidRPr="002C4E4D">
        <w:rPr>
          <w:rFonts w:cs="B Nazanin"/>
          <w:b/>
          <w:bCs/>
          <w:sz w:val="24"/>
          <w:szCs w:val="24"/>
          <w:rtl/>
        </w:rPr>
        <w:t>برخی آنتی‌بیوتیک‌ها مانند تتراسایکلین‌ها</w:t>
      </w:r>
      <w:r w:rsidRPr="002C4E4D">
        <w:rPr>
          <w:rFonts w:cs="B Nazanin"/>
          <w:b/>
          <w:bCs/>
          <w:sz w:val="24"/>
          <w:szCs w:val="24"/>
        </w:rPr>
        <w:t xml:space="preserve"> (Tetracyclines) </w:t>
      </w:r>
      <w:r w:rsidRPr="002C4E4D">
        <w:rPr>
          <w:rFonts w:cs="B Nazanin"/>
          <w:b/>
          <w:bCs/>
          <w:sz w:val="24"/>
          <w:szCs w:val="24"/>
          <w:rtl/>
        </w:rPr>
        <w:t>می‌توانند باعث تغییر رنگ دندان‌ها و اختلال در رشد استخوان جنین شوند. آمینوگلیکوزیدها</w:t>
      </w:r>
      <w:r w:rsidRPr="002C4E4D">
        <w:rPr>
          <w:rFonts w:cs="B Nazanin"/>
          <w:b/>
          <w:bCs/>
          <w:sz w:val="24"/>
          <w:szCs w:val="24"/>
        </w:rPr>
        <w:t xml:space="preserve"> (Aminoglycosides) </w:t>
      </w:r>
      <w:r w:rsidRPr="002C4E4D">
        <w:rPr>
          <w:rFonts w:cs="B Nazanin"/>
          <w:b/>
          <w:bCs/>
          <w:sz w:val="24"/>
          <w:szCs w:val="24"/>
          <w:rtl/>
        </w:rPr>
        <w:t>مانند جنتامایسین می‌توانند باعث سمیت شنوایی و کلیوی در جنین شوند</w:t>
      </w:r>
      <w:r w:rsidRPr="002C4E4D">
        <w:rPr>
          <w:rFonts w:cs="B Nazanin"/>
          <w:b/>
          <w:bCs/>
          <w:sz w:val="24"/>
          <w:szCs w:val="24"/>
        </w:rPr>
        <w:t>.</w:t>
      </w:r>
    </w:p>
    <w:p w14:paraId="2BB95577" w14:textId="77777777" w:rsidR="002C4E4D" w:rsidRPr="002C4E4D" w:rsidRDefault="002C4E4D" w:rsidP="002C4E4D">
      <w:pPr>
        <w:numPr>
          <w:ilvl w:val="0"/>
          <w:numId w:val="24"/>
        </w:numPr>
        <w:bidi/>
        <w:jc w:val="both"/>
        <w:rPr>
          <w:rFonts w:cs="B Nazanin"/>
          <w:b/>
          <w:bCs/>
          <w:sz w:val="24"/>
          <w:szCs w:val="24"/>
        </w:rPr>
      </w:pPr>
      <w:r w:rsidRPr="002C4E4D">
        <w:rPr>
          <w:rFonts w:cs="B Nazanin"/>
          <w:b/>
          <w:bCs/>
          <w:sz w:val="24"/>
          <w:szCs w:val="24"/>
          <w:rtl/>
        </w:rPr>
        <w:t>داروهای ضد انعقاد</w:t>
      </w:r>
      <w:r w:rsidRPr="002C4E4D">
        <w:rPr>
          <w:rFonts w:cs="B Nazanin"/>
          <w:b/>
          <w:bCs/>
          <w:sz w:val="24"/>
          <w:szCs w:val="24"/>
        </w:rPr>
        <w:t xml:space="preserve">: </w:t>
      </w:r>
      <w:r w:rsidRPr="002C4E4D">
        <w:rPr>
          <w:rFonts w:cs="B Nazanin"/>
          <w:b/>
          <w:bCs/>
          <w:sz w:val="24"/>
          <w:szCs w:val="24"/>
          <w:rtl/>
        </w:rPr>
        <w:t>وارفارین</w:t>
      </w:r>
      <w:r w:rsidRPr="002C4E4D">
        <w:rPr>
          <w:rFonts w:cs="B Nazanin"/>
          <w:b/>
          <w:bCs/>
          <w:sz w:val="24"/>
          <w:szCs w:val="24"/>
        </w:rPr>
        <w:t xml:space="preserve"> (Warfarin) </w:t>
      </w:r>
      <w:r w:rsidRPr="002C4E4D">
        <w:rPr>
          <w:rFonts w:cs="B Nazanin"/>
          <w:b/>
          <w:bCs/>
          <w:sz w:val="24"/>
          <w:szCs w:val="24"/>
          <w:rtl/>
        </w:rPr>
        <w:t>می‌تواند باعث ناهنجاری‌های استخوانی و ذهنی در جنین شود</w:t>
      </w:r>
      <w:r w:rsidRPr="002C4E4D">
        <w:rPr>
          <w:rFonts w:cs="B Nazanin"/>
          <w:b/>
          <w:bCs/>
          <w:sz w:val="24"/>
          <w:szCs w:val="24"/>
        </w:rPr>
        <w:t>.</w:t>
      </w:r>
    </w:p>
    <w:p w14:paraId="00106DE8" w14:textId="77777777" w:rsidR="002C4E4D" w:rsidRPr="002C4E4D" w:rsidRDefault="002C4E4D" w:rsidP="002C4E4D">
      <w:pPr>
        <w:numPr>
          <w:ilvl w:val="0"/>
          <w:numId w:val="24"/>
        </w:numPr>
        <w:bidi/>
        <w:jc w:val="both"/>
        <w:rPr>
          <w:rFonts w:cs="B Nazanin"/>
          <w:b/>
          <w:bCs/>
          <w:sz w:val="24"/>
          <w:szCs w:val="24"/>
        </w:rPr>
      </w:pPr>
      <w:r w:rsidRPr="002C4E4D">
        <w:rPr>
          <w:rFonts w:cs="B Nazanin"/>
          <w:b/>
          <w:bCs/>
          <w:sz w:val="24"/>
          <w:szCs w:val="24"/>
          <w:rtl/>
        </w:rPr>
        <w:t>داروهای ضد فشار خون</w:t>
      </w:r>
      <w:r w:rsidRPr="002C4E4D">
        <w:rPr>
          <w:rFonts w:cs="B Nazanin"/>
          <w:b/>
          <w:bCs/>
          <w:sz w:val="24"/>
          <w:szCs w:val="24"/>
        </w:rPr>
        <w:t xml:space="preserve">: </w:t>
      </w:r>
      <w:r w:rsidRPr="002C4E4D">
        <w:rPr>
          <w:rFonts w:cs="B Nazanin"/>
          <w:b/>
          <w:bCs/>
          <w:sz w:val="24"/>
          <w:szCs w:val="24"/>
          <w:rtl/>
        </w:rPr>
        <w:t>برخی از داروهای کنترل فشار خون مانند مهارکننده‌های</w:t>
      </w:r>
      <w:r w:rsidRPr="002C4E4D">
        <w:rPr>
          <w:rFonts w:cs="B Nazanin"/>
          <w:b/>
          <w:bCs/>
          <w:sz w:val="24"/>
          <w:szCs w:val="24"/>
        </w:rPr>
        <w:t xml:space="preserve"> ACE (ACE inhibitors) </w:t>
      </w:r>
      <w:r w:rsidRPr="002C4E4D">
        <w:rPr>
          <w:rFonts w:cs="B Nazanin"/>
          <w:b/>
          <w:bCs/>
          <w:sz w:val="24"/>
          <w:szCs w:val="24"/>
          <w:rtl/>
        </w:rPr>
        <w:t>و مهارکننده‌های گیرنده آنژیوتانسین</w:t>
      </w:r>
      <w:r w:rsidRPr="002C4E4D">
        <w:rPr>
          <w:rFonts w:cs="B Nazanin"/>
          <w:b/>
          <w:bCs/>
          <w:sz w:val="24"/>
          <w:szCs w:val="24"/>
        </w:rPr>
        <w:t xml:space="preserve"> II (ARBs) </w:t>
      </w:r>
      <w:r w:rsidRPr="002C4E4D">
        <w:rPr>
          <w:rFonts w:cs="B Nazanin"/>
          <w:b/>
          <w:bCs/>
          <w:sz w:val="24"/>
          <w:szCs w:val="24"/>
          <w:rtl/>
        </w:rPr>
        <w:t>که در سه‌ماهه دوم و سوم بارداری مصرف می‌شوند، می‌توانند باعث آسیب کلیوی شدید، الیگوهیدرامنیوس (کمبود مایع آمنیوتیک) و حتی مرگ داخل رحمی شوند</w:t>
      </w:r>
      <w:r w:rsidRPr="002C4E4D">
        <w:rPr>
          <w:rFonts w:cs="B Nazanin"/>
          <w:b/>
          <w:bCs/>
          <w:sz w:val="24"/>
          <w:szCs w:val="24"/>
        </w:rPr>
        <w:t>.</w:t>
      </w:r>
    </w:p>
    <w:p w14:paraId="11550F30" w14:textId="77777777" w:rsidR="002C4E4D" w:rsidRPr="002C4E4D" w:rsidRDefault="002C4E4D" w:rsidP="002C4E4D">
      <w:pPr>
        <w:numPr>
          <w:ilvl w:val="0"/>
          <w:numId w:val="24"/>
        </w:numPr>
        <w:bidi/>
        <w:jc w:val="both"/>
        <w:rPr>
          <w:rFonts w:cs="B Nazanin"/>
          <w:b/>
          <w:bCs/>
          <w:sz w:val="24"/>
          <w:szCs w:val="24"/>
        </w:rPr>
      </w:pPr>
      <w:r w:rsidRPr="002C4E4D">
        <w:rPr>
          <w:rFonts w:cs="B Nazanin"/>
          <w:b/>
          <w:bCs/>
          <w:sz w:val="24"/>
          <w:szCs w:val="24"/>
          <w:rtl/>
        </w:rPr>
        <w:t>داروهای ضد التهاب غیر استروئیدی</w:t>
      </w:r>
      <w:r w:rsidRPr="002C4E4D">
        <w:rPr>
          <w:rFonts w:cs="B Nazanin"/>
          <w:b/>
          <w:bCs/>
          <w:sz w:val="24"/>
          <w:szCs w:val="24"/>
        </w:rPr>
        <w:t xml:space="preserve"> (NSAIDs): </w:t>
      </w:r>
      <w:r w:rsidRPr="002C4E4D">
        <w:rPr>
          <w:rFonts w:cs="B Nazanin"/>
          <w:b/>
          <w:bCs/>
          <w:sz w:val="24"/>
          <w:szCs w:val="24"/>
          <w:rtl/>
        </w:rPr>
        <w:t>مصرف آن‌ها در سه‌ماهه سوم بارداری می‌تواند باعث بسته شدن زودرس مجرای شریانی</w:t>
      </w:r>
      <w:r w:rsidRPr="002C4E4D">
        <w:rPr>
          <w:rFonts w:cs="B Nazanin"/>
          <w:b/>
          <w:bCs/>
          <w:sz w:val="24"/>
          <w:szCs w:val="24"/>
        </w:rPr>
        <w:t xml:space="preserve"> (Ductus Arteriosus) </w:t>
      </w:r>
      <w:r w:rsidRPr="002C4E4D">
        <w:rPr>
          <w:rFonts w:cs="B Nazanin"/>
          <w:b/>
          <w:bCs/>
          <w:sz w:val="24"/>
          <w:szCs w:val="24"/>
          <w:rtl/>
        </w:rPr>
        <w:t>در جنین شده و منجر به نارسایی قلبی و مرگ داخل رحمی گردد</w:t>
      </w:r>
      <w:r w:rsidRPr="002C4E4D">
        <w:rPr>
          <w:rFonts w:cs="B Nazanin"/>
          <w:b/>
          <w:bCs/>
          <w:sz w:val="24"/>
          <w:szCs w:val="24"/>
        </w:rPr>
        <w:t>.</w:t>
      </w:r>
    </w:p>
    <w:p w14:paraId="073456DF" w14:textId="77777777" w:rsidR="002C4E4D" w:rsidRPr="002C4E4D" w:rsidRDefault="002C4E4D" w:rsidP="002C4E4D">
      <w:pPr>
        <w:bidi/>
        <w:jc w:val="both"/>
        <w:rPr>
          <w:rFonts w:cs="B Nazanin"/>
          <w:b/>
          <w:bCs/>
          <w:sz w:val="24"/>
          <w:szCs w:val="24"/>
        </w:rPr>
      </w:pPr>
      <w:r w:rsidRPr="002C4E4D">
        <w:rPr>
          <w:rFonts w:cs="B Nazanin"/>
          <w:b/>
          <w:bCs/>
          <w:sz w:val="24"/>
          <w:szCs w:val="24"/>
          <w:rtl/>
        </w:rPr>
        <w:t>الکل، نیکوتین و مواد مخدر</w:t>
      </w:r>
    </w:p>
    <w:p w14:paraId="7DF54D24" w14:textId="77777777" w:rsidR="002C4E4D" w:rsidRPr="002C4E4D" w:rsidRDefault="002C4E4D" w:rsidP="002C4E4D">
      <w:pPr>
        <w:bidi/>
        <w:jc w:val="both"/>
        <w:rPr>
          <w:rFonts w:cs="B Nazanin"/>
          <w:b/>
          <w:bCs/>
          <w:sz w:val="24"/>
          <w:szCs w:val="24"/>
        </w:rPr>
      </w:pPr>
      <w:r w:rsidRPr="002C4E4D">
        <w:rPr>
          <w:rFonts w:cs="B Nazanin"/>
          <w:b/>
          <w:bCs/>
          <w:sz w:val="24"/>
          <w:szCs w:val="24"/>
          <w:rtl/>
        </w:rPr>
        <w:t>مصرف این مواد در دوران بارداری، به طور گسترده‌ای به عنوان عامل خطر برای سلامت جنین شناخته شده است</w:t>
      </w:r>
      <w:r w:rsidRPr="002C4E4D">
        <w:rPr>
          <w:rFonts w:cs="B Nazanin"/>
          <w:b/>
          <w:bCs/>
          <w:sz w:val="24"/>
          <w:szCs w:val="24"/>
        </w:rPr>
        <w:t>.</w:t>
      </w:r>
    </w:p>
    <w:p w14:paraId="469D6B90" w14:textId="72B57156" w:rsidR="002C4E4D" w:rsidRPr="002C4E4D" w:rsidRDefault="002C4E4D" w:rsidP="002C4E4D">
      <w:pPr>
        <w:numPr>
          <w:ilvl w:val="0"/>
          <w:numId w:val="25"/>
        </w:numPr>
        <w:bidi/>
        <w:jc w:val="both"/>
        <w:rPr>
          <w:rFonts w:cs="B Nazanin"/>
          <w:b/>
          <w:bCs/>
          <w:sz w:val="24"/>
          <w:szCs w:val="24"/>
        </w:rPr>
      </w:pPr>
      <w:r w:rsidRPr="002C4E4D">
        <w:rPr>
          <w:rFonts w:cs="B Nazanin"/>
          <w:b/>
          <w:bCs/>
          <w:sz w:val="24"/>
          <w:szCs w:val="24"/>
          <w:rtl/>
        </w:rPr>
        <w:t>الکل</w:t>
      </w:r>
      <w:r w:rsidRPr="002C4E4D">
        <w:rPr>
          <w:rFonts w:cs="B Nazanin"/>
          <w:b/>
          <w:bCs/>
          <w:sz w:val="24"/>
          <w:szCs w:val="24"/>
        </w:rPr>
        <w:t xml:space="preserve"> </w:t>
      </w:r>
      <w:r w:rsidR="00027014">
        <w:rPr>
          <w:rFonts w:cs="B Nazanin" w:hint="cs"/>
          <w:b/>
          <w:bCs/>
          <w:sz w:val="24"/>
          <w:szCs w:val="24"/>
          <w:rtl/>
        </w:rPr>
        <w:t xml:space="preserve"> </w:t>
      </w:r>
      <w:r w:rsidRPr="002C4E4D">
        <w:rPr>
          <w:rFonts w:cs="B Nazanin"/>
          <w:b/>
          <w:bCs/>
          <w:sz w:val="24"/>
          <w:szCs w:val="24"/>
        </w:rPr>
        <w:t>(Alcohol)</w:t>
      </w:r>
      <w:r w:rsidR="00027014">
        <w:rPr>
          <w:rFonts w:cs="B Nazanin" w:hint="cs"/>
          <w:b/>
          <w:bCs/>
          <w:sz w:val="24"/>
          <w:szCs w:val="24"/>
          <w:rtl/>
        </w:rPr>
        <w:t xml:space="preserve"> </w:t>
      </w:r>
      <w:r w:rsidRPr="002C4E4D">
        <w:rPr>
          <w:rFonts w:cs="B Nazanin"/>
          <w:b/>
          <w:bCs/>
          <w:sz w:val="24"/>
          <w:szCs w:val="24"/>
        </w:rPr>
        <w:t>:</w:t>
      </w:r>
      <w:r w:rsidR="00027014">
        <w:rPr>
          <w:rFonts w:cs="B Nazanin" w:hint="cs"/>
          <w:b/>
          <w:bCs/>
          <w:sz w:val="24"/>
          <w:szCs w:val="24"/>
          <w:rtl/>
        </w:rPr>
        <w:t xml:space="preserve"> </w:t>
      </w:r>
      <w:r w:rsidRPr="002C4E4D">
        <w:rPr>
          <w:rFonts w:cs="B Nazanin"/>
          <w:b/>
          <w:bCs/>
          <w:sz w:val="24"/>
          <w:szCs w:val="24"/>
        </w:rPr>
        <w:t xml:space="preserve"> </w:t>
      </w:r>
      <w:r w:rsidRPr="002C4E4D">
        <w:rPr>
          <w:rFonts w:cs="B Nazanin"/>
          <w:b/>
          <w:bCs/>
          <w:sz w:val="24"/>
          <w:szCs w:val="24"/>
          <w:rtl/>
        </w:rPr>
        <w:t>مصرف الکل در دوران بارداری می‌تواند منجر به سندرم الکل جنینی</w:t>
      </w:r>
      <w:r w:rsidRPr="002C4E4D">
        <w:rPr>
          <w:rFonts w:cs="B Nazanin"/>
          <w:b/>
          <w:bCs/>
          <w:sz w:val="24"/>
          <w:szCs w:val="24"/>
        </w:rPr>
        <w:t xml:space="preserve"> (Fetal Alcohol Syndrome - FAS) </w:t>
      </w:r>
      <w:r w:rsidRPr="002C4E4D">
        <w:rPr>
          <w:rFonts w:cs="B Nazanin"/>
          <w:b/>
          <w:bCs/>
          <w:sz w:val="24"/>
          <w:szCs w:val="24"/>
          <w:rtl/>
        </w:rPr>
        <w:t>شود که شامل اختلالات رشدی، ناهنجاری‌های صورتی، مشکلات سیستم عصبی مرکزی، و نقص‌های مادرزادی متعدد است. الکل همچنین می‌تواند باعث سقط خودبه‌خودی و مرگ داخل رحمی شود</w:t>
      </w:r>
      <w:r w:rsidRPr="002C4E4D">
        <w:rPr>
          <w:rFonts w:cs="B Nazanin"/>
          <w:b/>
          <w:bCs/>
          <w:sz w:val="24"/>
          <w:szCs w:val="24"/>
        </w:rPr>
        <w:t>.</w:t>
      </w:r>
    </w:p>
    <w:p w14:paraId="203442F7" w14:textId="637B37C3" w:rsidR="002C4E4D" w:rsidRPr="002C4E4D" w:rsidRDefault="002C4E4D" w:rsidP="002C4E4D">
      <w:pPr>
        <w:numPr>
          <w:ilvl w:val="0"/>
          <w:numId w:val="25"/>
        </w:numPr>
        <w:bidi/>
        <w:jc w:val="both"/>
        <w:rPr>
          <w:rFonts w:cs="B Nazanin"/>
          <w:b/>
          <w:bCs/>
          <w:sz w:val="24"/>
          <w:szCs w:val="24"/>
        </w:rPr>
      </w:pPr>
      <w:r w:rsidRPr="002C4E4D">
        <w:rPr>
          <w:rFonts w:cs="B Nazanin"/>
          <w:b/>
          <w:bCs/>
          <w:sz w:val="24"/>
          <w:szCs w:val="24"/>
          <w:rtl/>
        </w:rPr>
        <w:t>نیکوتین</w:t>
      </w:r>
      <w:r w:rsidRPr="002C4E4D">
        <w:rPr>
          <w:rFonts w:cs="B Nazanin"/>
          <w:b/>
          <w:bCs/>
          <w:sz w:val="24"/>
          <w:szCs w:val="24"/>
        </w:rPr>
        <w:t xml:space="preserve"> (Nicotine)</w:t>
      </w:r>
      <w:r w:rsidR="00027014">
        <w:rPr>
          <w:rFonts w:cs="B Nazanin" w:hint="cs"/>
          <w:b/>
          <w:bCs/>
          <w:sz w:val="24"/>
          <w:szCs w:val="24"/>
          <w:rtl/>
        </w:rPr>
        <w:t xml:space="preserve"> </w:t>
      </w:r>
      <w:r w:rsidRPr="002C4E4D">
        <w:rPr>
          <w:rFonts w:cs="B Nazanin"/>
          <w:b/>
          <w:bCs/>
          <w:sz w:val="24"/>
          <w:szCs w:val="24"/>
        </w:rPr>
        <w:t>:</w:t>
      </w:r>
      <w:r w:rsidR="00027014">
        <w:rPr>
          <w:rFonts w:cs="B Nazanin" w:hint="cs"/>
          <w:b/>
          <w:bCs/>
          <w:sz w:val="24"/>
          <w:szCs w:val="24"/>
          <w:rtl/>
        </w:rPr>
        <w:t xml:space="preserve"> </w:t>
      </w:r>
      <w:r w:rsidRPr="002C4E4D">
        <w:rPr>
          <w:rFonts w:cs="B Nazanin"/>
          <w:b/>
          <w:bCs/>
          <w:sz w:val="24"/>
          <w:szCs w:val="24"/>
        </w:rPr>
        <w:t xml:space="preserve"> </w:t>
      </w:r>
      <w:r w:rsidRPr="002C4E4D">
        <w:rPr>
          <w:rFonts w:cs="B Nazanin"/>
          <w:b/>
          <w:bCs/>
          <w:sz w:val="24"/>
          <w:szCs w:val="24"/>
          <w:rtl/>
        </w:rPr>
        <w:t>سیگار کشیدن در دوران بارداری با اثرات منفی متعددی همراه است، از جمله</w:t>
      </w:r>
      <w:r w:rsidRPr="002C4E4D">
        <w:rPr>
          <w:rFonts w:cs="B Nazanin"/>
          <w:b/>
          <w:bCs/>
          <w:sz w:val="24"/>
          <w:szCs w:val="24"/>
        </w:rPr>
        <w:t>:</w:t>
      </w:r>
    </w:p>
    <w:p w14:paraId="0FF9B46E" w14:textId="77777777" w:rsidR="002C4E4D" w:rsidRPr="002C4E4D" w:rsidRDefault="002C4E4D" w:rsidP="002C4E4D">
      <w:pPr>
        <w:numPr>
          <w:ilvl w:val="1"/>
          <w:numId w:val="25"/>
        </w:numPr>
        <w:bidi/>
        <w:jc w:val="both"/>
        <w:rPr>
          <w:rFonts w:cs="B Nazanin"/>
          <w:b/>
          <w:bCs/>
          <w:sz w:val="24"/>
          <w:szCs w:val="24"/>
        </w:rPr>
      </w:pPr>
      <w:r w:rsidRPr="002C4E4D">
        <w:rPr>
          <w:rFonts w:cs="B Nazanin"/>
          <w:b/>
          <w:bCs/>
          <w:sz w:val="24"/>
          <w:szCs w:val="24"/>
          <w:rtl/>
        </w:rPr>
        <w:t>کاهش خون‌رسانی به جفت</w:t>
      </w:r>
      <w:r w:rsidRPr="002C4E4D">
        <w:rPr>
          <w:rFonts w:cs="B Nazanin"/>
          <w:b/>
          <w:bCs/>
          <w:sz w:val="24"/>
          <w:szCs w:val="24"/>
        </w:rPr>
        <w:t xml:space="preserve">: </w:t>
      </w:r>
      <w:r w:rsidRPr="002C4E4D">
        <w:rPr>
          <w:rFonts w:cs="B Nazanin"/>
          <w:b/>
          <w:bCs/>
          <w:sz w:val="24"/>
          <w:szCs w:val="24"/>
          <w:rtl/>
        </w:rPr>
        <w:t>نیکوتین باعث انقباض عروق جفتی شده و جریان خون و اکسیژن‌رسانی به جنین را کاهش می‌دهد</w:t>
      </w:r>
      <w:r w:rsidRPr="002C4E4D">
        <w:rPr>
          <w:rFonts w:cs="B Nazanin"/>
          <w:b/>
          <w:bCs/>
          <w:sz w:val="24"/>
          <w:szCs w:val="24"/>
        </w:rPr>
        <w:t>.</w:t>
      </w:r>
    </w:p>
    <w:p w14:paraId="798BAA5D" w14:textId="7BA41EDA" w:rsidR="002C4E4D" w:rsidRPr="002C4E4D" w:rsidRDefault="002C4E4D" w:rsidP="002C4E4D">
      <w:pPr>
        <w:numPr>
          <w:ilvl w:val="1"/>
          <w:numId w:val="25"/>
        </w:numPr>
        <w:bidi/>
        <w:jc w:val="both"/>
        <w:rPr>
          <w:rFonts w:cs="B Nazanin"/>
          <w:b/>
          <w:bCs/>
          <w:sz w:val="24"/>
          <w:szCs w:val="24"/>
        </w:rPr>
      </w:pPr>
      <w:r w:rsidRPr="002C4E4D">
        <w:rPr>
          <w:rFonts w:cs="B Nazanin"/>
          <w:b/>
          <w:bCs/>
          <w:sz w:val="24"/>
          <w:szCs w:val="24"/>
          <w:rtl/>
        </w:rPr>
        <w:t>محدودیت رشد جنین</w:t>
      </w:r>
      <w:r w:rsidRPr="002C4E4D">
        <w:rPr>
          <w:rFonts w:cs="B Nazanin"/>
          <w:b/>
          <w:bCs/>
          <w:sz w:val="24"/>
          <w:szCs w:val="24"/>
        </w:rPr>
        <w:t xml:space="preserve"> (IUGR)</w:t>
      </w:r>
      <w:r w:rsidR="00027014">
        <w:rPr>
          <w:rFonts w:cs="B Nazanin" w:hint="cs"/>
          <w:b/>
          <w:bCs/>
          <w:sz w:val="24"/>
          <w:szCs w:val="24"/>
          <w:rtl/>
        </w:rPr>
        <w:t xml:space="preserve"> </w:t>
      </w:r>
      <w:r w:rsidRPr="002C4E4D">
        <w:rPr>
          <w:rFonts w:cs="B Nazanin"/>
          <w:b/>
          <w:bCs/>
          <w:sz w:val="24"/>
          <w:szCs w:val="24"/>
        </w:rPr>
        <w:t>:</w:t>
      </w:r>
      <w:r w:rsidR="00027014">
        <w:rPr>
          <w:rFonts w:cs="B Nazanin" w:hint="cs"/>
          <w:b/>
          <w:bCs/>
          <w:sz w:val="24"/>
          <w:szCs w:val="24"/>
          <w:rtl/>
        </w:rPr>
        <w:t xml:space="preserve"> </w:t>
      </w:r>
      <w:r w:rsidRPr="002C4E4D">
        <w:rPr>
          <w:rFonts w:cs="B Nazanin"/>
          <w:b/>
          <w:bCs/>
          <w:sz w:val="24"/>
          <w:szCs w:val="24"/>
        </w:rPr>
        <w:t xml:space="preserve"> </w:t>
      </w:r>
      <w:r w:rsidRPr="002C4E4D">
        <w:rPr>
          <w:rFonts w:cs="B Nazanin"/>
          <w:b/>
          <w:bCs/>
          <w:sz w:val="24"/>
          <w:szCs w:val="24"/>
          <w:rtl/>
        </w:rPr>
        <w:t>سیگار کشیدن یکی از عوامل اصلی</w:t>
      </w:r>
      <w:r w:rsidRPr="002C4E4D">
        <w:rPr>
          <w:rFonts w:cs="B Nazanin"/>
          <w:b/>
          <w:bCs/>
          <w:sz w:val="24"/>
          <w:szCs w:val="24"/>
        </w:rPr>
        <w:t xml:space="preserve"> IUGR </w:t>
      </w:r>
      <w:r w:rsidRPr="002C4E4D">
        <w:rPr>
          <w:rFonts w:cs="B Nazanin"/>
          <w:b/>
          <w:bCs/>
          <w:sz w:val="24"/>
          <w:szCs w:val="24"/>
          <w:rtl/>
        </w:rPr>
        <w:t>است</w:t>
      </w:r>
      <w:r w:rsidRPr="002C4E4D">
        <w:rPr>
          <w:rFonts w:cs="B Nazanin"/>
          <w:b/>
          <w:bCs/>
          <w:sz w:val="24"/>
          <w:szCs w:val="24"/>
        </w:rPr>
        <w:t>.</w:t>
      </w:r>
    </w:p>
    <w:p w14:paraId="7E1399C8" w14:textId="77777777" w:rsidR="002C4E4D" w:rsidRPr="002C4E4D" w:rsidRDefault="002C4E4D" w:rsidP="002C4E4D">
      <w:pPr>
        <w:numPr>
          <w:ilvl w:val="1"/>
          <w:numId w:val="25"/>
        </w:numPr>
        <w:bidi/>
        <w:jc w:val="both"/>
        <w:rPr>
          <w:rFonts w:cs="B Nazanin"/>
          <w:b/>
          <w:bCs/>
          <w:sz w:val="24"/>
          <w:szCs w:val="24"/>
        </w:rPr>
      </w:pPr>
      <w:r w:rsidRPr="002C4E4D">
        <w:rPr>
          <w:rFonts w:cs="B Nazanin"/>
          <w:b/>
          <w:bCs/>
          <w:sz w:val="24"/>
          <w:szCs w:val="24"/>
          <w:rtl/>
        </w:rPr>
        <w:t>افزایش خطر جداشدگی زودرس جفت</w:t>
      </w:r>
      <w:r w:rsidRPr="002C4E4D">
        <w:rPr>
          <w:rFonts w:cs="B Nazanin"/>
          <w:b/>
          <w:bCs/>
          <w:sz w:val="24"/>
          <w:szCs w:val="24"/>
        </w:rPr>
        <w:t xml:space="preserve">: </w:t>
      </w:r>
      <w:r w:rsidRPr="002C4E4D">
        <w:rPr>
          <w:rFonts w:cs="B Nazanin"/>
          <w:b/>
          <w:bCs/>
          <w:sz w:val="24"/>
          <w:szCs w:val="24"/>
          <w:rtl/>
        </w:rPr>
        <w:t>خطر پارگی زودرس کیسه آمنیوتیک و زایمان زودرس</w:t>
      </w:r>
      <w:r w:rsidRPr="002C4E4D">
        <w:rPr>
          <w:rFonts w:cs="B Nazanin"/>
          <w:b/>
          <w:bCs/>
          <w:sz w:val="24"/>
          <w:szCs w:val="24"/>
        </w:rPr>
        <w:t>.</w:t>
      </w:r>
    </w:p>
    <w:p w14:paraId="50FF925B" w14:textId="201FAB78" w:rsidR="002C4E4D" w:rsidRPr="002C4E4D" w:rsidRDefault="002C4E4D" w:rsidP="002C4E4D">
      <w:pPr>
        <w:numPr>
          <w:ilvl w:val="1"/>
          <w:numId w:val="25"/>
        </w:numPr>
        <w:bidi/>
        <w:jc w:val="both"/>
        <w:rPr>
          <w:rFonts w:cs="B Nazanin"/>
          <w:b/>
          <w:bCs/>
          <w:sz w:val="24"/>
          <w:szCs w:val="24"/>
        </w:rPr>
      </w:pPr>
      <w:r w:rsidRPr="002C4E4D">
        <w:rPr>
          <w:rFonts w:cs="B Nazanin"/>
          <w:b/>
          <w:bCs/>
          <w:sz w:val="24"/>
          <w:szCs w:val="24"/>
          <w:rtl/>
        </w:rPr>
        <w:t>سندرم مرگ ناگهانی نوزاد</w:t>
      </w:r>
      <w:r w:rsidRPr="002C4E4D">
        <w:rPr>
          <w:rFonts w:cs="B Nazanin"/>
          <w:b/>
          <w:bCs/>
          <w:sz w:val="24"/>
          <w:szCs w:val="24"/>
        </w:rPr>
        <w:t xml:space="preserve"> (SIDS)</w:t>
      </w:r>
      <w:r w:rsidR="00027014">
        <w:rPr>
          <w:rFonts w:cs="B Nazanin" w:hint="cs"/>
          <w:b/>
          <w:bCs/>
          <w:sz w:val="24"/>
          <w:szCs w:val="24"/>
          <w:rtl/>
        </w:rPr>
        <w:t xml:space="preserve"> </w:t>
      </w:r>
      <w:r w:rsidRPr="002C4E4D">
        <w:rPr>
          <w:rFonts w:cs="B Nazanin"/>
          <w:b/>
          <w:bCs/>
          <w:sz w:val="24"/>
          <w:szCs w:val="24"/>
        </w:rPr>
        <w:t>:</w:t>
      </w:r>
      <w:r w:rsidR="00027014">
        <w:rPr>
          <w:rFonts w:cs="B Nazanin" w:hint="cs"/>
          <w:b/>
          <w:bCs/>
          <w:sz w:val="24"/>
          <w:szCs w:val="24"/>
          <w:rtl/>
        </w:rPr>
        <w:t xml:space="preserve"> </w:t>
      </w:r>
      <w:r w:rsidRPr="002C4E4D">
        <w:rPr>
          <w:rFonts w:cs="B Nazanin"/>
          <w:b/>
          <w:bCs/>
          <w:sz w:val="24"/>
          <w:szCs w:val="24"/>
        </w:rPr>
        <w:t xml:space="preserve"> </w:t>
      </w:r>
      <w:r w:rsidRPr="002C4E4D">
        <w:rPr>
          <w:rFonts w:cs="B Nazanin"/>
          <w:b/>
          <w:bCs/>
          <w:sz w:val="24"/>
          <w:szCs w:val="24"/>
          <w:rtl/>
        </w:rPr>
        <w:t>نوزادانی که مادرانشان در دوران بارداری سیگار کشیده‌اند، در معرض خطر بیشتری برای</w:t>
      </w:r>
      <w:r w:rsidRPr="002C4E4D">
        <w:rPr>
          <w:rFonts w:cs="B Nazanin"/>
          <w:b/>
          <w:bCs/>
          <w:sz w:val="24"/>
          <w:szCs w:val="24"/>
        </w:rPr>
        <w:t xml:space="preserve"> SIDS </w:t>
      </w:r>
      <w:r w:rsidRPr="002C4E4D">
        <w:rPr>
          <w:rFonts w:cs="B Nazanin"/>
          <w:b/>
          <w:bCs/>
          <w:sz w:val="24"/>
          <w:szCs w:val="24"/>
          <w:rtl/>
        </w:rPr>
        <w:t>قرار دارند</w:t>
      </w:r>
      <w:r w:rsidRPr="002C4E4D">
        <w:rPr>
          <w:rFonts w:cs="B Nazanin"/>
          <w:b/>
          <w:bCs/>
          <w:sz w:val="24"/>
          <w:szCs w:val="24"/>
        </w:rPr>
        <w:t>.</w:t>
      </w:r>
    </w:p>
    <w:p w14:paraId="779E7AE8" w14:textId="77777777" w:rsidR="002C4E4D" w:rsidRPr="002C4E4D" w:rsidRDefault="002C4E4D" w:rsidP="002C4E4D">
      <w:pPr>
        <w:numPr>
          <w:ilvl w:val="1"/>
          <w:numId w:val="25"/>
        </w:numPr>
        <w:bidi/>
        <w:jc w:val="both"/>
        <w:rPr>
          <w:rFonts w:cs="B Nazanin"/>
          <w:b/>
          <w:bCs/>
          <w:sz w:val="24"/>
          <w:szCs w:val="24"/>
        </w:rPr>
      </w:pPr>
      <w:r w:rsidRPr="002C4E4D">
        <w:rPr>
          <w:rFonts w:cs="B Nazanin"/>
          <w:b/>
          <w:bCs/>
          <w:sz w:val="24"/>
          <w:szCs w:val="24"/>
          <w:rtl/>
        </w:rPr>
        <w:lastRenderedPageBreak/>
        <w:t>مرگ داخل رحمی</w:t>
      </w:r>
      <w:r w:rsidRPr="002C4E4D">
        <w:rPr>
          <w:rFonts w:cs="B Nazanin"/>
          <w:b/>
          <w:bCs/>
          <w:sz w:val="24"/>
          <w:szCs w:val="24"/>
        </w:rPr>
        <w:t xml:space="preserve">: </w:t>
      </w:r>
      <w:r w:rsidRPr="002C4E4D">
        <w:rPr>
          <w:rFonts w:cs="B Nazanin"/>
          <w:b/>
          <w:bCs/>
          <w:sz w:val="24"/>
          <w:szCs w:val="24"/>
          <w:rtl/>
        </w:rPr>
        <w:t>سیگار کشیدن خطر مرگ داخل رحمی را به طور قابل توجهی افزایش می‌دهد</w:t>
      </w:r>
      <w:r w:rsidRPr="002C4E4D">
        <w:rPr>
          <w:rFonts w:cs="B Nazanin"/>
          <w:b/>
          <w:bCs/>
          <w:sz w:val="24"/>
          <w:szCs w:val="24"/>
        </w:rPr>
        <w:t>.</w:t>
      </w:r>
    </w:p>
    <w:p w14:paraId="15DE0BEC" w14:textId="7A01E42C" w:rsidR="002C4E4D" w:rsidRPr="002C4E4D" w:rsidRDefault="002C4E4D" w:rsidP="002C4E4D">
      <w:pPr>
        <w:numPr>
          <w:ilvl w:val="0"/>
          <w:numId w:val="25"/>
        </w:numPr>
        <w:bidi/>
        <w:jc w:val="both"/>
        <w:rPr>
          <w:rFonts w:cs="B Nazanin"/>
          <w:b/>
          <w:bCs/>
          <w:sz w:val="24"/>
          <w:szCs w:val="24"/>
        </w:rPr>
      </w:pPr>
      <w:r w:rsidRPr="002C4E4D">
        <w:rPr>
          <w:rFonts w:cs="B Nazanin"/>
          <w:b/>
          <w:bCs/>
          <w:sz w:val="24"/>
          <w:szCs w:val="24"/>
          <w:rtl/>
        </w:rPr>
        <w:t>مواد مخدر</w:t>
      </w:r>
      <w:r w:rsidRPr="002C4E4D">
        <w:rPr>
          <w:rFonts w:cs="B Nazanin"/>
          <w:b/>
          <w:bCs/>
          <w:sz w:val="24"/>
          <w:szCs w:val="24"/>
        </w:rPr>
        <w:t xml:space="preserve"> (Drugs of Abuse)</w:t>
      </w:r>
      <w:r w:rsidR="00027014">
        <w:rPr>
          <w:rFonts w:cs="B Nazanin" w:hint="cs"/>
          <w:b/>
          <w:bCs/>
          <w:sz w:val="24"/>
          <w:szCs w:val="24"/>
          <w:rtl/>
        </w:rPr>
        <w:t xml:space="preserve"> </w:t>
      </w:r>
      <w:r w:rsidRPr="002C4E4D">
        <w:rPr>
          <w:rFonts w:cs="B Nazanin"/>
          <w:b/>
          <w:bCs/>
          <w:sz w:val="24"/>
          <w:szCs w:val="24"/>
        </w:rPr>
        <w:t>:</w:t>
      </w:r>
    </w:p>
    <w:p w14:paraId="027C171C" w14:textId="22F4A8D4" w:rsidR="002C4E4D" w:rsidRPr="002C4E4D" w:rsidRDefault="002C4E4D" w:rsidP="002C4E4D">
      <w:pPr>
        <w:numPr>
          <w:ilvl w:val="1"/>
          <w:numId w:val="25"/>
        </w:numPr>
        <w:bidi/>
        <w:jc w:val="both"/>
        <w:rPr>
          <w:rFonts w:cs="B Nazanin"/>
          <w:b/>
          <w:bCs/>
          <w:sz w:val="24"/>
          <w:szCs w:val="24"/>
        </w:rPr>
      </w:pPr>
      <w:r w:rsidRPr="002C4E4D">
        <w:rPr>
          <w:rFonts w:cs="B Nazanin"/>
          <w:b/>
          <w:bCs/>
          <w:sz w:val="24"/>
          <w:szCs w:val="24"/>
          <w:rtl/>
        </w:rPr>
        <w:t>اوپیوئیدها</w:t>
      </w:r>
      <w:r w:rsidRPr="002C4E4D">
        <w:rPr>
          <w:rFonts w:cs="B Nazanin"/>
          <w:b/>
          <w:bCs/>
          <w:sz w:val="24"/>
          <w:szCs w:val="24"/>
        </w:rPr>
        <w:t xml:space="preserve"> (Opioids)</w:t>
      </w:r>
      <w:r w:rsidR="00027014">
        <w:rPr>
          <w:rFonts w:cs="B Nazanin" w:hint="cs"/>
          <w:b/>
          <w:bCs/>
          <w:sz w:val="24"/>
          <w:szCs w:val="24"/>
          <w:rtl/>
        </w:rPr>
        <w:t xml:space="preserve"> </w:t>
      </w:r>
      <w:r w:rsidRPr="002C4E4D">
        <w:rPr>
          <w:rFonts w:cs="B Nazanin"/>
          <w:b/>
          <w:bCs/>
          <w:sz w:val="24"/>
          <w:szCs w:val="24"/>
        </w:rPr>
        <w:t>:</w:t>
      </w:r>
      <w:r w:rsidR="00027014">
        <w:rPr>
          <w:rFonts w:cs="B Nazanin" w:hint="cs"/>
          <w:b/>
          <w:bCs/>
          <w:sz w:val="24"/>
          <w:szCs w:val="24"/>
          <w:rtl/>
        </w:rPr>
        <w:t xml:space="preserve"> </w:t>
      </w:r>
      <w:r w:rsidRPr="002C4E4D">
        <w:rPr>
          <w:rFonts w:cs="B Nazanin"/>
          <w:b/>
          <w:bCs/>
          <w:sz w:val="24"/>
          <w:szCs w:val="24"/>
        </w:rPr>
        <w:t xml:space="preserve"> </w:t>
      </w:r>
      <w:r w:rsidRPr="002C4E4D">
        <w:rPr>
          <w:rFonts w:cs="B Nazanin"/>
          <w:b/>
          <w:bCs/>
          <w:sz w:val="24"/>
          <w:szCs w:val="24"/>
          <w:rtl/>
        </w:rPr>
        <w:t>مانند هروئین و مورفین، مصرف آن‌ها در دوران بارداری می‌تواند منجر به سندرم محرومیت نوزادی</w:t>
      </w:r>
      <w:r w:rsidRPr="002C4E4D">
        <w:rPr>
          <w:rFonts w:cs="B Nazanin"/>
          <w:b/>
          <w:bCs/>
          <w:sz w:val="24"/>
          <w:szCs w:val="24"/>
        </w:rPr>
        <w:t xml:space="preserve"> (Neonatal Abstinence Syndrome - NAS) </w:t>
      </w:r>
      <w:r w:rsidRPr="002C4E4D">
        <w:rPr>
          <w:rFonts w:cs="B Nazanin"/>
          <w:b/>
          <w:bCs/>
          <w:sz w:val="24"/>
          <w:szCs w:val="24"/>
          <w:rtl/>
        </w:rPr>
        <w:t>شود که با علائم ترک مواد در نوزاد همراه است. همچنین، مصرف مواد مخدر با افزایش خطر زایمان زودرس، محدودیت رشد جنین، و مرگ داخل رحمی مرتبط است</w:t>
      </w:r>
      <w:r w:rsidRPr="002C4E4D">
        <w:rPr>
          <w:rFonts w:cs="B Nazanin"/>
          <w:b/>
          <w:bCs/>
          <w:sz w:val="24"/>
          <w:szCs w:val="24"/>
        </w:rPr>
        <w:t>.</w:t>
      </w:r>
    </w:p>
    <w:p w14:paraId="6D8F2D63" w14:textId="1AAF50F9" w:rsidR="002C4E4D" w:rsidRPr="002C4E4D" w:rsidRDefault="002C4E4D" w:rsidP="002C4E4D">
      <w:pPr>
        <w:numPr>
          <w:ilvl w:val="1"/>
          <w:numId w:val="25"/>
        </w:numPr>
        <w:bidi/>
        <w:jc w:val="both"/>
        <w:rPr>
          <w:rFonts w:cs="B Nazanin"/>
          <w:b/>
          <w:bCs/>
          <w:sz w:val="24"/>
          <w:szCs w:val="24"/>
        </w:rPr>
      </w:pPr>
      <w:r w:rsidRPr="002C4E4D">
        <w:rPr>
          <w:rFonts w:cs="B Nazanin"/>
          <w:b/>
          <w:bCs/>
          <w:sz w:val="24"/>
          <w:szCs w:val="24"/>
          <w:rtl/>
        </w:rPr>
        <w:t>کوکائین</w:t>
      </w:r>
      <w:r w:rsidRPr="002C4E4D">
        <w:rPr>
          <w:rFonts w:cs="B Nazanin"/>
          <w:b/>
          <w:bCs/>
          <w:sz w:val="24"/>
          <w:szCs w:val="24"/>
        </w:rPr>
        <w:t xml:space="preserve"> (Cocaine)</w:t>
      </w:r>
      <w:r w:rsidR="00027014">
        <w:rPr>
          <w:rFonts w:cs="B Nazanin" w:hint="cs"/>
          <w:b/>
          <w:bCs/>
          <w:sz w:val="24"/>
          <w:szCs w:val="24"/>
          <w:rtl/>
        </w:rPr>
        <w:t xml:space="preserve">:  </w:t>
      </w:r>
      <w:r w:rsidRPr="002C4E4D">
        <w:rPr>
          <w:rFonts w:cs="B Nazanin"/>
          <w:b/>
          <w:bCs/>
          <w:sz w:val="24"/>
          <w:szCs w:val="24"/>
          <w:rtl/>
        </w:rPr>
        <w:t>یک وازوکون</w:t>
      </w:r>
      <w:proofErr w:type="spellStart"/>
      <w:r w:rsidRPr="002C4E4D">
        <w:rPr>
          <w:rFonts w:cs="B Nazanin"/>
          <w:b/>
          <w:bCs/>
          <w:sz w:val="24"/>
          <w:szCs w:val="24"/>
        </w:rPr>
        <w:t>стри</w:t>
      </w:r>
      <w:proofErr w:type="spellEnd"/>
      <w:r w:rsidRPr="002C4E4D">
        <w:rPr>
          <w:rFonts w:cs="B Nazanin"/>
          <w:b/>
          <w:bCs/>
          <w:sz w:val="24"/>
          <w:szCs w:val="24"/>
          <w:rtl/>
        </w:rPr>
        <w:t>کتور (منقبض کننده عروق) قوی است که می‌تواند باعث کاهش شدید جریان خون به جفت و جنین شده و منجر به جداشدگی زودرس جفت، سکته مغزی جنینی، محدودیت رشد، و مرگ داخل رحمی شود</w:t>
      </w:r>
      <w:r w:rsidRPr="002C4E4D">
        <w:rPr>
          <w:rFonts w:cs="B Nazanin"/>
          <w:b/>
          <w:bCs/>
          <w:sz w:val="24"/>
          <w:szCs w:val="24"/>
        </w:rPr>
        <w:t>.</w:t>
      </w:r>
    </w:p>
    <w:p w14:paraId="28CD3338" w14:textId="56C5E5A8" w:rsidR="002C4E4D" w:rsidRPr="002C4E4D" w:rsidRDefault="002C4E4D" w:rsidP="002C4E4D">
      <w:pPr>
        <w:numPr>
          <w:ilvl w:val="1"/>
          <w:numId w:val="25"/>
        </w:numPr>
        <w:bidi/>
        <w:jc w:val="both"/>
        <w:rPr>
          <w:rFonts w:cs="B Nazanin"/>
          <w:b/>
          <w:bCs/>
          <w:sz w:val="24"/>
          <w:szCs w:val="24"/>
        </w:rPr>
      </w:pPr>
      <w:r w:rsidRPr="002C4E4D">
        <w:rPr>
          <w:rFonts w:cs="B Nazanin"/>
          <w:b/>
          <w:bCs/>
          <w:sz w:val="24"/>
          <w:szCs w:val="24"/>
          <w:rtl/>
        </w:rPr>
        <w:t>آمفتامین‌ها</w:t>
      </w:r>
      <w:r w:rsidRPr="002C4E4D">
        <w:rPr>
          <w:rFonts w:cs="B Nazanin"/>
          <w:b/>
          <w:bCs/>
          <w:sz w:val="24"/>
          <w:szCs w:val="24"/>
        </w:rPr>
        <w:t xml:space="preserve"> (Amphetamines)</w:t>
      </w:r>
      <w:r w:rsidR="00027014">
        <w:rPr>
          <w:rFonts w:cs="B Nazanin" w:hint="cs"/>
          <w:b/>
          <w:bCs/>
          <w:sz w:val="24"/>
          <w:szCs w:val="24"/>
          <w:rtl/>
        </w:rPr>
        <w:t xml:space="preserve"> : </w:t>
      </w:r>
      <w:r w:rsidRPr="002C4E4D">
        <w:rPr>
          <w:rFonts w:cs="B Nazanin"/>
          <w:b/>
          <w:bCs/>
          <w:sz w:val="24"/>
          <w:szCs w:val="24"/>
          <w:rtl/>
        </w:rPr>
        <w:t>مصرف آن‌ها نیز با افزایش خطر زایمان زودرس، محدودیت رشد جنین، و نقایص مادرزادی همراه است</w:t>
      </w:r>
      <w:r w:rsidRPr="002C4E4D">
        <w:rPr>
          <w:rFonts w:cs="B Nazanin"/>
          <w:b/>
          <w:bCs/>
          <w:sz w:val="24"/>
          <w:szCs w:val="24"/>
        </w:rPr>
        <w:t>.</w:t>
      </w:r>
    </w:p>
    <w:p w14:paraId="6332A64F" w14:textId="01083F11" w:rsidR="002C4E4D" w:rsidRPr="002C4E4D" w:rsidRDefault="002C4E4D" w:rsidP="002C4E4D">
      <w:pPr>
        <w:numPr>
          <w:ilvl w:val="0"/>
          <w:numId w:val="25"/>
        </w:numPr>
        <w:bidi/>
        <w:jc w:val="both"/>
        <w:rPr>
          <w:rFonts w:cs="B Nazanin"/>
          <w:b/>
          <w:bCs/>
          <w:sz w:val="24"/>
          <w:szCs w:val="24"/>
        </w:rPr>
      </w:pPr>
      <w:r w:rsidRPr="002C4E4D">
        <w:rPr>
          <w:rFonts w:cs="B Nazanin"/>
          <w:b/>
          <w:bCs/>
          <w:sz w:val="24"/>
          <w:szCs w:val="24"/>
          <w:rtl/>
        </w:rPr>
        <w:t>توضیح علمی</w:t>
      </w:r>
      <w:r w:rsidRPr="002C4E4D">
        <w:rPr>
          <w:rFonts w:cs="B Nazanin"/>
          <w:b/>
          <w:bCs/>
          <w:sz w:val="24"/>
          <w:szCs w:val="24"/>
        </w:rPr>
        <w:t>:</w:t>
      </w:r>
      <w:r w:rsidR="00027014">
        <w:rPr>
          <w:rFonts w:cs="B Nazanin" w:hint="cs"/>
          <w:b/>
          <w:bCs/>
          <w:sz w:val="24"/>
          <w:szCs w:val="24"/>
          <w:rtl/>
        </w:rPr>
        <w:t xml:space="preserve"> </w:t>
      </w:r>
      <w:r w:rsidRPr="002C4E4D">
        <w:rPr>
          <w:rFonts w:cs="B Nazanin"/>
          <w:b/>
          <w:bCs/>
          <w:sz w:val="24"/>
          <w:szCs w:val="24"/>
        </w:rPr>
        <w:t xml:space="preserve"> </w:t>
      </w:r>
      <w:r w:rsidRPr="002C4E4D">
        <w:rPr>
          <w:rFonts w:cs="B Nazanin"/>
          <w:b/>
          <w:bCs/>
          <w:sz w:val="24"/>
          <w:szCs w:val="24"/>
          <w:rtl/>
        </w:rPr>
        <w:t>این مواد از طریق جفت عبور کرده و بر تکامل اندام‌ها و سیستم عصبی جنین اثر می‌گذارند. اثرات زیان‌بار آن‌ها شامل اختلال در خون‌رسانی جفتی (به دلیل انقباض عروق)، کاهش انتقال مواد مغذی و اکسیژن، آسیب مستقیم به</w:t>
      </w:r>
      <w:r w:rsidRPr="002C4E4D">
        <w:rPr>
          <w:rFonts w:cs="B Nazanin"/>
          <w:b/>
          <w:bCs/>
          <w:sz w:val="24"/>
          <w:szCs w:val="24"/>
        </w:rPr>
        <w:t xml:space="preserve"> DNA </w:t>
      </w:r>
      <w:r w:rsidRPr="002C4E4D">
        <w:rPr>
          <w:rFonts w:cs="B Nazanin"/>
          <w:b/>
          <w:bCs/>
          <w:sz w:val="24"/>
          <w:szCs w:val="24"/>
          <w:rtl/>
        </w:rPr>
        <w:t>سلولی (موتوژنز)، اختلال در متابولیسم سلولی، و القای استرس اکسیداتیو است. الکل و برخی داروها می‌توانند مستقیماً باعث اختلال در تقسیم سلولی و مهاجرت سلول‌های جنینی در طول تکامل ارگان‌ها شوند</w:t>
      </w:r>
      <w:r w:rsidRPr="002C4E4D">
        <w:rPr>
          <w:rFonts w:cs="B Nazanin"/>
          <w:b/>
          <w:bCs/>
          <w:sz w:val="24"/>
          <w:szCs w:val="24"/>
        </w:rPr>
        <w:t>.</w:t>
      </w:r>
    </w:p>
    <w:p w14:paraId="29232308" w14:textId="009ACDA1" w:rsidR="002C4E4D" w:rsidRPr="002C4E4D" w:rsidRDefault="002C4E4D" w:rsidP="002C4E4D">
      <w:pPr>
        <w:bidi/>
        <w:jc w:val="both"/>
        <w:rPr>
          <w:rFonts w:cs="B Nazanin"/>
          <w:b/>
          <w:bCs/>
          <w:sz w:val="24"/>
          <w:szCs w:val="24"/>
        </w:rPr>
      </w:pPr>
    </w:p>
    <w:p w14:paraId="4403A6D3" w14:textId="4DCF4E50" w:rsidR="002C4E4D" w:rsidRPr="00027014" w:rsidRDefault="002C4E4D" w:rsidP="002C4E4D">
      <w:pPr>
        <w:bidi/>
        <w:jc w:val="both"/>
        <w:rPr>
          <w:rFonts w:cs="B Titr"/>
          <w:b/>
          <w:bCs/>
          <w:sz w:val="24"/>
          <w:szCs w:val="24"/>
        </w:rPr>
      </w:pPr>
      <w:r w:rsidRPr="00027014">
        <w:rPr>
          <w:rFonts w:cs="B Titr"/>
          <w:b/>
          <w:bCs/>
          <w:sz w:val="24"/>
          <w:szCs w:val="24"/>
          <w:rtl/>
          <w:lang w:bidi="fa-IR"/>
        </w:rPr>
        <w:t>۷</w:t>
      </w:r>
      <w:r w:rsidRPr="00027014">
        <w:rPr>
          <w:rFonts w:cs="B Titr"/>
          <w:b/>
          <w:bCs/>
          <w:sz w:val="24"/>
          <w:szCs w:val="24"/>
        </w:rPr>
        <w:t>.</w:t>
      </w:r>
      <w:r w:rsidR="00027014" w:rsidRPr="00027014">
        <w:rPr>
          <w:rFonts w:cs="B Titr" w:hint="cs"/>
          <w:b/>
          <w:bCs/>
          <w:sz w:val="24"/>
          <w:szCs w:val="24"/>
          <w:rtl/>
        </w:rPr>
        <w:t xml:space="preserve"> </w:t>
      </w:r>
      <w:r w:rsidRPr="00027014">
        <w:rPr>
          <w:rFonts w:cs="B Titr"/>
          <w:b/>
          <w:bCs/>
          <w:sz w:val="24"/>
          <w:szCs w:val="24"/>
        </w:rPr>
        <w:t xml:space="preserve"> </w:t>
      </w:r>
      <w:r w:rsidRPr="00027014">
        <w:rPr>
          <w:rFonts w:cs="B Titr"/>
          <w:b/>
          <w:bCs/>
          <w:sz w:val="24"/>
          <w:szCs w:val="24"/>
          <w:rtl/>
        </w:rPr>
        <w:t>عوامل روانی و استرس</w:t>
      </w:r>
    </w:p>
    <w:p w14:paraId="5B23B9FA" w14:textId="77777777" w:rsidR="002C4E4D" w:rsidRPr="002C4E4D" w:rsidRDefault="002C4E4D" w:rsidP="002C4E4D">
      <w:pPr>
        <w:bidi/>
        <w:jc w:val="both"/>
        <w:rPr>
          <w:rFonts w:cs="B Nazanin"/>
          <w:b/>
          <w:bCs/>
          <w:sz w:val="24"/>
          <w:szCs w:val="24"/>
        </w:rPr>
      </w:pPr>
      <w:r w:rsidRPr="002C4E4D">
        <w:rPr>
          <w:rFonts w:cs="B Nazanin"/>
          <w:b/>
          <w:bCs/>
          <w:sz w:val="24"/>
          <w:szCs w:val="24"/>
          <w:rtl/>
        </w:rPr>
        <w:t>سلامت روان مادر و سطح استرس او، نقشی غیرمستقیم اما مهم در حفظ حیات جنین ایفا می‌کند. استرس مزمن و اختلالات خلقی می‌توانند از طریق مکانیسم‌های فیزیولوژیک و رفتاری بر بارداری تاثیر بگذارند</w:t>
      </w:r>
      <w:r w:rsidRPr="002C4E4D">
        <w:rPr>
          <w:rFonts w:cs="B Nazanin"/>
          <w:b/>
          <w:bCs/>
          <w:sz w:val="24"/>
          <w:szCs w:val="24"/>
        </w:rPr>
        <w:t>.</w:t>
      </w:r>
    </w:p>
    <w:p w14:paraId="04A2970C" w14:textId="77777777" w:rsidR="002C4E4D" w:rsidRPr="002C4E4D" w:rsidRDefault="002C4E4D" w:rsidP="002C4E4D">
      <w:pPr>
        <w:bidi/>
        <w:jc w:val="both"/>
        <w:rPr>
          <w:rFonts w:cs="B Nazanin"/>
          <w:b/>
          <w:bCs/>
          <w:sz w:val="24"/>
          <w:szCs w:val="24"/>
        </w:rPr>
      </w:pPr>
      <w:r w:rsidRPr="002C4E4D">
        <w:rPr>
          <w:rFonts w:cs="B Nazanin"/>
          <w:b/>
          <w:bCs/>
          <w:sz w:val="24"/>
          <w:szCs w:val="24"/>
          <w:rtl/>
        </w:rPr>
        <w:t>استرس مزمن</w:t>
      </w:r>
      <w:r w:rsidRPr="002C4E4D">
        <w:rPr>
          <w:rFonts w:cs="B Nazanin"/>
          <w:b/>
          <w:bCs/>
          <w:sz w:val="24"/>
          <w:szCs w:val="24"/>
        </w:rPr>
        <w:t xml:space="preserve"> (Chronic Stress)</w:t>
      </w:r>
    </w:p>
    <w:p w14:paraId="6C89580F" w14:textId="77777777" w:rsidR="002C4E4D" w:rsidRPr="002C4E4D" w:rsidRDefault="002C4E4D" w:rsidP="002C4E4D">
      <w:pPr>
        <w:bidi/>
        <w:jc w:val="both"/>
        <w:rPr>
          <w:rFonts w:cs="B Nazanin"/>
          <w:b/>
          <w:bCs/>
          <w:sz w:val="24"/>
          <w:szCs w:val="24"/>
        </w:rPr>
      </w:pPr>
      <w:r w:rsidRPr="002C4E4D">
        <w:rPr>
          <w:rFonts w:cs="B Nazanin"/>
          <w:b/>
          <w:bCs/>
          <w:sz w:val="24"/>
          <w:szCs w:val="24"/>
          <w:rtl/>
        </w:rPr>
        <w:t>مواجهه طولانی‌مدت با عوامل استرس‌زا (مانند مشکلات مالی، فشارهای شغلی، روابط ناپایدار، یا درگیری‌های خانوادگی) می‌تواند اثرات منفی قابل توجهی بر بارداری داشته باشد</w:t>
      </w:r>
      <w:r w:rsidRPr="002C4E4D">
        <w:rPr>
          <w:rFonts w:cs="B Nazanin"/>
          <w:b/>
          <w:bCs/>
          <w:sz w:val="24"/>
          <w:szCs w:val="24"/>
        </w:rPr>
        <w:t>.</w:t>
      </w:r>
    </w:p>
    <w:p w14:paraId="6C043A32" w14:textId="1EFD9DA4" w:rsidR="002C4E4D" w:rsidRPr="002C4E4D" w:rsidRDefault="002C4E4D" w:rsidP="002C4E4D">
      <w:pPr>
        <w:numPr>
          <w:ilvl w:val="0"/>
          <w:numId w:val="26"/>
        </w:numPr>
        <w:bidi/>
        <w:jc w:val="both"/>
        <w:rPr>
          <w:rFonts w:cs="B Nazanin"/>
          <w:b/>
          <w:bCs/>
          <w:sz w:val="24"/>
          <w:szCs w:val="24"/>
        </w:rPr>
      </w:pPr>
      <w:r w:rsidRPr="002C4E4D">
        <w:rPr>
          <w:rFonts w:cs="B Nazanin"/>
          <w:b/>
          <w:bCs/>
          <w:sz w:val="24"/>
          <w:szCs w:val="24"/>
          <w:rtl/>
        </w:rPr>
        <w:t>تغییرات هورمونی</w:t>
      </w:r>
      <w:r w:rsidRPr="002C4E4D">
        <w:rPr>
          <w:rFonts w:cs="B Nazanin"/>
          <w:b/>
          <w:bCs/>
          <w:sz w:val="24"/>
          <w:szCs w:val="24"/>
        </w:rPr>
        <w:t>:</w:t>
      </w:r>
      <w:r w:rsidR="00027014">
        <w:rPr>
          <w:rFonts w:cs="B Nazanin" w:hint="cs"/>
          <w:b/>
          <w:bCs/>
          <w:sz w:val="24"/>
          <w:szCs w:val="24"/>
          <w:rtl/>
        </w:rPr>
        <w:t xml:space="preserve"> </w:t>
      </w:r>
      <w:r w:rsidRPr="002C4E4D">
        <w:rPr>
          <w:rFonts w:cs="B Nazanin"/>
          <w:b/>
          <w:bCs/>
          <w:sz w:val="24"/>
          <w:szCs w:val="24"/>
        </w:rPr>
        <w:t xml:space="preserve"> </w:t>
      </w:r>
      <w:r w:rsidRPr="002C4E4D">
        <w:rPr>
          <w:rFonts w:cs="B Nazanin"/>
          <w:b/>
          <w:bCs/>
          <w:sz w:val="24"/>
          <w:szCs w:val="24"/>
          <w:rtl/>
        </w:rPr>
        <w:t>استرس مزمن منجر به فعال شدن مداوم محور هیپوتالاموس-هیپوفیز-آدرنال</w:t>
      </w:r>
      <w:r w:rsidRPr="002C4E4D">
        <w:rPr>
          <w:rFonts w:cs="B Nazanin"/>
          <w:b/>
          <w:bCs/>
          <w:sz w:val="24"/>
          <w:szCs w:val="24"/>
        </w:rPr>
        <w:t xml:space="preserve"> (HPA axis) </w:t>
      </w:r>
      <w:r w:rsidRPr="002C4E4D">
        <w:rPr>
          <w:rFonts w:cs="B Nazanin"/>
          <w:b/>
          <w:bCs/>
          <w:sz w:val="24"/>
          <w:szCs w:val="24"/>
          <w:rtl/>
        </w:rPr>
        <w:t xml:space="preserve">می‌شود که به نوبه خود باعث افزایش سطح کورتیزول و سایر هورمون‌های استرس می‌گردد. کورتیزول می‌تواند از جفت عبور کرده و بر رشد و تکامل مغز جنین تاثیر بگذارد. همچنین، </w:t>
      </w:r>
      <w:r w:rsidRPr="002C4E4D">
        <w:rPr>
          <w:rFonts w:cs="B Nazanin"/>
          <w:b/>
          <w:bCs/>
          <w:sz w:val="24"/>
          <w:szCs w:val="24"/>
          <w:rtl/>
        </w:rPr>
        <w:lastRenderedPageBreak/>
        <w:t>افزایش کاتکول‌آمین‌ها (مانند آدرنالین و نورآدرنالین) ناشی از استرس، می‌تواند باعث انقباض عروق جفتی و کاهش جریان خون به جنین شود</w:t>
      </w:r>
      <w:r w:rsidRPr="002C4E4D">
        <w:rPr>
          <w:rFonts w:cs="B Nazanin"/>
          <w:b/>
          <w:bCs/>
          <w:sz w:val="24"/>
          <w:szCs w:val="24"/>
        </w:rPr>
        <w:t>.</w:t>
      </w:r>
    </w:p>
    <w:p w14:paraId="79398F04" w14:textId="37BC5D46" w:rsidR="002C4E4D" w:rsidRPr="002C4E4D" w:rsidRDefault="002C4E4D" w:rsidP="002C4E4D">
      <w:pPr>
        <w:numPr>
          <w:ilvl w:val="0"/>
          <w:numId w:val="26"/>
        </w:numPr>
        <w:bidi/>
        <w:jc w:val="both"/>
        <w:rPr>
          <w:rFonts w:cs="B Nazanin"/>
          <w:b/>
          <w:bCs/>
          <w:sz w:val="24"/>
          <w:szCs w:val="24"/>
        </w:rPr>
      </w:pPr>
      <w:r w:rsidRPr="002C4E4D">
        <w:rPr>
          <w:rFonts w:cs="B Nazanin"/>
          <w:b/>
          <w:bCs/>
          <w:sz w:val="24"/>
          <w:szCs w:val="24"/>
          <w:rtl/>
        </w:rPr>
        <w:t>التهاب سیستمیک</w:t>
      </w:r>
      <w:r w:rsidR="00027014">
        <w:rPr>
          <w:rFonts w:cs="B Nazanin" w:hint="cs"/>
          <w:b/>
          <w:bCs/>
          <w:sz w:val="24"/>
          <w:szCs w:val="24"/>
          <w:rtl/>
        </w:rPr>
        <w:t xml:space="preserve"> </w:t>
      </w:r>
      <w:r w:rsidRPr="002C4E4D">
        <w:rPr>
          <w:rFonts w:cs="B Nazanin"/>
          <w:b/>
          <w:bCs/>
          <w:sz w:val="24"/>
          <w:szCs w:val="24"/>
        </w:rPr>
        <w:t>:</w:t>
      </w:r>
      <w:r w:rsidR="00027014">
        <w:rPr>
          <w:rFonts w:cs="B Nazanin" w:hint="cs"/>
          <w:b/>
          <w:bCs/>
          <w:sz w:val="24"/>
          <w:szCs w:val="24"/>
          <w:rtl/>
        </w:rPr>
        <w:t xml:space="preserve"> </w:t>
      </w:r>
      <w:r w:rsidRPr="002C4E4D">
        <w:rPr>
          <w:rFonts w:cs="B Nazanin"/>
          <w:b/>
          <w:bCs/>
          <w:sz w:val="24"/>
          <w:szCs w:val="24"/>
        </w:rPr>
        <w:t xml:space="preserve"> </w:t>
      </w:r>
      <w:r w:rsidRPr="002C4E4D">
        <w:rPr>
          <w:rFonts w:cs="B Nazanin"/>
          <w:b/>
          <w:bCs/>
          <w:sz w:val="24"/>
          <w:szCs w:val="24"/>
          <w:rtl/>
        </w:rPr>
        <w:t>استرس مزمن می‌تواند منجر به افزایش سطوح سایتوکاین‌های پیش‌التهابی</w:t>
      </w:r>
      <w:r w:rsidRPr="002C4E4D">
        <w:rPr>
          <w:rFonts w:cs="B Nazanin"/>
          <w:b/>
          <w:bCs/>
          <w:sz w:val="24"/>
          <w:szCs w:val="24"/>
        </w:rPr>
        <w:t xml:space="preserve"> (pro-inflammatory cytokines) </w:t>
      </w:r>
      <w:r w:rsidRPr="002C4E4D">
        <w:rPr>
          <w:rFonts w:cs="B Nazanin"/>
          <w:b/>
          <w:bCs/>
          <w:sz w:val="24"/>
          <w:szCs w:val="24"/>
          <w:rtl/>
        </w:rPr>
        <w:t>در بدن مادر شود. این التهاب سیستمیک می‌تواند بر عملکرد جفت تاثیر گذاشته و خطر زایمان زودرس را افزایش دهد</w:t>
      </w:r>
      <w:r w:rsidRPr="002C4E4D">
        <w:rPr>
          <w:rFonts w:cs="B Nazanin"/>
          <w:b/>
          <w:bCs/>
          <w:sz w:val="24"/>
          <w:szCs w:val="24"/>
        </w:rPr>
        <w:t>.</w:t>
      </w:r>
    </w:p>
    <w:p w14:paraId="30307A39" w14:textId="77777777" w:rsidR="002C4E4D" w:rsidRPr="002C4E4D" w:rsidRDefault="002C4E4D" w:rsidP="002C4E4D">
      <w:pPr>
        <w:numPr>
          <w:ilvl w:val="0"/>
          <w:numId w:val="26"/>
        </w:numPr>
        <w:bidi/>
        <w:jc w:val="both"/>
        <w:rPr>
          <w:rFonts w:cs="B Nazanin"/>
          <w:b/>
          <w:bCs/>
          <w:sz w:val="24"/>
          <w:szCs w:val="24"/>
        </w:rPr>
      </w:pPr>
      <w:r w:rsidRPr="002C4E4D">
        <w:rPr>
          <w:rFonts w:cs="B Nazanin"/>
          <w:b/>
          <w:bCs/>
          <w:sz w:val="24"/>
          <w:szCs w:val="24"/>
          <w:rtl/>
        </w:rPr>
        <w:t>تغییرات در رفتار مادر</w:t>
      </w:r>
      <w:r w:rsidRPr="002C4E4D">
        <w:rPr>
          <w:rFonts w:cs="B Nazanin"/>
          <w:b/>
          <w:bCs/>
          <w:sz w:val="24"/>
          <w:szCs w:val="24"/>
        </w:rPr>
        <w:t xml:space="preserve">: </w:t>
      </w:r>
      <w:r w:rsidRPr="002C4E4D">
        <w:rPr>
          <w:rFonts w:cs="B Nazanin"/>
          <w:b/>
          <w:bCs/>
          <w:sz w:val="24"/>
          <w:szCs w:val="24"/>
          <w:rtl/>
        </w:rPr>
        <w:t>مادران تحت استرس مزمن ممکن است رفتارهای ناسالمی را در پیش گیرند، مانند سیگار کشیدن، مصرف الکل، یا تغذیه نامناسب، که همگی بر سلامت جنین تاثیر منفی می‌گذارند</w:t>
      </w:r>
      <w:r w:rsidRPr="002C4E4D">
        <w:rPr>
          <w:rFonts w:cs="B Nazanin"/>
          <w:b/>
          <w:bCs/>
          <w:sz w:val="24"/>
          <w:szCs w:val="24"/>
        </w:rPr>
        <w:t>.</w:t>
      </w:r>
    </w:p>
    <w:p w14:paraId="4ECDBA97" w14:textId="77777777" w:rsidR="002C4E4D" w:rsidRPr="002C4E4D" w:rsidRDefault="002C4E4D" w:rsidP="002C4E4D">
      <w:pPr>
        <w:bidi/>
        <w:jc w:val="both"/>
        <w:rPr>
          <w:rFonts w:cs="B Nazanin"/>
          <w:b/>
          <w:bCs/>
          <w:sz w:val="24"/>
          <w:szCs w:val="24"/>
        </w:rPr>
      </w:pPr>
      <w:r w:rsidRPr="002C4E4D">
        <w:rPr>
          <w:rFonts w:cs="B Nazanin"/>
          <w:b/>
          <w:bCs/>
          <w:sz w:val="24"/>
          <w:szCs w:val="24"/>
          <w:rtl/>
        </w:rPr>
        <w:t>افسردگی و اضطراب</w:t>
      </w:r>
      <w:r w:rsidRPr="002C4E4D">
        <w:rPr>
          <w:rFonts w:cs="B Nazanin"/>
          <w:b/>
          <w:bCs/>
          <w:sz w:val="24"/>
          <w:szCs w:val="24"/>
        </w:rPr>
        <w:t xml:space="preserve"> (Depression and Anxiety)</w:t>
      </w:r>
    </w:p>
    <w:p w14:paraId="457C238C" w14:textId="77777777" w:rsidR="002C4E4D" w:rsidRPr="002C4E4D" w:rsidRDefault="002C4E4D" w:rsidP="002C4E4D">
      <w:pPr>
        <w:bidi/>
        <w:jc w:val="both"/>
        <w:rPr>
          <w:rFonts w:cs="B Nazanin"/>
          <w:b/>
          <w:bCs/>
          <w:sz w:val="24"/>
          <w:szCs w:val="24"/>
        </w:rPr>
      </w:pPr>
      <w:r w:rsidRPr="002C4E4D">
        <w:rPr>
          <w:rFonts w:cs="B Nazanin"/>
          <w:b/>
          <w:bCs/>
          <w:sz w:val="24"/>
          <w:szCs w:val="24"/>
          <w:rtl/>
        </w:rPr>
        <w:t>اختلالات خلقی مانند افسردگی و اضطراب، چه قبل از بارداری وجود داشته باشند و چه در طول بارداری ایجاد شوند، با پیامدهای نامطلوب بارداری از جمله افزایش خطر سقط، زایمان زودرس، و مرگ داخل رحمی مرتبط هستند</w:t>
      </w:r>
      <w:r w:rsidRPr="002C4E4D">
        <w:rPr>
          <w:rFonts w:cs="B Nazanin"/>
          <w:b/>
          <w:bCs/>
          <w:sz w:val="24"/>
          <w:szCs w:val="24"/>
        </w:rPr>
        <w:t>.</w:t>
      </w:r>
    </w:p>
    <w:p w14:paraId="466C92E4" w14:textId="1D24411C" w:rsidR="002C4E4D" w:rsidRPr="002C4E4D" w:rsidRDefault="002C4E4D" w:rsidP="002C4E4D">
      <w:pPr>
        <w:numPr>
          <w:ilvl w:val="0"/>
          <w:numId w:val="27"/>
        </w:numPr>
        <w:bidi/>
        <w:jc w:val="both"/>
        <w:rPr>
          <w:rFonts w:cs="B Nazanin"/>
          <w:b/>
          <w:bCs/>
          <w:sz w:val="24"/>
          <w:szCs w:val="24"/>
        </w:rPr>
      </w:pPr>
      <w:r w:rsidRPr="002C4E4D">
        <w:rPr>
          <w:rFonts w:cs="B Nazanin"/>
          <w:b/>
          <w:bCs/>
          <w:sz w:val="24"/>
          <w:szCs w:val="24"/>
          <w:rtl/>
        </w:rPr>
        <w:t>مکانیسم‌های بیولوژیکی</w:t>
      </w:r>
      <w:r w:rsidR="00027014">
        <w:rPr>
          <w:rFonts w:cs="B Nazanin" w:hint="cs"/>
          <w:b/>
          <w:bCs/>
          <w:sz w:val="24"/>
          <w:szCs w:val="24"/>
          <w:rtl/>
        </w:rPr>
        <w:t xml:space="preserve"> </w:t>
      </w:r>
      <w:r w:rsidRPr="002C4E4D">
        <w:rPr>
          <w:rFonts w:cs="B Nazanin"/>
          <w:b/>
          <w:bCs/>
          <w:sz w:val="24"/>
          <w:szCs w:val="24"/>
        </w:rPr>
        <w:t>:</w:t>
      </w:r>
      <w:r w:rsidR="00027014">
        <w:rPr>
          <w:rFonts w:cs="B Nazanin" w:hint="cs"/>
          <w:b/>
          <w:bCs/>
          <w:sz w:val="24"/>
          <w:szCs w:val="24"/>
          <w:rtl/>
        </w:rPr>
        <w:t xml:space="preserve"> </w:t>
      </w:r>
      <w:r w:rsidRPr="002C4E4D">
        <w:rPr>
          <w:rFonts w:cs="B Nazanin"/>
          <w:b/>
          <w:bCs/>
          <w:sz w:val="24"/>
          <w:szCs w:val="24"/>
        </w:rPr>
        <w:t xml:space="preserve"> </w:t>
      </w:r>
      <w:r w:rsidRPr="002C4E4D">
        <w:rPr>
          <w:rFonts w:cs="B Nazanin"/>
          <w:b/>
          <w:bCs/>
          <w:sz w:val="24"/>
          <w:szCs w:val="24"/>
          <w:rtl/>
        </w:rPr>
        <w:t>افسردگی و اضطراب با اختلال در سیستم نوروترانسمیترها (مانند سروتونین و نوراپی‌نفرین) و اختلال در عملکرد محور</w:t>
      </w:r>
      <w:r w:rsidRPr="002C4E4D">
        <w:rPr>
          <w:rFonts w:cs="B Nazanin"/>
          <w:b/>
          <w:bCs/>
          <w:sz w:val="24"/>
          <w:szCs w:val="24"/>
        </w:rPr>
        <w:t xml:space="preserve"> HPA </w:t>
      </w:r>
      <w:r w:rsidRPr="002C4E4D">
        <w:rPr>
          <w:rFonts w:cs="B Nazanin"/>
          <w:b/>
          <w:bCs/>
          <w:sz w:val="24"/>
          <w:szCs w:val="24"/>
          <w:rtl/>
        </w:rPr>
        <w:t>همراه هستند که می‌تواند منجر به تغییرات هورمونی و التهابی مشابه استرس مزمن شود</w:t>
      </w:r>
      <w:r w:rsidRPr="002C4E4D">
        <w:rPr>
          <w:rFonts w:cs="B Nazanin"/>
          <w:b/>
          <w:bCs/>
          <w:sz w:val="24"/>
          <w:szCs w:val="24"/>
        </w:rPr>
        <w:t>.</w:t>
      </w:r>
    </w:p>
    <w:p w14:paraId="4E4C1749" w14:textId="12E2948F" w:rsidR="002C4E4D" w:rsidRPr="002C4E4D" w:rsidRDefault="002C4E4D" w:rsidP="002C4E4D">
      <w:pPr>
        <w:numPr>
          <w:ilvl w:val="0"/>
          <w:numId w:val="27"/>
        </w:numPr>
        <w:bidi/>
        <w:jc w:val="both"/>
        <w:rPr>
          <w:rFonts w:cs="B Nazanin"/>
          <w:b/>
          <w:bCs/>
          <w:sz w:val="24"/>
          <w:szCs w:val="24"/>
        </w:rPr>
      </w:pPr>
      <w:r w:rsidRPr="002C4E4D">
        <w:rPr>
          <w:rFonts w:cs="B Nazanin"/>
          <w:b/>
          <w:bCs/>
          <w:sz w:val="24"/>
          <w:szCs w:val="24"/>
          <w:rtl/>
        </w:rPr>
        <w:t>رفتارهای مرتبط</w:t>
      </w:r>
      <w:r w:rsidRPr="002C4E4D">
        <w:rPr>
          <w:rFonts w:cs="B Nazanin"/>
          <w:b/>
          <w:bCs/>
          <w:sz w:val="24"/>
          <w:szCs w:val="24"/>
        </w:rPr>
        <w:t xml:space="preserve">: </w:t>
      </w:r>
      <w:r w:rsidR="00027014">
        <w:rPr>
          <w:rFonts w:cs="B Nazanin" w:hint="cs"/>
          <w:b/>
          <w:bCs/>
          <w:sz w:val="24"/>
          <w:szCs w:val="24"/>
          <w:rtl/>
        </w:rPr>
        <w:t xml:space="preserve"> </w:t>
      </w:r>
      <w:r w:rsidRPr="002C4E4D">
        <w:rPr>
          <w:rFonts w:cs="B Nazanin"/>
          <w:b/>
          <w:bCs/>
          <w:sz w:val="24"/>
          <w:szCs w:val="24"/>
          <w:rtl/>
        </w:rPr>
        <w:t>افراد مبتلا به افسردگی ممکن است کمتر به مراقبت‌های بارداری توجه کنند، از رژیم غذایی مناسب پیروی نکنند، یا به مصرف مواد روی آورند</w:t>
      </w:r>
      <w:r w:rsidRPr="002C4E4D">
        <w:rPr>
          <w:rFonts w:cs="B Nazanin"/>
          <w:b/>
          <w:bCs/>
          <w:sz w:val="24"/>
          <w:szCs w:val="24"/>
        </w:rPr>
        <w:t>.</w:t>
      </w:r>
    </w:p>
    <w:p w14:paraId="582618EB" w14:textId="0FB88B15" w:rsidR="002C4E4D" w:rsidRPr="002C4E4D" w:rsidRDefault="002C4E4D" w:rsidP="002C4E4D">
      <w:pPr>
        <w:numPr>
          <w:ilvl w:val="0"/>
          <w:numId w:val="27"/>
        </w:numPr>
        <w:bidi/>
        <w:jc w:val="both"/>
        <w:rPr>
          <w:rFonts w:cs="B Nazanin"/>
          <w:b/>
          <w:bCs/>
          <w:sz w:val="24"/>
          <w:szCs w:val="24"/>
        </w:rPr>
      </w:pPr>
      <w:r w:rsidRPr="002C4E4D">
        <w:rPr>
          <w:rFonts w:cs="B Nazanin"/>
          <w:b/>
          <w:bCs/>
          <w:sz w:val="24"/>
          <w:szCs w:val="24"/>
          <w:rtl/>
        </w:rPr>
        <w:t>داروهای روانپزشکی</w:t>
      </w:r>
      <w:r w:rsidR="00027014">
        <w:rPr>
          <w:rFonts w:cs="B Nazanin" w:hint="cs"/>
          <w:b/>
          <w:bCs/>
          <w:sz w:val="24"/>
          <w:szCs w:val="24"/>
          <w:rtl/>
        </w:rPr>
        <w:t xml:space="preserve"> </w:t>
      </w:r>
      <w:r w:rsidRPr="002C4E4D">
        <w:rPr>
          <w:rFonts w:cs="B Nazanin"/>
          <w:b/>
          <w:bCs/>
          <w:sz w:val="24"/>
          <w:szCs w:val="24"/>
        </w:rPr>
        <w:t>:</w:t>
      </w:r>
      <w:r w:rsidR="00027014">
        <w:rPr>
          <w:rFonts w:cs="B Nazanin" w:hint="cs"/>
          <w:b/>
          <w:bCs/>
          <w:sz w:val="24"/>
          <w:szCs w:val="24"/>
          <w:rtl/>
        </w:rPr>
        <w:t xml:space="preserve"> </w:t>
      </w:r>
      <w:r w:rsidRPr="002C4E4D">
        <w:rPr>
          <w:rFonts w:cs="B Nazanin"/>
          <w:b/>
          <w:bCs/>
          <w:sz w:val="24"/>
          <w:szCs w:val="24"/>
        </w:rPr>
        <w:t xml:space="preserve"> </w:t>
      </w:r>
      <w:r w:rsidRPr="002C4E4D">
        <w:rPr>
          <w:rFonts w:cs="B Nazanin"/>
          <w:b/>
          <w:bCs/>
          <w:sz w:val="24"/>
          <w:szCs w:val="24"/>
          <w:rtl/>
        </w:rPr>
        <w:t>هرچند برخی داروهای ضدافسردگی و ضد اضطراب در بارداری نسبتاً ایمن تلقی می‌شوند، اما برخی دیگر ممکن است خطراتی برای جنین داشته باشند، که نیاز به ارزیابی دقیق و مدیریت توسط پزشک دارد</w:t>
      </w:r>
      <w:r w:rsidRPr="002C4E4D">
        <w:rPr>
          <w:rFonts w:cs="B Nazanin"/>
          <w:b/>
          <w:bCs/>
          <w:sz w:val="24"/>
          <w:szCs w:val="24"/>
        </w:rPr>
        <w:t>.</w:t>
      </w:r>
    </w:p>
    <w:p w14:paraId="4896E190" w14:textId="77777777" w:rsidR="002C4E4D" w:rsidRPr="002C4E4D" w:rsidRDefault="002C4E4D" w:rsidP="002C4E4D">
      <w:pPr>
        <w:bidi/>
        <w:jc w:val="both"/>
        <w:rPr>
          <w:rFonts w:cs="B Nazanin"/>
          <w:b/>
          <w:bCs/>
          <w:sz w:val="24"/>
          <w:szCs w:val="24"/>
        </w:rPr>
      </w:pPr>
      <w:r w:rsidRPr="002C4E4D">
        <w:rPr>
          <w:rFonts w:cs="B Nazanin"/>
          <w:b/>
          <w:bCs/>
          <w:sz w:val="24"/>
          <w:szCs w:val="24"/>
          <w:rtl/>
        </w:rPr>
        <w:t>تروما و شوک</w:t>
      </w:r>
      <w:r w:rsidRPr="002C4E4D">
        <w:rPr>
          <w:rFonts w:cs="B Nazanin"/>
          <w:b/>
          <w:bCs/>
          <w:sz w:val="24"/>
          <w:szCs w:val="24"/>
        </w:rPr>
        <w:t xml:space="preserve"> (Trauma and Shock)</w:t>
      </w:r>
    </w:p>
    <w:p w14:paraId="5F582442" w14:textId="77777777" w:rsidR="002C4E4D" w:rsidRPr="002C4E4D" w:rsidRDefault="002C4E4D" w:rsidP="002C4E4D">
      <w:pPr>
        <w:bidi/>
        <w:jc w:val="both"/>
        <w:rPr>
          <w:rFonts w:cs="B Nazanin"/>
          <w:b/>
          <w:bCs/>
          <w:sz w:val="24"/>
          <w:szCs w:val="24"/>
        </w:rPr>
      </w:pPr>
      <w:r w:rsidRPr="002C4E4D">
        <w:rPr>
          <w:rFonts w:cs="B Nazanin"/>
          <w:b/>
          <w:bCs/>
          <w:sz w:val="24"/>
          <w:szCs w:val="24"/>
          <w:rtl/>
        </w:rPr>
        <w:t>تجربه تروماهای شدید (مانند تصادفات، بلایای طبیعی، یا خشونت) می‌تواند باعث شوک فیزیولوژیک یا روانی در مادر شود. این شوک، به ویژه اگر شدید باشد، می‌تواند منجر به کاهش شدید جریان خون به جفت و هیپوکسی جنین شده و در موارد حاد، باعث مرگ داخل رحمی گردد</w:t>
      </w:r>
      <w:r w:rsidRPr="002C4E4D">
        <w:rPr>
          <w:rFonts w:cs="B Nazanin"/>
          <w:b/>
          <w:bCs/>
          <w:sz w:val="24"/>
          <w:szCs w:val="24"/>
        </w:rPr>
        <w:t>.</w:t>
      </w:r>
    </w:p>
    <w:p w14:paraId="5373D4BD" w14:textId="35BC594E" w:rsidR="002C4E4D" w:rsidRPr="002C4E4D" w:rsidRDefault="002C4E4D" w:rsidP="002C4E4D">
      <w:pPr>
        <w:numPr>
          <w:ilvl w:val="0"/>
          <w:numId w:val="28"/>
        </w:numPr>
        <w:bidi/>
        <w:jc w:val="both"/>
        <w:rPr>
          <w:rFonts w:cs="B Nazanin"/>
          <w:b/>
          <w:bCs/>
          <w:sz w:val="24"/>
          <w:szCs w:val="24"/>
        </w:rPr>
      </w:pPr>
      <w:r w:rsidRPr="002C4E4D">
        <w:rPr>
          <w:rFonts w:cs="B Nazanin"/>
          <w:b/>
          <w:bCs/>
          <w:sz w:val="24"/>
          <w:szCs w:val="24"/>
          <w:rtl/>
        </w:rPr>
        <w:t>توضیح علمی</w:t>
      </w:r>
      <w:r w:rsidRPr="002C4E4D">
        <w:rPr>
          <w:rFonts w:cs="B Nazanin"/>
          <w:b/>
          <w:bCs/>
          <w:sz w:val="24"/>
          <w:szCs w:val="24"/>
        </w:rPr>
        <w:t xml:space="preserve">: </w:t>
      </w:r>
      <w:r w:rsidR="00027014">
        <w:rPr>
          <w:rFonts w:cs="B Nazanin" w:hint="cs"/>
          <w:b/>
          <w:bCs/>
          <w:sz w:val="24"/>
          <w:szCs w:val="24"/>
          <w:rtl/>
        </w:rPr>
        <w:t xml:space="preserve"> </w:t>
      </w:r>
      <w:r w:rsidRPr="002C4E4D">
        <w:rPr>
          <w:rFonts w:cs="B Nazanin"/>
          <w:b/>
          <w:bCs/>
          <w:sz w:val="24"/>
          <w:szCs w:val="24"/>
          <w:rtl/>
        </w:rPr>
        <w:t xml:space="preserve">پاسخ استرسی طولانی‌مدت می‌تواند بر محور هیپوتالاموس-هیپوفیز-آدرنال تاثیر منفی گذاشته و بقاء جنین را تهدید کند. این تاثیرات شامل تغییر در سطح هورمون‌های استرس، التهاب مزمن، و کاهش خون‌رسانی جفتی است. به طور خاص، افزایش سطح کورتیزول و کاتکول‌آمین‌ها باعث انقباض عروق رحمی و جفتی شده و اکسیژن‌رسانی به جنین را کاهش می‌دهد. در صورتی که این </w:t>
      </w:r>
      <w:r w:rsidRPr="002C4E4D">
        <w:rPr>
          <w:rFonts w:cs="B Nazanin"/>
          <w:b/>
          <w:bCs/>
          <w:sz w:val="24"/>
          <w:szCs w:val="24"/>
          <w:rtl/>
        </w:rPr>
        <w:lastRenderedPageBreak/>
        <w:t>وضعیت ادامه یابد، می‌تواند منجر به کاهش رشد جنین، نارسایی جفت، و در نهایت مرگ داخل رحمی شود</w:t>
      </w:r>
      <w:r w:rsidRPr="002C4E4D">
        <w:rPr>
          <w:rFonts w:cs="B Nazanin"/>
          <w:b/>
          <w:bCs/>
          <w:sz w:val="24"/>
          <w:szCs w:val="24"/>
        </w:rPr>
        <w:t>.</w:t>
      </w:r>
    </w:p>
    <w:p w14:paraId="1DB52B8E" w14:textId="15084721" w:rsidR="002C4E4D" w:rsidRPr="002C4E4D" w:rsidRDefault="002C4E4D" w:rsidP="002C4E4D">
      <w:pPr>
        <w:bidi/>
        <w:jc w:val="both"/>
        <w:rPr>
          <w:rFonts w:cs="B Nazanin"/>
          <w:b/>
          <w:bCs/>
          <w:sz w:val="24"/>
          <w:szCs w:val="24"/>
        </w:rPr>
      </w:pPr>
    </w:p>
    <w:p w14:paraId="4A54B8B5" w14:textId="15BAD36A" w:rsidR="002C4E4D" w:rsidRPr="00027014" w:rsidRDefault="002C4E4D" w:rsidP="002C4E4D">
      <w:pPr>
        <w:bidi/>
        <w:jc w:val="both"/>
        <w:rPr>
          <w:rFonts w:cs="B Titr"/>
          <w:b/>
          <w:bCs/>
          <w:sz w:val="24"/>
          <w:szCs w:val="24"/>
        </w:rPr>
      </w:pPr>
      <w:r w:rsidRPr="00027014">
        <w:rPr>
          <w:rFonts w:cs="B Titr"/>
          <w:b/>
          <w:bCs/>
          <w:sz w:val="24"/>
          <w:szCs w:val="24"/>
          <w:rtl/>
          <w:lang w:bidi="fa-IR"/>
        </w:rPr>
        <w:t>۸</w:t>
      </w:r>
      <w:r w:rsidRPr="00027014">
        <w:rPr>
          <w:rFonts w:cs="B Titr"/>
          <w:b/>
          <w:bCs/>
          <w:sz w:val="24"/>
          <w:szCs w:val="24"/>
        </w:rPr>
        <w:t>.</w:t>
      </w:r>
      <w:r w:rsidR="00027014" w:rsidRPr="00027014">
        <w:rPr>
          <w:rFonts w:cs="B Titr" w:hint="cs"/>
          <w:b/>
          <w:bCs/>
          <w:sz w:val="24"/>
          <w:szCs w:val="24"/>
          <w:rtl/>
        </w:rPr>
        <w:t xml:space="preserve"> </w:t>
      </w:r>
      <w:r w:rsidRPr="00027014">
        <w:rPr>
          <w:rFonts w:cs="B Titr"/>
          <w:b/>
          <w:bCs/>
          <w:sz w:val="24"/>
          <w:szCs w:val="24"/>
        </w:rPr>
        <w:t xml:space="preserve"> </w:t>
      </w:r>
      <w:r w:rsidRPr="00027014">
        <w:rPr>
          <w:rFonts w:cs="B Titr"/>
          <w:b/>
          <w:bCs/>
          <w:sz w:val="24"/>
          <w:szCs w:val="24"/>
          <w:rtl/>
        </w:rPr>
        <w:t>نقش تغذیه</w:t>
      </w:r>
    </w:p>
    <w:p w14:paraId="2F3ED497" w14:textId="77777777" w:rsidR="002C4E4D" w:rsidRPr="002C4E4D" w:rsidRDefault="002C4E4D" w:rsidP="002C4E4D">
      <w:pPr>
        <w:bidi/>
        <w:jc w:val="both"/>
        <w:rPr>
          <w:rFonts w:cs="B Nazanin"/>
          <w:b/>
          <w:bCs/>
          <w:sz w:val="24"/>
          <w:szCs w:val="24"/>
        </w:rPr>
      </w:pPr>
      <w:r w:rsidRPr="002C4E4D">
        <w:rPr>
          <w:rFonts w:cs="B Nazanin"/>
          <w:b/>
          <w:bCs/>
          <w:sz w:val="24"/>
          <w:szCs w:val="24"/>
          <w:rtl/>
        </w:rPr>
        <w:t>تغذیه مادر در دوران بارداری، نقش اساسی در فراهم کردن مواد مغذی لازم برای رشد و تکامل جنین و همچنین حفظ سلامت جفت دارد. سوءتغذیه یا تغذیه نامناسب می‌تواند خطرات متعددی را برای بقای جنین ایجاد کند</w:t>
      </w:r>
      <w:r w:rsidRPr="002C4E4D">
        <w:rPr>
          <w:rFonts w:cs="B Nazanin"/>
          <w:b/>
          <w:bCs/>
          <w:sz w:val="24"/>
          <w:szCs w:val="24"/>
        </w:rPr>
        <w:t>.</w:t>
      </w:r>
    </w:p>
    <w:p w14:paraId="186E80B8" w14:textId="77777777" w:rsidR="002C4E4D" w:rsidRPr="002C4E4D" w:rsidRDefault="002C4E4D" w:rsidP="002C4E4D">
      <w:pPr>
        <w:bidi/>
        <w:jc w:val="both"/>
        <w:rPr>
          <w:rFonts w:cs="B Nazanin"/>
          <w:b/>
          <w:bCs/>
          <w:sz w:val="24"/>
          <w:szCs w:val="24"/>
        </w:rPr>
      </w:pPr>
      <w:r w:rsidRPr="002C4E4D">
        <w:rPr>
          <w:rFonts w:cs="B Nazanin"/>
          <w:b/>
          <w:bCs/>
          <w:sz w:val="24"/>
          <w:szCs w:val="24"/>
          <w:rtl/>
        </w:rPr>
        <w:t>کمبود ریزمغذی‌ها</w:t>
      </w:r>
      <w:r w:rsidRPr="002C4E4D">
        <w:rPr>
          <w:rFonts w:cs="B Nazanin"/>
          <w:b/>
          <w:bCs/>
          <w:sz w:val="24"/>
          <w:szCs w:val="24"/>
        </w:rPr>
        <w:t xml:space="preserve"> (Micronutrient Deficiencies)</w:t>
      </w:r>
    </w:p>
    <w:p w14:paraId="624CE0D8" w14:textId="77777777" w:rsidR="002C4E4D" w:rsidRPr="002C4E4D" w:rsidRDefault="002C4E4D" w:rsidP="002C4E4D">
      <w:pPr>
        <w:bidi/>
        <w:jc w:val="both"/>
        <w:rPr>
          <w:rFonts w:cs="B Nazanin"/>
          <w:b/>
          <w:bCs/>
          <w:sz w:val="24"/>
          <w:szCs w:val="24"/>
        </w:rPr>
      </w:pPr>
      <w:r w:rsidRPr="002C4E4D">
        <w:rPr>
          <w:rFonts w:cs="B Nazanin"/>
          <w:b/>
          <w:bCs/>
          <w:sz w:val="24"/>
          <w:szCs w:val="24"/>
          <w:rtl/>
        </w:rPr>
        <w:t>حتی کمبود مقادیر کم از برخی ویتامین‌ها و مواد معدنی ضروری می‌تواند بر سلامت بارداری تاثیر بگذارد</w:t>
      </w:r>
      <w:r w:rsidRPr="002C4E4D">
        <w:rPr>
          <w:rFonts w:cs="B Nazanin"/>
          <w:b/>
          <w:bCs/>
          <w:sz w:val="24"/>
          <w:szCs w:val="24"/>
        </w:rPr>
        <w:t>.</w:t>
      </w:r>
    </w:p>
    <w:p w14:paraId="3A5A9BAE" w14:textId="28ED4B86" w:rsidR="002C4E4D" w:rsidRPr="002C4E4D" w:rsidRDefault="002C4E4D" w:rsidP="002C4E4D">
      <w:pPr>
        <w:numPr>
          <w:ilvl w:val="0"/>
          <w:numId w:val="29"/>
        </w:numPr>
        <w:bidi/>
        <w:jc w:val="both"/>
        <w:rPr>
          <w:rFonts w:cs="B Nazanin"/>
          <w:b/>
          <w:bCs/>
          <w:sz w:val="24"/>
          <w:szCs w:val="24"/>
        </w:rPr>
      </w:pPr>
      <w:r w:rsidRPr="002C4E4D">
        <w:rPr>
          <w:rFonts w:cs="B Nazanin"/>
          <w:b/>
          <w:bCs/>
          <w:sz w:val="24"/>
          <w:szCs w:val="24"/>
          <w:rtl/>
        </w:rPr>
        <w:t>اسید فولیک</w:t>
      </w:r>
      <w:r w:rsidRPr="002C4E4D">
        <w:rPr>
          <w:rFonts w:cs="B Nazanin"/>
          <w:b/>
          <w:bCs/>
          <w:sz w:val="24"/>
          <w:szCs w:val="24"/>
        </w:rPr>
        <w:t xml:space="preserve"> (Folic Acid)</w:t>
      </w:r>
      <w:r w:rsidR="00027014">
        <w:rPr>
          <w:rFonts w:cs="B Nazanin" w:hint="cs"/>
          <w:b/>
          <w:bCs/>
          <w:sz w:val="24"/>
          <w:szCs w:val="24"/>
          <w:rtl/>
        </w:rPr>
        <w:t xml:space="preserve"> </w:t>
      </w:r>
      <w:r w:rsidRPr="002C4E4D">
        <w:rPr>
          <w:rFonts w:cs="B Nazanin"/>
          <w:b/>
          <w:bCs/>
          <w:sz w:val="24"/>
          <w:szCs w:val="24"/>
        </w:rPr>
        <w:t>:</w:t>
      </w:r>
      <w:r w:rsidR="00027014">
        <w:rPr>
          <w:rFonts w:cs="B Nazanin" w:hint="cs"/>
          <w:b/>
          <w:bCs/>
          <w:sz w:val="24"/>
          <w:szCs w:val="24"/>
          <w:rtl/>
        </w:rPr>
        <w:t xml:space="preserve"> </w:t>
      </w:r>
      <w:r w:rsidRPr="002C4E4D">
        <w:rPr>
          <w:rFonts w:cs="B Nazanin"/>
          <w:b/>
          <w:bCs/>
          <w:sz w:val="24"/>
          <w:szCs w:val="24"/>
        </w:rPr>
        <w:t xml:space="preserve"> </w:t>
      </w:r>
      <w:r w:rsidRPr="002C4E4D">
        <w:rPr>
          <w:rFonts w:cs="B Nazanin"/>
          <w:b/>
          <w:bCs/>
          <w:sz w:val="24"/>
          <w:szCs w:val="24"/>
          <w:rtl/>
        </w:rPr>
        <w:t>کمبود فولات با افزایش خطر ناهنجاری‌های لوله عصبی (مانند اسپینابیفیدا) در جنین مرتبط است. در حالی که این ناهنجاری‌ها معمولاً منجر به سقط نمی‌شوند، اما نقص شدید در تکامل سیستم عصبی می‌تواند به طور غیرمستقیم بر بقای جنین تاثیر بگذارد</w:t>
      </w:r>
      <w:r w:rsidRPr="002C4E4D">
        <w:rPr>
          <w:rFonts w:cs="B Nazanin"/>
          <w:b/>
          <w:bCs/>
          <w:sz w:val="24"/>
          <w:szCs w:val="24"/>
        </w:rPr>
        <w:t>.</w:t>
      </w:r>
    </w:p>
    <w:p w14:paraId="41133A8D" w14:textId="1E73B783" w:rsidR="002C4E4D" w:rsidRPr="002C4E4D" w:rsidRDefault="002C4E4D" w:rsidP="002C4E4D">
      <w:pPr>
        <w:numPr>
          <w:ilvl w:val="0"/>
          <w:numId w:val="29"/>
        </w:numPr>
        <w:bidi/>
        <w:jc w:val="both"/>
        <w:rPr>
          <w:rFonts w:cs="B Nazanin"/>
          <w:b/>
          <w:bCs/>
          <w:sz w:val="24"/>
          <w:szCs w:val="24"/>
        </w:rPr>
      </w:pPr>
      <w:r w:rsidRPr="002C4E4D">
        <w:rPr>
          <w:rFonts w:cs="B Nazanin"/>
          <w:b/>
          <w:bCs/>
          <w:sz w:val="24"/>
          <w:szCs w:val="24"/>
          <w:rtl/>
        </w:rPr>
        <w:t>آهن</w:t>
      </w:r>
      <w:r w:rsidRPr="002C4E4D">
        <w:rPr>
          <w:rFonts w:cs="B Nazanin"/>
          <w:b/>
          <w:bCs/>
          <w:sz w:val="24"/>
          <w:szCs w:val="24"/>
        </w:rPr>
        <w:t xml:space="preserve"> (Iron)</w:t>
      </w:r>
      <w:r w:rsidR="00027014">
        <w:rPr>
          <w:rFonts w:cs="B Nazanin" w:hint="cs"/>
          <w:b/>
          <w:bCs/>
          <w:sz w:val="24"/>
          <w:szCs w:val="24"/>
          <w:rtl/>
        </w:rPr>
        <w:t xml:space="preserve"> </w:t>
      </w:r>
      <w:r w:rsidRPr="002C4E4D">
        <w:rPr>
          <w:rFonts w:cs="B Nazanin"/>
          <w:b/>
          <w:bCs/>
          <w:sz w:val="24"/>
          <w:szCs w:val="24"/>
        </w:rPr>
        <w:t>:</w:t>
      </w:r>
      <w:r w:rsidR="00027014">
        <w:rPr>
          <w:rFonts w:cs="B Nazanin" w:hint="cs"/>
          <w:b/>
          <w:bCs/>
          <w:sz w:val="24"/>
          <w:szCs w:val="24"/>
          <w:rtl/>
        </w:rPr>
        <w:t xml:space="preserve"> </w:t>
      </w:r>
      <w:r w:rsidRPr="002C4E4D">
        <w:rPr>
          <w:rFonts w:cs="B Nazanin"/>
          <w:b/>
          <w:bCs/>
          <w:sz w:val="24"/>
          <w:szCs w:val="24"/>
        </w:rPr>
        <w:t xml:space="preserve"> </w:t>
      </w:r>
      <w:r w:rsidRPr="002C4E4D">
        <w:rPr>
          <w:rFonts w:cs="B Nazanin"/>
          <w:b/>
          <w:bCs/>
          <w:sz w:val="24"/>
          <w:szCs w:val="24"/>
          <w:rtl/>
        </w:rPr>
        <w:t>کمبود آهن (آنمی) در مادر شایع است و می‌تواند منجر به کاهش اکسیژن‌رسانی به جنین، محدودیت رشد داخل رحمی، و افزایش خطر زایمان زودرس و مرگ داخل رحمی شود</w:t>
      </w:r>
      <w:r w:rsidRPr="002C4E4D">
        <w:rPr>
          <w:rFonts w:cs="B Nazanin"/>
          <w:b/>
          <w:bCs/>
          <w:sz w:val="24"/>
          <w:szCs w:val="24"/>
        </w:rPr>
        <w:t>.</w:t>
      </w:r>
    </w:p>
    <w:p w14:paraId="19BA12FC" w14:textId="24561759" w:rsidR="002C4E4D" w:rsidRPr="002C4E4D" w:rsidRDefault="002C4E4D" w:rsidP="002C4E4D">
      <w:pPr>
        <w:numPr>
          <w:ilvl w:val="0"/>
          <w:numId w:val="29"/>
        </w:numPr>
        <w:bidi/>
        <w:jc w:val="both"/>
        <w:rPr>
          <w:rFonts w:cs="B Nazanin"/>
          <w:b/>
          <w:bCs/>
          <w:sz w:val="24"/>
          <w:szCs w:val="24"/>
        </w:rPr>
      </w:pPr>
      <w:r w:rsidRPr="002C4E4D">
        <w:rPr>
          <w:rFonts w:cs="B Nazanin"/>
          <w:b/>
          <w:bCs/>
          <w:sz w:val="24"/>
          <w:szCs w:val="24"/>
          <w:rtl/>
        </w:rPr>
        <w:t>ید</w:t>
      </w:r>
      <w:r w:rsidRPr="002C4E4D">
        <w:rPr>
          <w:rFonts w:cs="B Nazanin"/>
          <w:b/>
          <w:bCs/>
          <w:sz w:val="24"/>
          <w:szCs w:val="24"/>
        </w:rPr>
        <w:t xml:space="preserve"> (Iodine)</w:t>
      </w:r>
      <w:r w:rsidR="00027014">
        <w:rPr>
          <w:rFonts w:cs="B Nazanin" w:hint="cs"/>
          <w:b/>
          <w:bCs/>
          <w:sz w:val="24"/>
          <w:szCs w:val="24"/>
          <w:rtl/>
        </w:rPr>
        <w:t xml:space="preserve"> </w:t>
      </w:r>
      <w:r w:rsidRPr="002C4E4D">
        <w:rPr>
          <w:rFonts w:cs="B Nazanin"/>
          <w:b/>
          <w:bCs/>
          <w:sz w:val="24"/>
          <w:szCs w:val="24"/>
        </w:rPr>
        <w:t>:</w:t>
      </w:r>
      <w:r w:rsidR="00027014">
        <w:rPr>
          <w:rFonts w:cs="B Nazanin" w:hint="cs"/>
          <w:b/>
          <w:bCs/>
          <w:sz w:val="24"/>
          <w:szCs w:val="24"/>
          <w:rtl/>
        </w:rPr>
        <w:t xml:space="preserve"> </w:t>
      </w:r>
      <w:r w:rsidRPr="002C4E4D">
        <w:rPr>
          <w:rFonts w:cs="B Nazanin"/>
          <w:b/>
          <w:bCs/>
          <w:sz w:val="24"/>
          <w:szCs w:val="24"/>
        </w:rPr>
        <w:t xml:space="preserve"> </w:t>
      </w:r>
      <w:r w:rsidRPr="002C4E4D">
        <w:rPr>
          <w:rFonts w:cs="B Nazanin"/>
          <w:b/>
          <w:bCs/>
          <w:sz w:val="24"/>
          <w:szCs w:val="24"/>
          <w:rtl/>
        </w:rPr>
        <w:t>کمبود ید در مادر می‌تواند باعث اختلال در تولید هورمون‌های تیروئید شده و بر رشد مغزی جنین تاثیر منفی بگذارد</w:t>
      </w:r>
      <w:r w:rsidRPr="002C4E4D">
        <w:rPr>
          <w:rFonts w:cs="B Nazanin"/>
          <w:b/>
          <w:bCs/>
          <w:sz w:val="24"/>
          <w:szCs w:val="24"/>
        </w:rPr>
        <w:t>.</w:t>
      </w:r>
    </w:p>
    <w:p w14:paraId="12770645" w14:textId="123F1737" w:rsidR="002C4E4D" w:rsidRPr="002C4E4D" w:rsidRDefault="002C4E4D" w:rsidP="002C4E4D">
      <w:pPr>
        <w:numPr>
          <w:ilvl w:val="0"/>
          <w:numId w:val="29"/>
        </w:numPr>
        <w:bidi/>
        <w:jc w:val="both"/>
        <w:rPr>
          <w:rFonts w:cs="B Nazanin"/>
          <w:b/>
          <w:bCs/>
          <w:sz w:val="24"/>
          <w:szCs w:val="24"/>
        </w:rPr>
      </w:pPr>
      <w:r w:rsidRPr="002C4E4D">
        <w:rPr>
          <w:rFonts w:cs="B Nazanin"/>
          <w:b/>
          <w:bCs/>
          <w:sz w:val="24"/>
          <w:szCs w:val="24"/>
          <w:rtl/>
        </w:rPr>
        <w:t>ویتامین</w:t>
      </w:r>
      <w:r w:rsidRPr="002C4E4D">
        <w:rPr>
          <w:rFonts w:cs="B Nazanin"/>
          <w:b/>
          <w:bCs/>
          <w:sz w:val="24"/>
          <w:szCs w:val="24"/>
        </w:rPr>
        <w:t xml:space="preserve"> D</w:t>
      </w:r>
      <w:r w:rsidR="00027014">
        <w:rPr>
          <w:rFonts w:cs="B Nazanin" w:hint="cs"/>
          <w:b/>
          <w:bCs/>
          <w:sz w:val="24"/>
          <w:szCs w:val="24"/>
          <w:rtl/>
        </w:rPr>
        <w:t xml:space="preserve"> </w:t>
      </w:r>
      <w:r w:rsidRPr="002C4E4D">
        <w:rPr>
          <w:rFonts w:cs="B Nazanin"/>
          <w:b/>
          <w:bCs/>
          <w:sz w:val="24"/>
          <w:szCs w:val="24"/>
        </w:rPr>
        <w:t>:</w:t>
      </w:r>
      <w:r w:rsidR="00027014">
        <w:rPr>
          <w:rFonts w:cs="B Nazanin" w:hint="cs"/>
          <w:b/>
          <w:bCs/>
          <w:sz w:val="24"/>
          <w:szCs w:val="24"/>
          <w:rtl/>
        </w:rPr>
        <w:t xml:space="preserve"> </w:t>
      </w:r>
      <w:r w:rsidRPr="002C4E4D">
        <w:rPr>
          <w:rFonts w:cs="B Nazanin"/>
          <w:b/>
          <w:bCs/>
          <w:sz w:val="24"/>
          <w:szCs w:val="24"/>
        </w:rPr>
        <w:t xml:space="preserve"> </w:t>
      </w:r>
      <w:r w:rsidRPr="002C4E4D">
        <w:rPr>
          <w:rFonts w:cs="B Nazanin"/>
          <w:b/>
          <w:bCs/>
          <w:sz w:val="24"/>
          <w:szCs w:val="24"/>
          <w:rtl/>
        </w:rPr>
        <w:t>کمبود ویتامین</w:t>
      </w:r>
      <w:r w:rsidRPr="002C4E4D">
        <w:rPr>
          <w:rFonts w:cs="B Nazanin"/>
          <w:b/>
          <w:bCs/>
          <w:sz w:val="24"/>
          <w:szCs w:val="24"/>
        </w:rPr>
        <w:t xml:space="preserve"> D </w:t>
      </w:r>
      <w:r w:rsidRPr="002C4E4D">
        <w:rPr>
          <w:rFonts w:cs="B Nazanin"/>
          <w:b/>
          <w:bCs/>
          <w:sz w:val="24"/>
          <w:szCs w:val="24"/>
          <w:rtl/>
        </w:rPr>
        <w:t>با افزایش خطر پره‌اکلامپسی، دیابت بارداری، و عفونت‌های بارداری مرتبط است که همگی می‌توانند بر بقای جنین تاثیر بگذارند</w:t>
      </w:r>
      <w:r w:rsidRPr="002C4E4D">
        <w:rPr>
          <w:rFonts w:cs="B Nazanin"/>
          <w:b/>
          <w:bCs/>
          <w:sz w:val="24"/>
          <w:szCs w:val="24"/>
        </w:rPr>
        <w:t>.</w:t>
      </w:r>
    </w:p>
    <w:p w14:paraId="7B384BCC" w14:textId="21CF8A77" w:rsidR="002C4E4D" w:rsidRPr="002C4E4D" w:rsidRDefault="002C4E4D" w:rsidP="002C4E4D">
      <w:pPr>
        <w:numPr>
          <w:ilvl w:val="0"/>
          <w:numId w:val="29"/>
        </w:numPr>
        <w:bidi/>
        <w:jc w:val="both"/>
        <w:rPr>
          <w:rFonts w:cs="B Nazanin"/>
          <w:b/>
          <w:bCs/>
          <w:sz w:val="24"/>
          <w:szCs w:val="24"/>
        </w:rPr>
      </w:pPr>
      <w:r w:rsidRPr="002C4E4D">
        <w:rPr>
          <w:rFonts w:cs="B Nazanin"/>
          <w:b/>
          <w:bCs/>
          <w:sz w:val="24"/>
          <w:szCs w:val="24"/>
          <w:rtl/>
        </w:rPr>
        <w:t>ویتامین‌های دیگر</w:t>
      </w:r>
      <w:r w:rsidRPr="002C4E4D">
        <w:rPr>
          <w:rFonts w:cs="B Nazanin"/>
          <w:b/>
          <w:bCs/>
          <w:sz w:val="24"/>
          <w:szCs w:val="24"/>
        </w:rPr>
        <w:t xml:space="preserve"> (A, C, E, B-complex)</w:t>
      </w:r>
      <w:r w:rsidR="00027014">
        <w:rPr>
          <w:rFonts w:cs="B Nazanin" w:hint="cs"/>
          <w:b/>
          <w:bCs/>
          <w:sz w:val="24"/>
          <w:szCs w:val="24"/>
          <w:rtl/>
        </w:rPr>
        <w:t xml:space="preserve"> </w:t>
      </w:r>
      <w:r w:rsidRPr="002C4E4D">
        <w:rPr>
          <w:rFonts w:cs="B Nazanin"/>
          <w:b/>
          <w:bCs/>
          <w:sz w:val="24"/>
          <w:szCs w:val="24"/>
        </w:rPr>
        <w:t>:</w:t>
      </w:r>
      <w:r w:rsidR="00027014">
        <w:rPr>
          <w:rFonts w:cs="B Nazanin" w:hint="cs"/>
          <w:b/>
          <w:bCs/>
          <w:sz w:val="24"/>
          <w:szCs w:val="24"/>
          <w:rtl/>
        </w:rPr>
        <w:t xml:space="preserve"> </w:t>
      </w:r>
      <w:r w:rsidRPr="002C4E4D">
        <w:rPr>
          <w:rFonts w:cs="B Nazanin"/>
          <w:b/>
          <w:bCs/>
          <w:sz w:val="24"/>
          <w:szCs w:val="24"/>
        </w:rPr>
        <w:t xml:space="preserve"> </w:t>
      </w:r>
      <w:r w:rsidRPr="002C4E4D">
        <w:rPr>
          <w:rFonts w:cs="B Nazanin"/>
          <w:b/>
          <w:bCs/>
          <w:sz w:val="24"/>
          <w:szCs w:val="24"/>
          <w:rtl/>
        </w:rPr>
        <w:t>کمبود هر یک از این ویتامین‌ها می‌تواند بر جنبه‌های مختلف رشد و متابولیسم جنین تاثیر بگذارد</w:t>
      </w:r>
      <w:r w:rsidRPr="002C4E4D">
        <w:rPr>
          <w:rFonts w:cs="B Nazanin"/>
          <w:b/>
          <w:bCs/>
          <w:sz w:val="24"/>
          <w:szCs w:val="24"/>
        </w:rPr>
        <w:t>.</w:t>
      </w:r>
    </w:p>
    <w:p w14:paraId="39C0BCEF" w14:textId="77777777" w:rsidR="002C4E4D" w:rsidRPr="002C4E4D" w:rsidRDefault="002C4E4D" w:rsidP="002C4E4D">
      <w:pPr>
        <w:bidi/>
        <w:jc w:val="both"/>
        <w:rPr>
          <w:rFonts w:cs="B Nazanin"/>
          <w:b/>
          <w:bCs/>
          <w:sz w:val="24"/>
          <w:szCs w:val="24"/>
        </w:rPr>
      </w:pPr>
      <w:r w:rsidRPr="002C4E4D">
        <w:rPr>
          <w:rFonts w:cs="B Nazanin"/>
          <w:b/>
          <w:bCs/>
          <w:sz w:val="24"/>
          <w:szCs w:val="24"/>
          <w:rtl/>
        </w:rPr>
        <w:t>چاقی و اضافه وزن</w:t>
      </w:r>
      <w:r w:rsidRPr="002C4E4D">
        <w:rPr>
          <w:rFonts w:cs="B Nazanin"/>
          <w:b/>
          <w:bCs/>
          <w:sz w:val="24"/>
          <w:szCs w:val="24"/>
        </w:rPr>
        <w:t xml:space="preserve"> (Obesity)</w:t>
      </w:r>
    </w:p>
    <w:p w14:paraId="321CDEFD" w14:textId="77777777" w:rsidR="002C4E4D" w:rsidRPr="002C4E4D" w:rsidRDefault="002C4E4D" w:rsidP="002C4E4D">
      <w:pPr>
        <w:bidi/>
        <w:jc w:val="both"/>
        <w:rPr>
          <w:rFonts w:cs="B Nazanin"/>
          <w:b/>
          <w:bCs/>
          <w:sz w:val="24"/>
          <w:szCs w:val="24"/>
        </w:rPr>
      </w:pPr>
      <w:r w:rsidRPr="002C4E4D">
        <w:rPr>
          <w:rFonts w:cs="B Nazanin"/>
          <w:b/>
          <w:bCs/>
          <w:sz w:val="24"/>
          <w:szCs w:val="24"/>
          <w:rtl/>
        </w:rPr>
        <w:t>چاقی مفرط مادر قبل از بارداری یا افزایش وزن بیش از حد در طول بارداری، با افزایش قابل توجهی در خطر عوارض بارداری، از جمله مرگ داخل رحمی، همراه است</w:t>
      </w:r>
      <w:r w:rsidRPr="002C4E4D">
        <w:rPr>
          <w:rFonts w:cs="B Nazanin"/>
          <w:b/>
          <w:bCs/>
          <w:sz w:val="24"/>
          <w:szCs w:val="24"/>
        </w:rPr>
        <w:t>.</w:t>
      </w:r>
    </w:p>
    <w:p w14:paraId="18A3524D" w14:textId="31FFC4C8" w:rsidR="002C4E4D" w:rsidRPr="002C4E4D" w:rsidRDefault="002C4E4D" w:rsidP="002C4E4D">
      <w:pPr>
        <w:numPr>
          <w:ilvl w:val="0"/>
          <w:numId w:val="30"/>
        </w:numPr>
        <w:bidi/>
        <w:jc w:val="both"/>
        <w:rPr>
          <w:rFonts w:cs="B Nazanin"/>
          <w:b/>
          <w:bCs/>
          <w:sz w:val="24"/>
          <w:szCs w:val="24"/>
        </w:rPr>
      </w:pPr>
      <w:r w:rsidRPr="002C4E4D">
        <w:rPr>
          <w:rFonts w:cs="B Nazanin"/>
          <w:b/>
          <w:bCs/>
          <w:sz w:val="24"/>
          <w:szCs w:val="24"/>
          <w:rtl/>
        </w:rPr>
        <w:t>عوامل مرتبط با چاقی</w:t>
      </w:r>
      <w:r w:rsidR="00027014">
        <w:rPr>
          <w:rFonts w:cs="B Nazanin" w:hint="cs"/>
          <w:b/>
          <w:bCs/>
          <w:sz w:val="24"/>
          <w:szCs w:val="24"/>
          <w:rtl/>
        </w:rPr>
        <w:t xml:space="preserve"> </w:t>
      </w:r>
      <w:r w:rsidRPr="002C4E4D">
        <w:rPr>
          <w:rFonts w:cs="B Nazanin"/>
          <w:b/>
          <w:bCs/>
          <w:sz w:val="24"/>
          <w:szCs w:val="24"/>
        </w:rPr>
        <w:t>:</w:t>
      </w:r>
    </w:p>
    <w:p w14:paraId="4C9904E7" w14:textId="77777777" w:rsidR="002C4E4D" w:rsidRPr="002C4E4D" w:rsidRDefault="002C4E4D" w:rsidP="002C4E4D">
      <w:pPr>
        <w:numPr>
          <w:ilvl w:val="1"/>
          <w:numId w:val="30"/>
        </w:numPr>
        <w:bidi/>
        <w:jc w:val="both"/>
        <w:rPr>
          <w:rFonts w:cs="B Nazanin"/>
          <w:b/>
          <w:bCs/>
          <w:sz w:val="24"/>
          <w:szCs w:val="24"/>
        </w:rPr>
      </w:pPr>
      <w:r w:rsidRPr="002C4E4D">
        <w:rPr>
          <w:rFonts w:cs="B Nazanin"/>
          <w:b/>
          <w:bCs/>
          <w:sz w:val="24"/>
          <w:szCs w:val="24"/>
          <w:rtl/>
        </w:rPr>
        <w:t>افزایش خطر دیابت و فشار خون بالا</w:t>
      </w:r>
      <w:r w:rsidRPr="002C4E4D">
        <w:rPr>
          <w:rFonts w:cs="B Nazanin"/>
          <w:b/>
          <w:bCs/>
          <w:sz w:val="24"/>
          <w:szCs w:val="24"/>
        </w:rPr>
        <w:t xml:space="preserve">: </w:t>
      </w:r>
      <w:r w:rsidRPr="002C4E4D">
        <w:rPr>
          <w:rFonts w:cs="B Nazanin"/>
          <w:b/>
          <w:bCs/>
          <w:sz w:val="24"/>
          <w:szCs w:val="24"/>
          <w:rtl/>
        </w:rPr>
        <w:t>چاقی خود یک عامل خطر اصلی برای ابتلا به دیابت بارداری و پره‌اکلامپسی است</w:t>
      </w:r>
      <w:r w:rsidRPr="002C4E4D">
        <w:rPr>
          <w:rFonts w:cs="B Nazanin"/>
          <w:b/>
          <w:bCs/>
          <w:sz w:val="24"/>
          <w:szCs w:val="24"/>
        </w:rPr>
        <w:t>.</w:t>
      </w:r>
    </w:p>
    <w:p w14:paraId="255DDCD9" w14:textId="77777777" w:rsidR="002C4E4D" w:rsidRPr="002C4E4D" w:rsidRDefault="002C4E4D" w:rsidP="002C4E4D">
      <w:pPr>
        <w:numPr>
          <w:ilvl w:val="1"/>
          <w:numId w:val="30"/>
        </w:numPr>
        <w:bidi/>
        <w:jc w:val="both"/>
        <w:rPr>
          <w:rFonts w:cs="B Nazanin"/>
          <w:b/>
          <w:bCs/>
          <w:sz w:val="24"/>
          <w:szCs w:val="24"/>
        </w:rPr>
      </w:pPr>
      <w:r w:rsidRPr="002C4E4D">
        <w:rPr>
          <w:rFonts w:cs="B Nazanin"/>
          <w:b/>
          <w:bCs/>
          <w:sz w:val="24"/>
          <w:szCs w:val="24"/>
          <w:rtl/>
        </w:rPr>
        <w:lastRenderedPageBreak/>
        <w:t>اختلال در عملکرد جفت</w:t>
      </w:r>
      <w:r w:rsidRPr="002C4E4D">
        <w:rPr>
          <w:rFonts w:cs="B Nazanin"/>
          <w:b/>
          <w:bCs/>
          <w:sz w:val="24"/>
          <w:szCs w:val="24"/>
        </w:rPr>
        <w:t xml:space="preserve">: </w:t>
      </w:r>
      <w:r w:rsidRPr="002C4E4D">
        <w:rPr>
          <w:rFonts w:cs="B Nazanin"/>
          <w:b/>
          <w:bCs/>
          <w:sz w:val="24"/>
          <w:szCs w:val="24"/>
          <w:rtl/>
        </w:rPr>
        <w:t>چاقی می‌تواند باعث تغییراتی در ساختار و عملکرد جفت شود که منجر به اختلال در خون‌رسانی و انتقال مواد مغذی می‌گردد</w:t>
      </w:r>
      <w:r w:rsidRPr="002C4E4D">
        <w:rPr>
          <w:rFonts w:cs="B Nazanin"/>
          <w:b/>
          <w:bCs/>
          <w:sz w:val="24"/>
          <w:szCs w:val="24"/>
        </w:rPr>
        <w:t>.</w:t>
      </w:r>
    </w:p>
    <w:p w14:paraId="1CEE3CE3" w14:textId="77777777" w:rsidR="002C4E4D" w:rsidRPr="002C4E4D" w:rsidRDefault="002C4E4D" w:rsidP="002C4E4D">
      <w:pPr>
        <w:numPr>
          <w:ilvl w:val="1"/>
          <w:numId w:val="30"/>
        </w:numPr>
        <w:bidi/>
        <w:jc w:val="both"/>
        <w:rPr>
          <w:rFonts w:cs="B Nazanin"/>
          <w:b/>
          <w:bCs/>
          <w:sz w:val="24"/>
          <w:szCs w:val="24"/>
        </w:rPr>
      </w:pPr>
      <w:r w:rsidRPr="002C4E4D">
        <w:rPr>
          <w:rFonts w:cs="B Nazanin"/>
          <w:b/>
          <w:bCs/>
          <w:sz w:val="24"/>
          <w:szCs w:val="24"/>
          <w:rtl/>
        </w:rPr>
        <w:t>التهاب مزمن</w:t>
      </w:r>
      <w:r w:rsidRPr="002C4E4D">
        <w:rPr>
          <w:rFonts w:cs="B Nazanin"/>
          <w:b/>
          <w:bCs/>
          <w:sz w:val="24"/>
          <w:szCs w:val="24"/>
        </w:rPr>
        <w:t xml:space="preserve">: </w:t>
      </w:r>
      <w:r w:rsidRPr="002C4E4D">
        <w:rPr>
          <w:rFonts w:cs="B Nazanin"/>
          <w:b/>
          <w:bCs/>
          <w:sz w:val="24"/>
          <w:szCs w:val="24"/>
          <w:rtl/>
        </w:rPr>
        <w:t>بافت چربی، به خصوص چربی احشایی، یک بافت فعال متابولیکی است که سایتوکاین‌های التهابی ترشح می‌کند و منجر به التهاب سیستمیک در مادر می‌شود</w:t>
      </w:r>
      <w:r w:rsidRPr="002C4E4D">
        <w:rPr>
          <w:rFonts w:cs="B Nazanin"/>
          <w:b/>
          <w:bCs/>
          <w:sz w:val="24"/>
          <w:szCs w:val="24"/>
        </w:rPr>
        <w:t>.</w:t>
      </w:r>
    </w:p>
    <w:p w14:paraId="7AA291F3" w14:textId="77777777" w:rsidR="002C4E4D" w:rsidRPr="002C4E4D" w:rsidRDefault="002C4E4D" w:rsidP="002C4E4D">
      <w:pPr>
        <w:numPr>
          <w:ilvl w:val="1"/>
          <w:numId w:val="30"/>
        </w:numPr>
        <w:bidi/>
        <w:jc w:val="both"/>
        <w:rPr>
          <w:rFonts w:cs="B Nazanin"/>
          <w:b/>
          <w:bCs/>
          <w:sz w:val="24"/>
          <w:szCs w:val="24"/>
        </w:rPr>
      </w:pPr>
      <w:r w:rsidRPr="002C4E4D">
        <w:rPr>
          <w:rFonts w:cs="B Nazanin"/>
          <w:b/>
          <w:bCs/>
          <w:sz w:val="24"/>
          <w:szCs w:val="24"/>
          <w:rtl/>
        </w:rPr>
        <w:t>افزایش خطر ترومبوآمبولیسم</w:t>
      </w:r>
      <w:r w:rsidRPr="002C4E4D">
        <w:rPr>
          <w:rFonts w:cs="B Nazanin"/>
          <w:b/>
          <w:bCs/>
          <w:sz w:val="24"/>
          <w:szCs w:val="24"/>
        </w:rPr>
        <w:t xml:space="preserve">: </w:t>
      </w:r>
      <w:r w:rsidRPr="002C4E4D">
        <w:rPr>
          <w:rFonts w:cs="B Nazanin"/>
          <w:b/>
          <w:bCs/>
          <w:sz w:val="24"/>
          <w:szCs w:val="24"/>
          <w:rtl/>
        </w:rPr>
        <w:t>چاقی با افزایش خطر لخته شدن خون در رگ‌ها همراه است که می‌تواند بر عروق جفتی نیز تاثیر بگذارد</w:t>
      </w:r>
      <w:r w:rsidRPr="002C4E4D">
        <w:rPr>
          <w:rFonts w:cs="B Nazanin"/>
          <w:b/>
          <w:bCs/>
          <w:sz w:val="24"/>
          <w:szCs w:val="24"/>
        </w:rPr>
        <w:t>.</w:t>
      </w:r>
    </w:p>
    <w:p w14:paraId="49C60E0A" w14:textId="77777777" w:rsidR="002C4E4D" w:rsidRPr="002C4E4D" w:rsidRDefault="002C4E4D" w:rsidP="002C4E4D">
      <w:pPr>
        <w:numPr>
          <w:ilvl w:val="0"/>
          <w:numId w:val="30"/>
        </w:numPr>
        <w:bidi/>
        <w:jc w:val="both"/>
        <w:rPr>
          <w:rFonts w:cs="B Nazanin"/>
          <w:b/>
          <w:bCs/>
          <w:sz w:val="24"/>
          <w:szCs w:val="24"/>
        </w:rPr>
      </w:pPr>
      <w:r w:rsidRPr="002C4E4D">
        <w:rPr>
          <w:rFonts w:cs="B Nazanin"/>
          <w:b/>
          <w:bCs/>
          <w:sz w:val="24"/>
          <w:szCs w:val="24"/>
          <w:rtl/>
        </w:rPr>
        <w:t>افزایش وزن بیش از حد در بارداری</w:t>
      </w:r>
      <w:r w:rsidRPr="002C4E4D">
        <w:rPr>
          <w:rFonts w:cs="B Nazanin"/>
          <w:b/>
          <w:bCs/>
          <w:sz w:val="24"/>
          <w:szCs w:val="24"/>
        </w:rPr>
        <w:t xml:space="preserve">: </w:t>
      </w:r>
      <w:r w:rsidRPr="002C4E4D">
        <w:rPr>
          <w:rFonts w:cs="B Nazanin"/>
          <w:b/>
          <w:bCs/>
          <w:sz w:val="24"/>
          <w:szCs w:val="24"/>
          <w:rtl/>
        </w:rPr>
        <w:t>حتی در مادرانی که قبل از بارداری وزن نرمال داشته‌اند، افزایش وزن نامتناسب و بیش از حد در طول بارداری نیز با افزایش خطر مرگ داخل رحمی و سایر عوارض مرتبط است</w:t>
      </w:r>
      <w:r w:rsidRPr="002C4E4D">
        <w:rPr>
          <w:rFonts w:cs="B Nazanin"/>
          <w:b/>
          <w:bCs/>
          <w:sz w:val="24"/>
          <w:szCs w:val="24"/>
        </w:rPr>
        <w:t>.</w:t>
      </w:r>
    </w:p>
    <w:p w14:paraId="4E156BBA" w14:textId="77777777" w:rsidR="002C4E4D" w:rsidRPr="002C4E4D" w:rsidRDefault="002C4E4D" w:rsidP="002C4E4D">
      <w:pPr>
        <w:bidi/>
        <w:jc w:val="both"/>
        <w:rPr>
          <w:rFonts w:cs="B Nazanin"/>
          <w:b/>
          <w:bCs/>
          <w:sz w:val="24"/>
          <w:szCs w:val="24"/>
        </w:rPr>
      </w:pPr>
      <w:r w:rsidRPr="002C4E4D">
        <w:rPr>
          <w:rFonts w:cs="B Nazanin"/>
          <w:b/>
          <w:bCs/>
          <w:sz w:val="24"/>
          <w:szCs w:val="24"/>
          <w:rtl/>
        </w:rPr>
        <w:t>کم‌وزنی و سوءتغذیه مادر</w:t>
      </w:r>
      <w:r w:rsidRPr="002C4E4D">
        <w:rPr>
          <w:rFonts w:cs="B Nazanin"/>
          <w:b/>
          <w:bCs/>
          <w:sz w:val="24"/>
          <w:szCs w:val="24"/>
        </w:rPr>
        <w:t xml:space="preserve"> (Maternal Underweight and Malnutrition)</w:t>
      </w:r>
    </w:p>
    <w:p w14:paraId="26D28D19" w14:textId="77777777" w:rsidR="002C4E4D" w:rsidRPr="002C4E4D" w:rsidRDefault="002C4E4D" w:rsidP="002C4E4D">
      <w:pPr>
        <w:bidi/>
        <w:jc w:val="both"/>
        <w:rPr>
          <w:rFonts w:cs="B Nazanin"/>
          <w:b/>
          <w:bCs/>
          <w:sz w:val="24"/>
          <w:szCs w:val="24"/>
        </w:rPr>
      </w:pPr>
      <w:r w:rsidRPr="002C4E4D">
        <w:rPr>
          <w:rFonts w:cs="B Nazanin"/>
          <w:b/>
          <w:bCs/>
          <w:sz w:val="24"/>
          <w:szCs w:val="24"/>
          <w:rtl/>
        </w:rPr>
        <w:t>برخلاف چاقی، کم‌وزنی شدید مادر و سوءتغذیه نیز می‌تواند خطراتی را برای جنین ایجاد کند</w:t>
      </w:r>
      <w:r w:rsidRPr="002C4E4D">
        <w:rPr>
          <w:rFonts w:cs="B Nazanin"/>
          <w:b/>
          <w:bCs/>
          <w:sz w:val="24"/>
          <w:szCs w:val="24"/>
        </w:rPr>
        <w:t>.</w:t>
      </w:r>
    </w:p>
    <w:p w14:paraId="767BB957" w14:textId="77777777" w:rsidR="002C4E4D" w:rsidRPr="002C4E4D" w:rsidRDefault="002C4E4D" w:rsidP="002C4E4D">
      <w:pPr>
        <w:numPr>
          <w:ilvl w:val="0"/>
          <w:numId w:val="31"/>
        </w:numPr>
        <w:bidi/>
        <w:jc w:val="both"/>
        <w:rPr>
          <w:rFonts w:cs="B Nazanin"/>
          <w:b/>
          <w:bCs/>
          <w:sz w:val="24"/>
          <w:szCs w:val="24"/>
        </w:rPr>
      </w:pPr>
      <w:r w:rsidRPr="002C4E4D">
        <w:rPr>
          <w:rFonts w:cs="B Nazanin"/>
          <w:b/>
          <w:bCs/>
          <w:sz w:val="24"/>
          <w:szCs w:val="24"/>
          <w:rtl/>
        </w:rPr>
        <w:t>کاهش ذخایر مغذی</w:t>
      </w:r>
      <w:r w:rsidRPr="002C4E4D">
        <w:rPr>
          <w:rFonts w:cs="B Nazanin"/>
          <w:b/>
          <w:bCs/>
          <w:sz w:val="24"/>
          <w:szCs w:val="24"/>
        </w:rPr>
        <w:t xml:space="preserve">: </w:t>
      </w:r>
      <w:r w:rsidRPr="002C4E4D">
        <w:rPr>
          <w:rFonts w:cs="B Nazanin"/>
          <w:b/>
          <w:bCs/>
          <w:sz w:val="24"/>
          <w:szCs w:val="24"/>
          <w:rtl/>
        </w:rPr>
        <w:t>مادر کم‌وزن ممکن است ذخایر کافی از ویتامین‌ها و مواد معدنی را نداشته باشد که برای رشد جنین ضروری هستند</w:t>
      </w:r>
      <w:r w:rsidRPr="002C4E4D">
        <w:rPr>
          <w:rFonts w:cs="B Nazanin"/>
          <w:b/>
          <w:bCs/>
          <w:sz w:val="24"/>
          <w:szCs w:val="24"/>
        </w:rPr>
        <w:t>.</w:t>
      </w:r>
    </w:p>
    <w:p w14:paraId="038246D4" w14:textId="77777777" w:rsidR="002C4E4D" w:rsidRPr="002C4E4D" w:rsidRDefault="002C4E4D" w:rsidP="002C4E4D">
      <w:pPr>
        <w:numPr>
          <w:ilvl w:val="0"/>
          <w:numId w:val="31"/>
        </w:numPr>
        <w:bidi/>
        <w:jc w:val="both"/>
        <w:rPr>
          <w:rFonts w:cs="B Nazanin"/>
          <w:b/>
          <w:bCs/>
          <w:sz w:val="24"/>
          <w:szCs w:val="24"/>
        </w:rPr>
      </w:pPr>
      <w:r w:rsidRPr="002C4E4D">
        <w:rPr>
          <w:rFonts w:cs="B Nazanin"/>
          <w:b/>
          <w:bCs/>
          <w:sz w:val="24"/>
          <w:szCs w:val="24"/>
          <w:rtl/>
        </w:rPr>
        <w:t>کاهش توده عضلانی</w:t>
      </w:r>
      <w:r w:rsidRPr="002C4E4D">
        <w:rPr>
          <w:rFonts w:cs="B Nazanin"/>
          <w:b/>
          <w:bCs/>
          <w:sz w:val="24"/>
          <w:szCs w:val="24"/>
        </w:rPr>
        <w:t xml:space="preserve">: </w:t>
      </w:r>
      <w:r w:rsidRPr="002C4E4D">
        <w:rPr>
          <w:rFonts w:cs="B Nazanin"/>
          <w:b/>
          <w:bCs/>
          <w:sz w:val="24"/>
          <w:szCs w:val="24"/>
          <w:rtl/>
        </w:rPr>
        <w:t>کمبود پروتئین می‌تواند منجر به ضعف عضلات مادر و کاهش توانایی او برای تحمل بار بارداری شود</w:t>
      </w:r>
      <w:r w:rsidRPr="002C4E4D">
        <w:rPr>
          <w:rFonts w:cs="B Nazanin"/>
          <w:b/>
          <w:bCs/>
          <w:sz w:val="24"/>
          <w:szCs w:val="24"/>
        </w:rPr>
        <w:t>.</w:t>
      </w:r>
    </w:p>
    <w:p w14:paraId="37E3EF2F" w14:textId="77777777" w:rsidR="002C4E4D" w:rsidRPr="002C4E4D" w:rsidRDefault="002C4E4D" w:rsidP="002C4E4D">
      <w:pPr>
        <w:numPr>
          <w:ilvl w:val="0"/>
          <w:numId w:val="31"/>
        </w:numPr>
        <w:bidi/>
        <w:jc w:val="both"/>
        <w:rPr>
          <w:rFonts w:cs="B Nazanin"/>
          <w:b/>
          <w:bCs/>
          <w:sz w:val="24"/>
          <w:szCs w:val="24"/>
        </w:rPr>
      </w:pPr>
      <w:r w:rsidRPr="002C4E4D">
        <w:rPr>
          <w:rFonts w:cs="B Nazanin"/>
          <w:b/>
          <w:bCs/>
          <w:sz w:val="24"/>
          <w:szCs w:val="24"/>
          <w:rtl/>
        </w:rPr>
        <w:t>افزایش خطر محدودیت رشد جنین</w:t>
      </w:r>
      <w:r w:rsidRPr="002C4E4D">
        <w:rPr>
          <w:rFonts w:cs="B Nazanin"/>
          <w:b/>
          <w:bCs/>
          <w:sz w:val="24"/>
          <w:szCs w:val="24"/>
        </w:rPr>
        <w:t xml:space="preserve">: </w:t>
      </w:r>
      <w:r w:rsidRPr="002C4E4D">
        <w:rPr>
          <w:rFonts w:cs="B Nazanin"/>
          <w:b/>
          <w:bCs/>
          <w:sz w:val="24"/>
          <w:szCs w:val="24"/>
          <w:rtl/>
        </w:rPr>
        <w:t>مادران کم‌تغذیه، جنین‌هایی با وزن کمتری خواهند داشت که بیشتر در معرض خطر عوارض و مرگ هستند</w:t>
      </w:r>
      <w:r w:rsidRPr="002C4E4D">
        <w:rPr>
          <w:rFonts w:cs="B Nazanin"/>
          <w:b/>
          <w:bCs/>
          <w:sz w:val="24"/>
          <w:szCs w:val="24"/>
        </w:rPr>
        <w:t>.</w:t>
      </w:r>
    </w:p>
    <w:p w14:paraId="3E5BB272" w14:textId="77777777" w:rsidR="002C4E4D" w:rsidRPr="002C4E4D" w:rsidRDefault="002C4E4D" w:rsidP="002C4E4D">
      <w:pPr>
        <w:numPr>
          <w:ilvl w:val="0"/>
          <w:numId w:val="31"/>
        </w:numPr>
        <w:bidi/>
        <w:jc w:val="both"/>
        <w:rPr>
          <w:rFonts w:cs="B Nazanin"/>
          <w:b/>
          <w:bCs/>
          <w:sz w:val="24"/>
          <w:szCs w:val="24"/>
        </w:rPr>
      </w:pPr>
      <w:r w:rsidRPr="002C4E4D">
        <w:rPr>
          <w:rFonts w:cs="B Nazanin"/>
          <w:b/>
          <w:bCs/>
          <w:sz w:val="24"/>
          <w:szCs w:val="24"/>
          <w:rtl/>
        </w:rPr>
        <w:t>توضیح علمی</w:t>
      </w:r>
      <w:r w:rsidRPr="002C4E4D">
        <w:rPr>
          <w:rFonts w:cs="B Nazanin"/>
          <w:b/>
          <w:bCs/>
          <w:sz w:val="24"/>
          <w:szCs w:val="24"/>
        </w:rPr>
        <w:t xml:space="preserve">: </w:t>
      </w:r>
      <w:r w:rsidRPr="002C4E4D">
        <w:rPr>
          <w:rFonts w:cs="B Nazanin"/>
          <w:b/>
          <w:bCs/>
          <w:sz w:val="24"/>
          <w:szCs w:val="24"/>
          <w:rtl/>
        </w:rPr>
        <w:t>تغذیه نامناسب مستقیماً بر رشد بافت‌ها و عملکرد جفت اثر می‌گذارد. مواد مغذی مانند پروتئین‌ها، کربوهیدرات‌ها، چربی‌ها، ویتامین‌ها و مواد معدنی، بلوک‌های سازنده سلول‌های جنینی هستند و همچنین برای عملکرد صحیح جفت، که مسئول انتقال مواد از مادر به جنین است، حیاتی می‌باشند. کمبود هر یک از این مواد می‌تواند روند تکامل جنین را کند کرده، منجر به اختلال در عملکرد اندام‌های حیاتی شود، یا با تاثیر بر ساختار و عملکرد جفت، منجر به نارسایی جفتی و در نهایت مرگ داخل رحمی گردد</w:t>
      </w:r>
      <w:r w:rsidRPr="002C4E4D">
        <w:rPr>
          <w:rFonts w:cs="B Nazanin"/>
          <w:b/>
          <w:bCs/>
          <w:sz w:val="24"/>
          <w:szCs w:val="24"/>
        </w:rPr>
        <w:t>.</w:t>
      </w:r>
    </w:p>
    <w:p w14:paraId="5ED9871E" w14:textId="265C27F1" w:rsidR="002C4E4D" w:rsidRDefault="002C4E4D" w:rsidP="002C4E4D">
      <w:pPr>
        <w:bidi/>
        <w:jc w:val="both"/>
        <w:rPr>
          <w:rFonts w:cs="B Nazanin"/>
          <w:b/>
          <w:bCs/>
          <w:sz w:val="24"/>
          <w:szCs w:val="24"/>
          <w:rtl/>
        </w:rPr>
      </w:pPr>
    </w:p>
    <w:p w14:paraId="3874FFB3" w14:textId="7B8243E0" w:rsidR="00027014" w:rsidRDefault="00027014" w:rsidP="00027014">
      <w:pPr>
        <w:bidi/>
        <w:jc w:val="both"/>
        <w:rPr>
          <w:rFonts w:cs="B Nazanin"/>
          <w:b/>
          <w:bCs/>
          <w:sz w:val="24"/>
          <w:szCs w:val="24"/>
          <w:rtl/>
        </w:rPr>
      </w:pPr>
    </w:p>
    <w:p w14:paraId="3A6BDA3C" w14:textId="77777777" w:rsidR="00027014" w:rsidRPr="002C4E4D" w:rsidRDefault="00027014" w:rsidP="00027014">
      <w:pPr>
        <w:bidi/>
        <w:jc w:val="both"/>
        <w:rPr>
          <w:rFonts w:cs="B Nazanin"/>
          <w:b/>
          <w:bCs/>
          <w:sz w:val="24"/>
          <w:szCs w:val="24"/>
        </w:rPr>
      </w:pPr>
    </w:p>
    <w:p w14:paraId="5A218395" w14:textId="77777777" w:rsidR="002C4E4D" w:rsidRPr="00027014" w:rsidRDefault="002C4E4D" w:rsidP="002C4E4D">
      <w:pPr>
        <w:bidi/>
        <w:jc w:val="both"/>
        <w:rPr>
          <w:rFonts w:cs="B Titr"/>
          <w:b/>
          <w:bCs/>
          <w:sz w:val="24"/>
          <w:szCs w:val="24"/>
        </w:rPr>
      </w:pPr>
      <w:r w:rsidRPr="00027014">
        <w:rPr>
          <w:rFonts w:cs="B Titr"/>
          <w:b/>
          <w:bCs/>
          <w:sz w:val="24"/>
          <w:szCs w:val="24"/>
          <w:rtl/>
        </w:rPr>
        <w:lastRenderedPageBreak/>
        <w:t>بحث و نتیجه‌گیری</w:t>
      </w:r>
    </w:p>
    <w:p w14:paraId="52C1C45E" w14:textId="77777777" w:rsidR="002C4E4D" w:rsidRPr="002C4E4D" w:rsidRDefault="002C4E4D" w:rsidP="002C4E4D">
      <w:pPr>
        <w:bidi/>
        <w:jc w:val="both"/>
        <w:rPr>
          <w:rFonts w:cs="B Nazanin"/>
          <w:b/>
          <w:bCs/>
          <w:sz w:val="24"/>
          <w:szCs w:val="24"/>
        </w:rPr>
      </w:pPr>
      <w:r w:rsidRPr="002C4E4D">
        <w:rPr>
          <w:rFonts w:cs="B Nazanin"/>
          <w:b/>
          <w:bCs/>
          <w:sz w:val="24"/>
          <w:szCs w:val="24"/>
          <w:rtl/>
        </w:rPr>
        <w:t>شناخت عوامل مؤثر بر عدم حفظ حیات جنین مستلزم نگاهی جامع و چندبعدی است. پیشگیری شامل مدیریت بیماری‌های مادر، اصلاح سبک زندگی، رعایت نکات ایمنی محیط کار، و مراقبت‌های دوران بارداری است. همچنین غربالگری‌های ژنتیکی و آموزش‌های عمومی می‌تواند نقش مهمی در کاهش این پدیده ایفا کند</w:t>
      </w:r>
      <w:r w:rsidRPr="002C4E4D">
        <w:rPr>
          <w:rFonts w:cs="B Nazanin"/>
          <w:b/>
          <w:bCs/>
          <w:sz w:val="24"/>
          <w:szCs w:val="24"/>
        </w:rPr>
        <w:t>.</w:t>
      </w:r>
    </w:p>
    <w:p w14:paraId="6E9730CC" w14:textId="77777777" w:rsidR="002C4E4D" w:rsidRPr="002C4E4D" w:rsidRDefault="002C4E4D" w:rsidP="002C4E4D">
      <w:pPr>
        <w:bidi/>
        <w:jc w:val="both"/>
        <w:rPr>
          <w:rFonts w:cs="B Nazanin"/>
          <w:b/>
          <w:bCs/>
          <w:sz w:val="24"/>
          <w:szCs w:val="24"/>
        </w:rPr>
      </w:pPr>
      <w:r w:rsidRPr="002C4E4D">
        <w:rPr>
          <w:rFonts w:cs="B Nazanin"/>
          <w:b/>
          <w:bCs/>
          <w:sz w:val="24"/>
          <w:szCs w:val="24"/>
          <w:rtl/>
        </w:rPr>
        <w:t>مرگ داخل رحمی یک پدیده پیچیده و چندعاملی است که می‌تواند ناشی از طیف وسیعی از عوامل مرتبط با مادر، جنین، جفت، یا محیط باشد. همانطور که در این مقاله تشریح شد، اختلالات ژنتیکی و کروموزومی، ناهنجاری‌های ساختاری مادر، بیماری‌های زمینه‌ای مادر (دیابت، فشار خون بالا، بیماری‌های خودایمنی)، عفونت‌ها (ویروسی، باکتریایی، انگلی)، مواجهه با عوامل محیطی و شغلی زیان‌آور، مصرف داروها و مواد مخدر، استرس و عوامل روانی، و وضعیت تغذیه مادر، همگی می‌توانند به طور بالقوه منجر به توقف حیات جنین شوند</w:t>
      </w:r>
      <w:r w:rsidRPr="002C4E4D">
        <w:rPr>
          <w:rFonts w:cs="B Nazanin"/>
          <w:b/>
          <w:bCs/>
          <w:sz w:val="24"/>
          <w:szCs w:val="24"/>
        </w:rPr>
        <w:t>.</w:t>
      </w:r>
    </w:p>
    <w:p w14:paraId="3937FC78" w14:textId="77777777" w:rsidR="002C4E4D" w:rsidRPr="002C4E4D" w:rsidRDefault="002C4E4D" w:rsidP="002C4E4D">
      <w:pPr>
        <w:bidi/>
        <w:jc w:val="both"/>
        <w:rPr>
          <w:rFonts w:cs="B Nazanin"/>
          <w:b/>
          <w:bCs/>
          <w:sz w:val="24"/>
          <w:szCs w:val="24"/>
        </w:rPr>
      </w:pPr>
      <w:r w:rsidRPr="002C4E4D">
        <w:rPr>
          <w:rFonts w:cs="B Nazanin"/>
          <w:b/>
          <w:bCs/>
          <w:sz w:val="24"/>
          <w:szCs w:val="24"/>
          <w:rtl/>
        </w:rPr>
        <w:t>راهکارهای پیشگیرانه و مداخله‌ای</w:t>
      </w:r>
      <w:r w:rsidRPr="002C4E4D">
        <w:rPr>
          <w:rFonts w:cs="B Nazanin"/>
          <w:b/>
          <w:bCs/>
          <w:sz w:val="24"/>
          <w:szCs w:val="24"/>
        </w:rPr>
        <w:t>:</w:t>
      </w:r>
    </w:p>
    <w:p w14:paraId="33DD52E6" w14:textId="77777777" w:rsidR="002C4E4D" w:rsidRPr="002C4E4D" w:rsidRDefault="002C4E4D" w:rsidP="002C4E4D">
      <w:pPr>
        <w:numPr>
          <w:ilvl w:val="0"/>
          <w:numId w:val="32"/>
        </w:numPr>
        <w:bidi/>
        <w:jc w:val="both"/>
        <w:rPr>
          <w:rFonts w:cs="B Nazanin"/>
          <w:b/>
          <w:bCs/>
          <w:sz w:val="24"/>
          <w:szCs w:val="24"/>
        </w:rPr>
      </w:pPr>
      <w:r w:rsidRPr="002C4E4D">
        <w:rPr>
          <w:rFonts w:cs="B Nazanin"/>
          <w:b/>
          <w:bCs/>
          <w:sz w:val="24"/>
          <w:szCs w:val="24"/>
          <w:rtl/>
        </w:rPr>
        <w:t>مراقبت‌های پیش از بارداری</w:t>
      </w:r>
      <w:r w:rsidRPr="002C4E4D">
        <w:rPr>
          <w:rFonts w:cs="B Nazanin"/>
          <w:b/>
          <w:bCs/>
          <w:sz w:val="24"/>
          <w:szCs w:val="24"/>
        </w:rPr>
        <w:t xml:space="preserve"> (Preconception Care): </w:t>
      </w:r>
      <w:r w:rsidRPr="002C4E4D">
        <w:rPr>
          <w:rFonts w:cs="B Nazanin"/>
          <w:b/>
          <w:bCs/>
          <w:sz w:val="24"/>
          <w:szCs w:val="24"/>
          <w:rtl/>
        </w:rPr>
        <w:t>مشاوره ژنتیکی، ارزیابی سلامت مادر، کنترل بیماری‌های مزمن، و مصرف مکمل‌های لازم (به ویژه اسید فولیک) قبل از بارداری، می‌تواند بسیاری از عوامل خطر را کاهش دهد</w:t>
      </w:r>
      <w:r w:rsidRPr="002C4E4D">
        <w:rPr>
          <w:rFonts w:cs="B Nazanin"/>
          <w:b/>
          <w:bCs/>
          <w:sz w:val="24"/>
          <w:szCs w:val="24"/>
        </w:rPr>
        <w:t>.</w:t>
      </w:r>
    </w:p>
    <w:p w14:paraId="4CC20A16" w14:textId="77777777" w:rsidR="002C4E4D" w:rsidRPr="002C4E4D" w:rsidRDefault="002C4E4D" w:rsidP="002C4E4D">
      <w:pPr>
        <w:numPr>
          <w:ilvl w:val="0"/>
          <w:numId w:val="32"/>
        </w:numPr>
        <w:bidi/>
        <w:jc w:val="both"/>
        <w:rPr>
          <w:rFonts w:cs="B Nazanin"/>
          <w:b/>
          <w:bCs/>
          <w:sz w:val="24"/>
          <w:szCs w:val="24"/>
        </w:rPr>
      </w:pPr>
      <w:r w:rsidRPr="002C4E4D">
        <w:rPr>
          <w:rFonts w:cs="B Nazanin"/>
          <w:b/>
          <w:bCs/>
          <w:sz w:val="24"/>
          <w:szCs w:val="24"/>
          <w:rtl/>
        </w:rPr>
        <w:t>مراقبت‌های دوران بارداری</w:t>
      </w:r>
      <w:r w:rsidRPr="002C4E4D">
        <w:rPr>
          <w:rFonts w:cs="B Nazanin"/>
          <w:b/>
          <w:bCs/>
          <w:sz w:val="24"/>
          <w:szCs w:val="24"/>
        </w:rPr>
        <w:t xml:space="preserve"> (Antenatal Care): </w:t>
      </w:r>
      <w:r w:rsidRPr="002C4E4D">
        <w:rPr>
          <w:rFonts w:cs="B Nazanin"/>
          <w:b/>
          <w:bCs/>
          <w:sz w:val="24"/>
          <w:szCs w:val="24"/>
          <w:rtl/>
        </w:rPr>
        <w:t>غربالگری منظم برای تشخیص بیماری‌های زمینه‌ای مادر، شناسایی عفونت‌ها، پایش رشد جنین، و تشخیص زودهنگام عوارض مانند پره‌اکلامپسی و محدودیت رشد جنین، برای پیشگیری از مرگ داخل رحمی حیاتی است</w:t>
      </w:r>
      <w:r w:rsidRPr="002C4E4D">
        <w:rPr>
          <w:rFonts w:cs="B Nazanin"/>
          <w:b/>
          <w:bCs/>
          <w:sz w:val="24"/>
          <w:szCs w:val="24"/>
        </w:rPr>
        <w:t>.</w:t>
      </w:r>
    </w:p>
    <w:p w14:paraId="4B09C13D" w14:textId="77777777" w:rsidR="002C4E4D" w:rsidRPr="002C4E4D" w:rsidRDefault="002C4E4D" w:rsidP="002C4E4D">
      <w:pPr>
        <w:numPr>
          <w:ilvl w:val="0"/>
          <w:numId w:val="32"/>
        </w:numPr>
        <w:bidi/>
        <w:jc w:val="both"/>
        <w:rPr>
          <w:rFonts w:cs="B Nazanin"/>
          <w:b/>
          <w:bCs/>
          <w:sz w:val="24"/>
          <w:szCs w:val="24"/>
        </w:rPr>
      </w:pPr>
      <w:r w:rsidRPr="002C4E4D">
        <w:rPr>
          <w:rFonts w:cs="B Nazanin"/>
          <w:b/>
          <w:bCs/>
          <w:sz w:val="24"/>
          <w:szCs w:val="24"/>
          <w:rtl/>
        </w:rPr>
        <w:t>مدیریت بیماری‌های مادر</w:t>
      </w:r>
      <w:r w:rsidRPr="002C4E4D">
        <w:rPr>
          <w:rFonts w:cs="B Nazanin"/>
          <w:b/>
          <w:bCs/>
          <w:sz w:val="24"/>
          <w:szCs w:val="24"/>
        </w:rPr>
        <w:t xml:space="preserve">: </w:t>
      </w:r>
      <w:r w:rsidRPr="002C4E4D">
        <w:rPr>
          <w:rFonts w:cs="B Nazanin"/>
          <w:b/>
          <w:bCs/>
          <w:sz w:val="24"/>
          <w:szCs w:val="24"/>
          <w:rtl/>
        </w:rPr>
        <w:t>کنترل دقیق دیابت، فشار خون، و بیماری‌های خودایمنی از طریق رژیم غذایی، داروهای ایمن در بارداری، و نظارت مداوم</w:t>
      </w:r>
      <w:r w:rsidRPr="002C4E4D">
        <w:rPr>
          <w:rFonts w:cs="B Nazanin"/>
          <w:b/>
          <w:bCs/>
          <w:sz w:val="24"/>
          <w:szCs w:val="24"/>
        </w:rPr>
        <w:t>.</w:t>
      </w:r>
    </w:p>
    <w:p w14:paraId="5047136E" w14:textId="77777777" w:rsidR="002C4E4D" w:rsidRPr="002C4E4D" w:rsidRDefault="002C4E4D" w:rsidP="002C4E4D">
      <w:pPr>
        <w:numPr>
          <w:ilvl w:val="0"/>
          <w:numId w:val="32"/>
        </w:numPr>
        <w:bidi/>
        <w:jc w:val="both"/>
        <w:rPr>
          <w:rFonts w:cs="B Nazanin"/>
          <w:b/>
          <w:bCs/>
          <w:sz w:val="24"/>
          <w:szCs w:val="24"/>
        </w:rPr>
      </w:pPr>
      <w:r w:rsidRPr="002C4E4D">
        <w:rPr>
          <w:rFonts w:cs="B Nazanin"/>
          <w:b/>
          <w:bCs/>
          <w:sz w:val="24"/>
          <w:szCs w:val="24"/>
          <w:rtl/>
        </w:rPr>
        <w:t>اجتناب از مواد مضر</w:t>
      </w:r>
      <w:r w:rsidRPr="002C4E4D">
        <w:rPr>
          <w:rFonts w:cs="B Nazanin"/>
          <w:b/>
          <w:bCs/>
          <w:sz w:val="24"/>
          <w:szCs w:val="24"/>
        </w:rPr>
        <w:t xml:space="preserve">: </w:t>
      </w:r>
      <w:r w:rsidRPr="002C4E4D">
        <w:rPr>
          <w:rFonts w:cs="B Nazanin"/>
          <w:b/>
          <w:bCs/>
          <w:sz w:val="24"/>
          <w:szCs w:val="24"/>
          <w:rtl/>
        </w:rPr>
        <w:t>توصیه اکید به پرهیز از سیگار کشیدن، مصرف الکل، و مواد مخدر در دوران بارداری. همچنین، اطلاع‌رسانی در مورد داروهای پرخطر و جایگزین‌های ایمن</w:t>
      </w:r>
      <w:r w:rsidRPr="002C4E4D">
        <w:rPr>
          <w:rFonts w:cs="B Nazanin"/>
          <w:b/>
          <w:bCs/>
          <w:sz w:val="24"/>
          <w:szCs w:val="24"/>
        </w:rPr>
        <w:t>.</w:t>
      </w:r>
    </w:p>
    <w:p w14:paraId="51C14DBC" w14:textId="77777777" w:rsidR="002C4E4D" w:rsidRPr="002C4E4D" w:rsidRDefault="002C4E4D" w:rsidP="002C4E4D">
      <w:pPr>
        <w:numPr>
          <w:ilvl w:val="0"/>
          <w:numId w:val="32"/>
        </w:numPr>
        <w:bidi/>
        <w:jc w:val="both"/>
        <w:rPr>
          <w:rFonts w:cs="B Nazanin"/>
          <w:b/>
          <w:bCs/>
          <w:sz w:val="24"/>
          <w:szCs w:val="24"/>
        </w:rPr>
      </w:pPr>
      <w:r w:rsidRPr="002C4E4D">
        <w:rPr>
          <w:rFonts w:cs="B Nazanin"/>
          <w:b/>
          <w:bCs/>
          <w:sz w:val="24"/>
          <w:szCs w:val="24"/>
          <w:rtl/>
        </w:rPr>
        <w:t>ارتقاء آگاهی عمومی</w:t>
      </w:r>
      <w:r w:rsidRPr="002C4E4D">
        <w:rPr>
          <w:rFonts w:cs="B Nazanin"/>
          <w:b/>
          <w:bCs/>
          <w:sz w:val="24"/>
          <w:szCs w:val="24"/>
        </w:rPr>
        <w:t xml:space="preserve">: </w:t>
      </w:r>
      <w:r w:rsidRPr="002C4E4D">
        <w:rPr>
          <w:rFonts w:cs="B Nazanin"/>
          <w:b/>
          <w:bCs/>
          <w:sz w:val="24"/>
          <w:szCs w:val="24"/>
          <w:rtl/>
        </w:rPr>
        <w:t>آموزش مادران و خانواده‌ها در مورد علائم هشدار دهنده بارداری (مانند کاهش حرکات جنین، خونریزی، درد شکمی) و اهمیت مراجعه فوری به مراکز درمانی</w:t>
      </w:r>
      <w:r w:rsidRPr="002C4E4D">
        <w:rPr>
          <w:rFonts w:cs="B Nazanin"/>
          <w:b/>
          <w:bCs/>
          <w:sz w:val="24"/>
          <w:szCs w:val="24"/>
        </w:rPr>
        <w:t>.</w:t>
      </w:r>
    </w:p>
    <w:p w14:paraId="7FCFF8EA" w14:textId="77777777" w:rsidR="002C4E4D" w:rsidRPr="002C4E4D" w:rsidRDefault="002C4E4D" w:rsidP="002C4E4D">
      <w:pPr>
        <w:numPr>
          <w:ilvl w:val="0"/>
          <w:numId w:val="32"/>
        </w:numPr>
        <w:bidi/>
        <w:jc w:val="both"/>
        <w:rPr>
          <w:rFonts w:cs="B Nazanin"/>
          <w:b/>
          <w:bCs/>
          <w:sz w:val="24"/>
          <w:szCs w:val="24"/>
        </w:rPr>
      </w:pPr>
      <w:r w:rsidRPr="002C4E4D">
        <w:rPr>
          <w:rFonts w:cs="B Nazanin"/>
          <w:b/>
          <w:bCs/>
          <w:sz w:val="24"/>
          <w:szCs w:val="24"/>
          <w:rtl/>
        </w:rPr>
        <w:t>غربالگری ژنتیکی</w:t>
      </w:r>
      <w:r w:rsidRPr="002C4E4D">
        <w:rPr>
          <w:rFonts w:cs="B Nazanin"/>
          <w:b/>
          <w:bCs/>
          <w:sz w:val="24"/>
          <w:szCs w:val="24"/>
        </w:rPr>
        <w:t xml:space="preserve">: </w:t>
      </w:r>
      <w:r w:rsidRPr="002C4E4D">
        <w:rPr>
          <w:rFonts w:cs="B Nazanin"/>
          <w:b/>
          <w:bCs/>
          <w:sz w:val="24"/>
          <w:szCs w:val="24"/>
          <w:rtl/>
        </w:rPr>
        <w:t>ارائه خدمات غربالگری و تشخیص ناهنجاری‌های ژنتیکی و کروموزومی در صورت وجود ریسک یا تمایل والدین</w:t>
      </w:r>
      <w:r w:rsidRPr="002C4E4D">
        <w:rPr>
          <w:rFonts w:cs="B Nazanin"/>
          <w:b/>
          <w:bCs/>
          <w:sz w:val="24"/>
          <w:szCs w:val="24"/>
        </w:rPr>
        <w:t>.</w:t>
      </w:r>
    </w:p>
    <w:p w14:paraId="688D1E1E" w14:textId="77777777" w:rsidR="002C4E4D" w:rsidRPr="002C4E4D" w:rsidRDefault="002C4E4D" w:rsidP="002C4E4D">
      <w:pPr>
        <w:numPr>
          <w:ilvl w:val="0"/>
          <w:numId w:val="32"/>
        </w:numPr>
        <w:bidi/>
        <w:jc w:val="both"/>
        <w:rPr>
          <w:rFonts w:cs="B Nazanin"/>
          <w:b/>
          <w:bCs/>
          <w:sz w:val="24"/>
          <w:szCs w:val="24"/>
        </w:rPr>
      </w:pPr>
      <w:r w:rsidRPr="002C4E4D">
        <w:rPr>
          <w:rFonts w:cs="B Nazanin"/>
          <w:b/>
          <w:bCs/>
          <w:sz w:val="24"/>
          <w:szCs w:val="24"/>
          <w:rtl/>
        </w:rPr>
        <w:t>مدیریت محیط کار و سبک زندگی</w:t>
      </w:r>
      <w:r w:rsidRPr="002C4E4D">
        <w:rPr>
          <w:rFonts w:cs="B Nazanin"/>
          <w:b/>
          <w:bCs/>
          <w:sz w:val="24"/>
          <w:szCs w:val="24"/>
        </w:rPr>
        <w:t xml:space="preserve">: </w:t>
      </w:r>
      <w:r w:rsidRPr="002C4E4D">
        <w:rPr>
          <w:rFonts w:cs="B Nazanin"/>
          <w:b/>
          <w:bCs/>
          <w:sz w:val="24"/>
          <w:szCs w:val="24"/>
          <w:rtl/>
        </w:rPr>
        <w:t>ارائه توصیه‌های لازم در خصوص اجتناب از مواجهه با سموم محیطی و رعایت بهداشت شغلی. مدیریت استرس و حمایت روانی از مادران باردار</w:t>
      </w:r>
      <w:r w:rsidRPr="002C4E4D">
        <w:rPr>
          <w:rFonts w:cs="B Nazanin"/>
          <w:b/>
          <w:bCs/>
          <w:sz w:val="24"/>
          <w:szCs w:val="24"/>
        </w:rPr>
        <w:t>.</w:t>
      </w:r>
    </w:p>
    <w:p w14:paraId="08C96182" w14:textId="77777777" w:rsidR="002C4E4D" w:rsidRPr="002C4E4D" w:rsidRDefault="002C4E4D" w:rsidP="002C4E4D">
      <w:pPr>
        <w:numPr>
          <w:ilvl w:val="0"/>
          <w:numId w:val="32"/>
        </w:numPr>
        <w:bidi/>
        <w:jc w:val="both"/>
        <w:rPr>
          <w:rFonts w:cs="B Nazanin"/>
          <w:b/>
          <w:bCs/>
          <w:sz w:val="24"/>
          <w:szCs w:val="24"/>
        </w:rPr>
      </w:pPr>
      <w:r w:rsidRPr="002C4E4D">
        <w:rPr>
          <w:rFonts w:cs="B Nazanin"/>
          <w:b/>
          <w:bCs/>
          <w:sz w:val="24"/>
          <w:szCs w:val="24"/>
          <w:rtl/>
        </w:rPr>
        <w:lastRenderedPageBreak/>
        <w:t>تغذیه مناسب</w:t>
      </w:r>
      <w:r w:rsidRPr="002C4E4D">
        <w:rPr>
          <w:rFonts w:cs="B Nazanin"/>
          <w:b/>
          <w:bCs/>
          <w:sz w:val="24"/>
          <w:szCs w:val="24"/>
        </w:rPr>
        <w:t xml:space="preserve">: </w:t>
      </w:r>
      <w:r w:rsidRPr="002C4E4D">
        <w:rPr>
          <w:rFonts w:cs="B Nazanin"/>
          <w:b/>
          <w:bCs/>
          <w:sz w:val="24"/>
          <w:szCs w:val="24"/>
          <w:rtl/>
        </w:rPr>
        <w:t>تاکید بر رژیم غذایی متعادل و غنی از ریزمغذی‌ها برای مادران باردار</w:t>
      </w:r>
      <w:r w:rsidRPr="002C4E4D">
        <w:rPr>
          <w:rFonts w:cs="B Nazanin"/>
          <w:b/>
          <w:bCs/>
          <w:sz w:val="24"/>
          <w:szCs w:val="24"/>
        </w:rPr>
        <w:t>.</w:t>
      </w:r>
    </w:p>
    <w:p w14:paraId="30AE6E53" w14:textId="77777777" w:rsidR="002C4E4D" w:rsidRPr="002C4E4D" w:rsidRDefault="002C4E4D" w:rsidP="002C4E4D">
      <w:pPr>
        <w:bidi/>
        <w:jc w:val="both"/>
        <w:rPr>
          <w:rFonts w:cs="B Nazanin"/>
          <w:b/>
          <w:bCs/>
          <w:sz w:val="24"/>
          <w:szCs w:val="24"/>
        </w:rPr>
      </w:pPr>
      <w:r w:rsidRPr="002C4E4D">
        <w:rPr>
          <w:rFonts w:cs="B Nazanin"/>
          <w:b/>
          <w:bCs/>
          <w:sz w:val="24"/>
          <w:szCs w:val="24"/>
          <w:rtl/>
        </w:rPr>
        <w:t>در نهایت، با وجود پیشرفت‌های علمی، هنوز هم درصدی از موارد مرگ داخل رحمی قابل پیشگیری نیستند و علل آن‌ها ناشناخته باقی می‌مانند</w:t>
      </w:r>
      <w:r w:rsidRPr="002C4E4D">
        <w:rPr>
          <w:rFonts w:cs="B Nazanin"/>
          <w:b/>
          <w:bCs/>
          <w:sz w:val="24"/>
          <w:szCs w:val="24"/>
        </w:rPr>
        <w:t xml:space="preserve"> (Unexplained Stillbirth). </w:t>
      </w:r>
      <w:r w:rsidRPr="002C4E4D">
        <w:rPr>
          <w:rFonts w:cs="B Nazanin"/>
          <w:b/>
          <w:bCs/>
          <w:sz w:val="24"/>
          <w:szCs w:val="24"/>
          <w:rtl/>
        </w:rPr>
        <w:t>تحقیقات مستمر در زمینه ژنتیک، ایمونولوژی بارداری، و عوامل اپی‌ژنتیک می‌تواند به درک بهتر این موارد و یافتن راهکارهای جدید کمک کند. کاهش مرگ داخل رحمی، یک هدف کلیدی در حوزه سلامت جهانی است که نیازمند تلاش مشترک پزشکان، محققان، سیاست‌گذاران، و خود مادران و خانواده‌ها می‌باشد</w:t>
      </w:r>
      <w:r w:rsidRPr="002C4E4D">
        <w:rPr>
          <w:rFonts w:cs="B Nazanin"/>
          <w:b/>
          <w:bCs/>
          <w:sz w:val="24"/>
          <w:szCs w:val="24"/>
        </w:rPr>
        <w:t>.</w:t>
      </w:r>
    </w:p>
    <w:p w14:paraId="2ECB458A" w14:textId="15550EB3" w:rsidR="002C4E4D" w:rsidRDefault="002C4E4D" w:rsidP="002C4E4D">
      <w:pPr>
        <w:bidi/>
        <w:jc w:val="both"/>
        <w:rPr>
          <w:rFonts w:cs="B Nazanin"/>
          <w:b/>
          <w:bCs/>
          <w:sz w:val="24"/>
          <w:szCs w:val="24"/>
          <w:rtl/>
        </w:rPr>
      </w:pPr>
    </w:p>
    <w:p w14:paraId="7B219B9A" w14:textId="535B5416" w:rsidR="00D646EC" w:rsidRDefault="00D646EC" w:rsidP="00D646EC">
      <w:pPr>
        <w:bidi/>
        <w:jc w:val="both"/>
        <w:rPr>
          <w:rFonts w:cs="B Nazanin"/>
          <w:b/>
          <w:bCs/>
          <w:sz w:val="24"/>
          <w:szCs w:val="24"/>
          <w:rtl/>
        </w:rPr>
      </w:pPr>
    </w:p>
    <w:p w14:paraId="71B5B49E" w14:textId="62DF0F6D" w:rsidR="00D646EC" w:rsidRDefault="00D646EC" w:rsidP="00D646EC">
      <w:pPr>
        <w:bidi/>
        <w:jc w:val="both"/>
        <w:rPr>
          <w:rFonts w:cs="B Nazanin"/>
          <w:b/>
          <w:bCs/>
          <w:sz w:val="24"/>
          <w:szCs w:val="24"/>
          <w:rtl/>
        </w:rPr>
      </w:pPr>
    </w:p>
    <w:p w14:paraId="225FB685" w14:textId="4CE9D1B3" w:rsidR="00D646EC" w:rsidRDefault="00D646EC" w:rsidP="00D646EC">
      <w:pPr>
        <w:bidi/>
        <w:jc w:val="both"/>
        <w:rPr>
          <w:rFonts w:cs="B Nazanin"/>
          <w:b/>
          <w:bCs/>
          <w:sz w:val="24"/>
          <w:szCs w:val="24"/>
          <w:rtl/>
        </w:rPr>
      </w:pPr>
    </w:p>
    <w:p w14:paraId="411EA182" w14:textId="4F26DE21" w:rsidR="00D646EC" w:rsidRDefault="00D646EC" w:rsidP="00D646EC">
      <w:pPr>
        <w:bidi/>
        <w:jc w:val="both"/>
        <w:rPr>
          <w:rFonts w:cs="B Nazanin"/>
          <w:b/>
          <w:bCs/>
          <w:sz w:val="24"/>
          <w:szCs w:val="24"/>
          <w:rtl/>
        </w:rPr>
      </w:pPr>
    </w:p>
    <w:p w14:paraId="21247307" w14:textId="0E5DA19F" w:rsidR="00D646EC" w:rsidRDefault="00D646EC" w:rsidP="00D646EC">
      <w:pPr>
        <w:bidi/>
        <w:jc w:val="both"/>
        <w:rPr>
          <w:rFonts w:cs="B Nazanin"/>
          <w:b/>
          <w:bCs/>
          <w:sz w:val="24"/>
          <w:szCs w:val="24"/>
          <w:rtl/>
        </w:rPr>
      </w:pPr>
    </w:p>
    <w:p w14:paraId="390E0E94" w14:textId="6B5217FC" w:rsidR="00D646EC" w:rsidRDefault="00D646EC" w:rsidP="00D646EC">
      <w:pPr>
        <w:bidi/>
        <w:jc w:val="both"/>
        <w:rPr>
          <w:rFonts w:cs="B Nazanin"/>
          <w:b/>
          <w:bCs/>
          <w:sz w:val="24"/>
          <w:szCs w:val="24"/>
          <w:rtl/>
        </w:rPr>
      </w:pPr>
    </w:p>
    <w:p w14:paraId="476EFEAE" w14:textId="082D34DA" w:rsidR="00D646EC" w:rsidRDefault="00D646EC" w:rsidP="00D646EC">
      <w:pPr>
        <w:bidi/>
        <w:jc w:val="both"/>
        <w:rPr>
          <w:rFonts w:cs="B Nazanin"/>
          <w:b/>
          <w:bCs/>
          <w:sz w:val="24"/>
          <w:szCs w:val="24"/>
          <w:rtl/>
        </w:rPr>
      </w:pPr>
    </w:p>
    <w:p w14:paraId="4951484A" w14:textId="4E4F2875" w:rsidR="00D646EC" w:rsidRDefault="00D646EC" w:rsidP="00D646EC">
      <w:pPr>
        <w:bidi/>
        <w:jc w:val="both"/>
        <w:rPr>
          <w:rFonts w:cs="B Nazanin"/>
          <w:b/>
          <w:bCs/>
          <w:sz w:val="24"/>
          <w:szCs w:val="24"/>
          <w:rtl/>
        </w:rPr>
      </w:pPr>
    </w:p>
    <w:p w14:paraId="4DCFE7B8" w14:textId="3BF9682B" w:rsidR="00D646EC" w:rsidRDefault="00D646EC" w:rsidP="00D646EC">
      <w:pPr>
        <w:bidi/>
        <w:jc w:val="both"/>
        <w:rPr>
          <w:rFonts w:cs="B Nazanin"/>
          <w:b/>
          <w:bCs/>
          <w:sz w:val="24"/>
          <w:szCs w:val="24"/>
          <w:rtl/>
        </w:rPr>
      </w:pPr>
    </w:p>
    <w:p w14:paraId="6A1E09CB" w14:textId="1D6A9839" w:rsidR="00D646EC" w:rsidRDefault="00D646EC" w:rsidP="00D646EC">
      <w:pPr>
        <w:bidi/>
        <w:jc w:val="both"/>
        <w:rPr>
          <w:rFonts w:cs="B Nazanin"/>
          <w:b/>
          <w:bCs/>
          <w:sz w:val="24"/>
          <w:szCs w:val="24"/>
          <w:rtl/>
        </w:rPr>
      </w:pPr>
    </w:p>
    <w:p w14:paraId="1D5E96A1" w14:textId="50C562BF" w:rsidR="00D646EC" w:rsidRDefault="00D646EC" w:rsidP="00D646EC">
      <w:pPr>
        <w:bidi/>
        <w:jc w:val="both"/>
        <w:rPr>
          <w:rFonts w:cs="B Nazanin"/>
          <w:b/>
          <w:bCs/>
          <w:sz w:val="24"/>
          <w:szCs w:val="24"/>
          <w:rtl/>
        </w:rPr>
      </w:pPr>
    </w:p>
    <w:p w14:paraId="3F6A256F" w14:textId="662AEA50" w:rsidR="00D646EC" w:rsidRDefault="00D646EC" w:rsidP="00D646EC">
      <w:pPr>
        <w:bidi/>
        <w:jc w:val="both"/>
        <w:rPr>
          <w:rFonts w:cs="B Nazanin"/>
          <w:b/>
          <w:bCs/>
          <w:sz w:val="24"/>
          <w:szCs w:val="24"/>
          <w:rtl/>
        </w:rPr>
      </w:pPr>
    </w:p>
    <w:p w14:paraId="176BFAD9" w14:textId="24830D02" w:rsidR="00D646EC" w:rsidRDefault="00D646EC" w:rsidP="00D646EC">
      <w:pPr>
        <w:bidi/>
        <w:jc w:val="both"/>
        <w:rPr>
          <w:rFonts w:cs="B Nazanin"/>
          <w:b/>
          <w:bCs/>
          <w:sz w:val="24"/>
          <w:szCs w:val="24"/>
          <w:rtl/>
        </w:rPr>
      </w:pPr>
    </w:p>
    <w:p w14:paraId="5296C5B7" w14:textId="7D2BDBF6" w:rsidR="00D646EC" w:rsidRDefault="00D646EC" w:rsidP="00D646EC">
      <w:pPr>
        <w:bidi/>
        <w:jc w:val="both"/>
        <w:rPr>
          <w:rFonts w:cs="B Nazanin"/>
          <w:b/>
          <w:bCs/>
          <w:sz w:val="24"/>
          <w:szCs w:val="24"/>
          <w:rtl/>
        </w:rPr>
      </w:pPr>
    </w:p>
    <w:p w14:paraId="16A26E72" w14:textId="7073CB7A" w:rsidR="00D646EC" w:rsidRDefault="00D646EC" w:rsidP="00D646EC">
      <w:pPr>
        <w:bidi/>
        <w:jc w:val="both"/>
        <w:rPr>
          <w:rFonts w:cs="B Nazanin"/>
          <w:b/>
          <w:bCs/>
          <w:sz w:val="24"/>
          <w:szCs w:val="24"/>
          <w:rtl/>
        </w:rPr>
      </w:pPr>
    </w:p>
    <w:p w14:paraId="63DD3D71" w14:textId="3CFD0D79" w:rsidR="00A82CE3" w:rsidRDefault="00A82CE3" w:rsidP="002C4E4D">
      <w:pPr>
        <w:bidi/>
        <w:jc w:val="both"/>
        <w:rPr>
          <w:rFonts w:cs="B Nazanin"/>
          <w:b/>
          <w:bCs/>
          <w:sz w:val="24"/>
          <w:szCs w:val="24"/>
          <w:rtl/>
        </w:rPr>
      </w:pPr>
    </w:p>
    <w:p w14:paraId="778CB146" w14:textId="58794BBE" w:rsidR="002C4E4D" w:rsidRPr="00D646EC" w:rsidRDefault="002C4E4D" w:rsidP="002C4E4D">
      <w:pPr>
        <w:spacing w:before="100" w:beforeAutospacing="1" w:after="100" w:afterAutospacing="1" w:line="240" w:lineRule="auto"/>
        <w:jc w:val="right"/>
        <w:outlineLvl w:val="1"/>
        <w:rPr>
          <w:rFonts w:ascii="Times New Roman" w:eastAsia="Times New Roman" w:hAnsi="Times New Roman" w:cs="B Titr"/>
          <w:b/>
          <w:bCs/>
          <w:sz w:val="36"/>
          <w:szCs w:val="36"/>
          <w:rtl/>
        </w:rPr>
      </w:pPr>
      <w:r w:rsidRPr="00D646EC">
        <w:rPr>
          <w:rFonts w:ascii="Times New Roman" w:eastAsia="Times New Roman" w:hAnsi="Times New Roman" w:cs="B Titr"/>
          <w:b/>
          <w:bCs/>
          <w:sz w:val="36"/>
          <w:szCs w:val="36"/>
          <w:rtl/>
        </w:rPr>
        <w:lastRenderedPageBreak/>
        <w:t>منابع</w:t>
      </w:r>
    </w:p>
    <w:p w14:paraId="405B90E4" w14:textId="77777777" w:rsidR="002C4E4D" w:rsidRPr="002C4E4D" w:rsidRDefault="002C4E4D" w:rsidP="002C4E4D">
      <w:pPr>
        <w:spacing w:before="100" w:beforeAutospacing="1" w:after="100" w:afterAutospacing="1" w:line="240" w:lineRule="auto"/>
        <w:jc w:val="right"/>
        <w:outlineLvl w:val="1"/>
        <w:rPr>
          <w:rFonts w:ascii="Times New Roman" w:eastAsia="Times New Roman" w:hAnsi="Times New Roman" w:cs="Times New Roman"/>
          <w:b/>
          <w:bCs/>
          <w:sz w:val="36"/>
          <w:szCs w:val="36"/>
        </w:rPr>
      </w:pPr>
    </w:p>
    <w:p w14:paraId="6B79CAC8" w14:textId="77777777" w:rsidR="002C4E4D" w:rsidRPr="002C4E4D" w:rsidRDefault="002C4E4D" w:rsidP="002C4E4D">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2C4E4D">
        <w:rPr>
          <w:rFonts w:ascii="Times New Roman" w:eastAsia="Times New Roman" w:hAnsi="Times New Roman" w:cs="Times New Roman"/>
          <w:sz w:val="24"/>
          <w:szCs w:val="24"/>
        </w:rPr>
        <w:t xml:space="preserve">Cunningham, F. Gary, et al. </w:t>
      </w:r>
      <w:r w:rsidRPr="002C4E4D">
        <w:rPr>
          <w:rFonts w:ascii="Times New Roman" w:eastAsia="Times New Roman" w:hAnsi="Times New Roman" w:cs="Times New Roman"/>
          <w:i/>
          <w:iCs/>
          <w:sz w:val="24"/>
          <w:szCs w:val="24"/>
        </w:rPr>
        <w:t>Williams Obstetrics</w:t>
      </w:r>
      <w:r w:rsidRPr="002C4E4D">
        <w:rPr>
          <w:rFonts w:ascii="Times New Roman" w:eastAsia="Times New Roman" w:hAnsi="Times New Roman" w:cs="Times New Roman"/>
          <w:sz w:val="24"/>
          <w:szCs w:val="24"/>
        </w:rPr>
        <w:t>, 25th Edition. McGraw-Hill Education, 2018.</w:t>
      </w:r>
    </w:p>
    <w:p w14:paraId="3A653A57" w14:textId="77777777" w:rsidR="002C4E4D" w:rsidRPr="002C4E4D" w:rsidRDefault="002C4E4D" w:rsidP="002C4E4D">
      <w:pPr>
        <w:numPr>
          <w:ilvl w:val="0"/>
          <w:numId w:val="34"/>
        </w:numPr>
        <w:spacing w:before="100" w:beforeAutospacing="1" w:after="100" w:afterAutospacing="1" w:line="240" w:lineRule="auto"/>
        <w:rPr>
          <w:rFonts w:ascii="Times New Roman" w:eastAsia="Times New Roman" w:hAnsi="Times New Roman" w:cs="Times New Roman"/>
          <w:sz w:val="24"/>
          <w:szCs w:val="24"/>
        </w:rPr>
      </w:pPr>
      <w:proofErr w:type="spellStart"/>
      <w:r w:rsidRPr="002C4E4D">
        <w:rPr>
          <w:rFonts w:ascii="Times New Roman" w:eastAsia="Times New Roman" w:hAnsi="Times New Roman" w:cs="Times New Roman"/>
          <w:sz w:val="24"/>
          <w:szCs w:val="24"/>
        </w:rPr>
        <w:t>Gabbe</w:t>
      </w:r>
      <w:proofErr w:type="spellEnd"/>
      <w:r w:rsidRPr="002C4E4D">
        <w:rPr>
          <w:rFonts w:ascii="Times New Roman" w:eastAsia="Times New Roman" w:hAnsi="Times New Roman" w:cs="Times New Roman"/>
          <w:sz w:val="24"/>
          <w:szCs w:val="24"/>
        </w:rPr>
        <w:t xml:space="preserve">, Steven G., et al. </w:t>
      </w:r>
      <w:r w:rsidRPr="002C4E4D">
        <w:rPr>
          <w:rFonts w:ascii="Times New Roman" w:eastAsia="Times New Roman" w:hAnsi="Times New Roman" w:cs="Times New Roman"/>
          <w:i/>
          <w:iCs/>
          <w:sz w:val="24"/>
          <w:szCs w:val="24"/>
        </w:rPr>
        <w:t>Obstetrics: Normal and Problem Pregnancies</w:t>
      </w:r>
      <w:r w:rsidRPr="002C4E4D">
        <w:rPr>
          <w:rFonts w:ascii="Times New Roman" w:eastAsia="Times New Roman" w:hAnsi="Times New Roman" w:cs="Times New Roman"/>
          <w:sz w:val="24"/>
          <w:szCs w:val="24"/>
        </w:rPr>
        <w:t>, 8th Edition. Elsevier, 2020.</w:t>
      </w:r>
    </w:p>
    <w:p w14:paraId="587BF3CB" w14:textId="77777777" w:rsidR="002C4E4D" w:rsidRPr="002C4E4D" w:rsidRDefault="002C4E4D" w:rsidP="002C4E4D">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2C4E4D">
        <w:rPr>
          <w:rFonts w:ascii="Times New Roman" w:eastAsia="Times New Roman" w:hAnsi="Times New Roman" w:cs="Times New Roman"/>
          <w:sz w:val="24"/>
          <w:szCs w:val="24"/>
        </w:rPr>
        <w:t>World Health Organization. "Stillbirths: Reducing Numbers and Inequalities." 2020.</w:t>
      </w:r>
    </w:p>
    <w:p w14:paraId="2644AAEF" w14:textId="77777777" w:rsidR="002C4E4D" w:rsidRPr="002C4E4D" w:rsidRDefault="002C4E4D" w:rsidP="002C4E4D">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2C4E4D">
        <w:rPr>
          <w:rFonts w:ascii="Times New Roman" w:eastAsia="Times New Roman" w:hAnsi="Times New Roman" w:cs="Times New Roman"/>
          <w:sz w:val="24"/>
          <w:szCs w:val="24"/>
        </w:rPr>
        <w:t xml:space="preserve">Goldenberg, R. L., et al. "Epidemiology and causes of stillbirth." </w:t>
      </w:r>
      <w:r w:rsidRPr="002C4E4D">
        <w:rPr>
          <w:rFonts w:ascii="Times New Roman" w:eastAsia="Times New Roman" w:hAnsi="Times New Roman" w:cs="Times New Roman"/>
          <w:i/>
          <w:iCs/>
          <w:sz w:val="24"/>
          <w:szCs w:val="24"/>
        </w:rPr>
        <w:t>The Lancet</w:t>
      </w:r>
      <w:r w:rsidRPr="002C4E4D">
        <w:rPr>
          <w:rFonts w:ascii="Times New Roman" w:eastAsia="Times New Roman" w:hAnsi="Times New Roman" w:cs="Times New Roman"/>
          <w:sz w:val="24"/>
          <w:szCs w:val="24"/>
        </w:rPr>
        <w:t>, 2011.</w:t>
      </w:r>
    </w:p>
    <w:p w14:paraId="335E53CA" w14:textId="77777777" w:rsidR="002C4E4D" w:rsidRPr="002C4E4D" w:rsidRDefault="002C4E4D" w:rsidP="002C4E4D">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2C4E4D">
        <w:rPr>
          <w:rFonts w:ascii="Times New Roman" w:eastAsia="Times New Roman" w:hAnsi="Times New Roman" w:cs="Times New Roman"/>
          <w:sz w:val="24"/>
          <w:szCs w:val="24"/>
        </w:rPr>
        <w:t xml:space="preserve">Frey, H. A., &amp; </w:t>
      </w:r>
      <w:proofErr w:type="spellStart"/>
      <w:r w:rsidRPr="002C4E4D">
        <w:rPr>
          <w:rFonts w:ascii="Times New Roman" w:eastAsia="Times New Roman" w:hAnsi="Times New Roman" w:cs="Times New Roman"/>
          <w:sz w:val="24"/>
          <w:szCs w:val="24"/>
        </w:rPr>
        <w:t>Odibo</w:t>
      </w:r>
      <w:proofErr w:type="spellEnd"/>
      <w:r w:rsidRPr="002C4E4D">
        <w:rPr>
          <w:rFonts w:ascii="Times New Roman" w:eastAsia="Times New Roman" w:hAnsi="Times New Roman" w:cs="Times New Roman"/>
          <w:sz w:val="24"/>
          <w:szCs w:val="24"/>
        </w:rPr>
        <w:t xml:space="preserve">, I. A. (2018). </w:t>
      </w:r>
      <w:r w:rsidRPr="002C4E4D">
        <w:rPr>
          <w:rFonts w:ascii="Times New Roman" w:eastAsia="Times New Roman" w:hAnsi="Times New Roman" w:cs="Times New Roman"/>
          <w:i/>
          <w:iCs/>
          <w:sz w:val="24"/>
          <w:szCs w:val="24"/>
        </w:rPr>
        <w:t>Genetics in obstetrics and gynecology</w:t>
      </w:r>
      <w:r w:rsidRPr="002C4E4D">
        <w:rPr>
          <w:rFonts w:ascii="Times New Roman" w:eastAsia="Times New Roman" w:hAnsi="Times New Roman" w:cs="Times New Roman"/>
          <w:sz w:val="24"/>
          <w:szCs w:val="24"/>
        </w:rPr>
        <w:t>. Springer.</w:t>
      </w:r>
    </w:p>
    <w:p w14:paraId="44C1325E" w14:textId="77777777" w:rsidR="002C4E4D" w:rsidRPr="002C4E4D" w:rsidRDefault="002C4E4D" w:rsidP="002C4E4D">
      <w:pPr>
        <w:numPr>
          <w:ilvl w:val="0"/>
          <w:numId w:val="34"/>
        </w:numPr>
        <w:spacing w:before="100" w:beforeAutospacing="1" w:after="100" w:afterAutospacing="1" w:line="240" w:lineRule="auto"/>
        <w:rPr>
          <w:rFonts w:ascii="Times New Roman" w:eastAsia="Times New Roman" w:hAnsi="Times New Roman" w:cs="Times New Roman"/>
          <w:sz w:val="24"/>
          <w:szCs w:val="24"/>
        </w:rPr>
      </w:pPr>
      <w:proofErr w:type="spellStart"/>
      <w:r w:rsidRPr="002C4E4D">
        <w:rPr>
          <w:rFonts w:ascii="Times New Roman" w:eastAsia="Times New Roman" w:hAnsi="Times New Roman" w:cs="Times New Roman"/>
          <w:sz w:val="24"/>
          <w:szCs w:val="24"/>
        </w:rPr>
        <w:t>Vitoratos</w:t>
      </w:r>
      <w:proofErr w:type="spellEnd"/>
      <w:r w:rsidRPr="002C4E4D">
        <w:rPr>
          <w:rFonts w:ascii="Times New Roman" w:eastAsia="Times New Roman" w:hAnsi="Times New Roman" w:cs="Times New Roman"/>
          <w:sz w:val="24"/>
          <w:szCs w:val="24"/>
        </w:rPr>
        <w:t xml:space="preserve">, N., et al. (2018). Pathophysiology of hypertensive disorders of pregnancy. </w:t>
      </w:r>
      <w:r w:rsidRPr="002C4E4D">
        <w:rPr>
          <w:rFonts w:ascii="Times New Roman" w:eastAsia="Times New Roman" w:hAnsi="Times New Roman" w:cs="Times New Roman"/>
          <w:i/>
          <w:iCs/>
          <w:sz w:val="24"/>
          <w:szCs w:val="24"/>
        </w:rPr>
        <w:t>Hypertension Research</w:t>
      </w:r>
      <w:r w:rsidRPr="002C4E4D">
        <w:rPr>
          <w:rFonts w:ascii="Times New Roman" w:eastAsia="Times New Roman" w:hAnsi="Times New Roman" w:cs="Times New Roman"/>
          <w:sz w:val="24"/>
          <w:szCs w:val="24"/>
        </w:rPr>
        <w:t>, 41(11), 841-849.</w:t>
      </w:r>
    </w:p>
    <w:p w14:paraId="42B60CA6" w14:textId="77777777" w:rsidR="002C4E4D" w:rsidRPr="002C4E4D" w:rsidRDefault="002C4E4D" w:rsidP="002C4E4D">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2C4E4D">
        <w:rPr>
          <w:rFonts w:ascii="Times New Roman" w:eastAsia="Times New Roman" w:hAnsi="Times New Roman" w:cs="Times New Roman"/>
          <w:sz w:val="24"/>
          <w:szCs w:val="24"/>
        </w:rPr>
        <w:t xml:space="preserve">Jones, R. O. (2013). </w:t>
      </w:r>
      <w:r w:rsidRPr="002C4E4D">
        <w:rPr>
          <w:rFonts w:ascii="Times New Roman" w:eastAsia="Times New Roman" w:hAnsi="Times New Roman" w:cs="Times New Roman"/>
          <w:i/>
          <w:iCs/>
          <w:sz w:val="24"/>
          <w:szCs w:val="24"/>
        </w:rPr>
        <w:t>Infections in pregnancy</w:t>
      </w:r>
      <w:r w:rsidRPr="002C4E4D">
        <w:rPr>
          <w:rFonts w:ascii="Times New Roman" w:eastAsia="Times New Roman" w:hAnsi="Times New Roman" w:cs="Times New Roman"/>
          <w:sz w:val="24"/>
          <w:szCs w:val="24"/>
        </w:rPr>
        <w:t>. Springer Science &amp; Business Media.</w:t>
      </w:r>
    </w:p>
    <w:p w14:paraId="5D10279A" w14:textId="77777777" w:rsidR="002C4E4D" w:rsidRPr="002C4E4D" w:rsidRDefault="002C4E4D" w:rsidP="002C4E4D">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2C4E4D">
        <w:rPr>
          <w:rFonts w:ascii="Times New Roman" w:eastAsia="Times New Roman" w:hAnsi="Times New Roman" w:cs="Times New Roman"/>
          <w:sz w:val="24"/>
          <w:szCs w:val="24"/>
        </w:rPr>
        <w:t xml:space="preserve">Hing, A., et al. (2012). </w:t>
      </w:r>
      <w:r w:rsidRPr="002C4E4D">
        <w:rPr>
          <w:rFonts w:ascii="Times New Roman" w:eastAsia="Times New Roman" w:hAnsi="Times New Roman" w:cs="Times New Roman"/>
          <w:i/>
          <w:iCs/>
          <w:sz w:val="24"/>
          <w:szCs w:val="24"/>
        </w:rPr>
        <w:t>Occupational health in pregnancy</w:t>
      </w:r>
      <w:r w:rsidRPr="002C4E4D">
        <w:rPr>
          <w:rFonts w:ascii="Times New Roman" w:eastAsia="Times New Roman" w:hAnsi="Times New Roman" w:cs="Times New Roman"/>
          <w:sz w:val="24"/>
          <w:szCs w:val="24"/>
        </w:rPr>
        <w:t>. John Wiley &amp; Sons.</w:t>
      </w:r>
    </w:p>
    <w:p w14:paraId="4FCC1CFB" w14:textId="77777777" w:rsidR="002C4E4D" w:rsidRPr="002C4E4D" w:rsidRDefault="002C4E4D" w:rsidP="002C4E4D">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2C4E4D">
        <w:rPr>
          <w:rFonts w:ascii="Times New Roman" w:eastAsia="Times New Roman" w:hAnsi="Times New Roman" w:cs="Times New Roman"/>
          <w:sz w:val="24"/>
          <w:szCs w:val="24"/>
        </w:rPr>
        <w:t xml:space="preserve">Koren, G., et al. (2015). </w:t>
      </w:r>
      <w:r w:rsidRPr="002C4E4D">
        <w:rPr>
          <w:rFonts w:ascii="Times New Roman" w:eastAsia="Times New Roman" w:hAnsi="Times New Roman" w:cs="Times New Roman"/>
          <w:i/>
          <w:iCs/>
          <w:sz w:val="24"/>
          <w:szCs w:val="24"/>
        </w:rPr>
        <w:t>Medications and mothers' milk</w:t>
      </w:r>
      <w:r w:rsidRPr="002C4E4D">
        <w:rPr>
          <w:rFonts w:ascii="Times New Roman" w:eastAsia="Times New Roman" w:hAnsi="Times New Roman" w:cs="Times New Roman"/>
          <w:sz w:val="24"/>
          <w:szCs w:val="24"/>
        </w:rPr>
        <w:t>. Springer.</w:t>
      </w:r>
    </w:p>
    <w:p w14:paraId="6480A172" w14:textId="77777777" w:rsidR="002C4E4D" w:rsidRPr="002C4E4D" w:rsidRDefault="002C4E4D" w:rsidP="002C4E4D">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2C4E4D">
        <w:rPr>
          <w:rFonts w:ascii="Times New Roman" w:eastAsia="Times New Roman" w:hAnsi="Times New Roman" w:cs="Times New Roman"/>
          <w:sz w:val="24"/>
          <w:szCs w:val="24"/>
        </w:rPr>
        <w:t xml:space="preserve">Monk, C. (2017). </w:t>
      </w:r>
      <w:r w:rsidRPr="002C4E4D">
        <w:rPr>
          <w:rFonts w:ascii="Times New Roman" w:eastAsia="Times New Roman" w:hAnsi="Times New Roman" w:cs="Times New Roman"/>
          <w:i/>
          <w:iCs/>
          <w:sz w:val="24"/>
          <w:szCs w:val="24"/>
        </w:rPr>
        <w:t>Low risk: Psychoanalytic approaches to pregnancy and childbirth</w:t>
      </w:r>
      <w:r w:rsidRPr="002C4E4D">
        <w:rPr>
          <w:rFonts w:ascii="Times New Roman" w:eastAsia="Times New Roman" w:hAnsi="Times New Roman" w:cs="Times New Roman"/>
          <w:sz w:val="24"/>
          <w:szCs w:val="24"/>
        </w:rPr>
        <w:t>. Routledge.</w:t>
      </w:r>
    </w:p>
    <w:p w14:paraId="35BE9191" w14:textId="77777777" w:rsidR="002C4E4D" w:rsidRPr="002C4E4D" w:rsidRDefault="002C4E4D" w:rsidP="002C4E4D">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2C4E4D">
        <w:rPr>
          <w:rFonts w:ascii="Times New Roman" w:eastAsia="Times New Roman" w:hAnsi="Times New Roman" w:cs="Times New Roman"/>
          <w:sz w:val="24"/>
          <w:szCs w:val="24"/>
        </w:rPr>
        <w:t xml:space="preserve">Butte, N. F. (2015). </w:t>
      </w:r>
      <w:r w:rsidRPr="002C4E4D">
        <w:rPr>
          <w:rFonts w:ascii="Times New Roman" w:eastAsia="Times New Roman" w:hAnsi="Times New Roman" w:cs="Times New Roman"/>
          <w:i/>
          <w:iCs/>
          <w:sz w:val="24"/>
          <w:szCs w:val="24"/>
        </w:rPr>
        <w:t>Maternal and child nutrition</w:t>
      </w:r>
      <w:r w:rsidRPr="002C4E4D">
        <w:rPr>
          <w:rFonts w:ascii="Times New Roman" w:eastAsia="Times New Roman" w:hAnsi="Times New Roman" w:cs="Times New Roman"/>
          <w:sz w:val="24"/>
          <w:szCs w:val="24"/>
        </w:rPr>
        <w:t>. Academic Press.</w:t>
      </w:r>
    </w:p>
    <w:p w14:paraId="6AE34AE1" w14:textId="77777777" w:rsidR="002C4E4D" w:rsidRPr="002C4E4D" w:rsidRDefault="002C4E4D" w:rsidP="002C4E4D">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2C4E4D">
        <w:rPr>
          <w:rFonts w:ascii="Times New Roman" w:eastAsia="Times New Roman" w:hAnsi="Times New Roman" w:cs="Times New Roman"/>
          <w:sz w:val="24"/>
          <w:szCs w:val="24"/>
        </w:rPr>
        <w:t xml:space="preserve">Kingdom, J. C., et al. (2016). </w:t>
      </w:r>
      <w:r w:rsidRPr="002C4E4D">
        <w:rPr>
          <w:rFonts w:ascii="Times New Roman" w:eastAsia="Times New Roman" w:hAnsi="Times New Roman" w:cs="Times New Roman"/>
          <w:i/>
          <w:iCs/>
          <w:sz w:val="24"/>
          <w:szCs w:val="24"/>
        </w:rPr>
        <w:t>High-risk pregnancy: the hospital obstetrician</w:t>
      </w:r>
      <w:r w:rsidRPr="002C4E4D">
        <w:rPr>
          <w:rFonts w:ascii="Times New Roman" w:eastAsia="Times New Roman" w:hAnsi="Times New Roman" w:cs="Times New Roman"/>
          <w:sz w:val="24"/>
          <w:szCs w:val="24"/>
        </w:rPr>
        <w:t>. John Wiley &amp; Sons.</w:t>
      </w:r>
    </w:p>
    <w:p w14:paraId="2CBC8676" w14:textId="77777777" w:rsidR="002C4E4D" w:rsidRPr="002C4E4D" w:rsidRDefault="002C4E4D" w:rsidP="002C4E4D">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2C4E4D">
        <w:rPr>
          <w:rFonts w:ascii="Times New Roman" w:eastAsia="Times New Roman" w:hAnsi="Times New Roman" w:cs="Times New Roman"/>
          <w:sz w:val="24"/>
          <w:szCs w:val="24"/>
        </w:rPr>
        <w:t xml:space="preserve">Lassi, N. T., et al. (2014). Mental health interventions for pregnant women. </w:t>
      </w:r>
      <w:r w:rsidRPr="002C4E4D">
        <w:rPr>
          <w:rFonts w:ascii="Times New Roman" w:eastAsia="Times New Roman" w:hAnsi="Times New Roman" w:cs="Times New Roman"/>
          <w:i/>
          <w:iCs/>
          <w:sz w:val="24"/>
          <w:szCs w:val="24"/>
        </w:rPr>
        <w:t>Cochrane Database of Systematic Reviews</w:t>
      </w:r>
      <w:r w:rsidRPr="002C4E4D">
        <w:rPr>
          <w:rFonts w:ascii="Times New Roman" w:eastAsia="Times New Roman" w:hAnsi="Times New Roman" w:cs="Times New Roman"/>
          <w:sz w:val="24"/>
          <w:szCs w:val="24"/>
        </w:rPr>
        <w:t>, (3).</w:t>
      </w:r>
    </w:p>
    <w:p w14:paraId="577F25EC" w14:textId="77777777" w:rsidR="002C4E4D" w:rsidRPr="002C4E4D" w:rsidRDefault="002C4E4D" w:rsidP="002C4E4D">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2C4E4D">
        <w:rPr>
          <w:rFonts w:ascii="Times New Roman" w:eastAsia="Times New Roman" w:hAnsi="Times New Roman" w:cs="Times New Roman"/>
          <w:sz w:val="24"/>
          <w:szCs w:val="24"/>
        </w:rPr>
        <w:t xml:space="preserve">Smith, G. C., et al. (2014). </w:t>
      </w:r>
      <w:r w:rsidRPr="002C4E4D">
        <w:rPr>
          <w:rFonts w:ascii="Times New Roman" w:eastAsia="Times New Roman" w:hAnsi="Times New Roman" w:cs="Times New Roman"/>
          <w:i/>
          <w:iCs/>
          <w:sz w:val="24"/>
          <w:szCs w:val="24"/>
        </w:rPr>
        <w:t xml:space="preserve">Obstetrics and </w:t>
      </w:r>
      <w:proofErr w:type="spellStart"/>
      <w:r w:rsidRPr="002C4E4D">
        <w:rPr>
          <w:rFonts w:ascii="Times New Roman" w:eastAsia="Times New Roman" w:hAnsi="Times New Roman" w:cs="Times New Roman"/>
          <w:i/>
          <w:iCs/>
          <w:sz w:val="24"/>
          <w:szCs w:val="24"/>
        </w:rPr>
        <w:t>gynaecology</w:t>
      </w:r>
      <w:proofErr w:type="spellEnd"/>
      <w:r w:rsidRPr="002C4E4D">
        <w:rPr>
          <w:rFonts w:ascii="Times New Roman" w:eastAsia="Times New Roman" w:hAnsi="Times New Roman" w:cs="Times New Roman"/>
          <w:i/>
          <w:iCs/>
          <w:sz w:val="24"/>
          <w:szCs w:val="24"/>
        </w:rPr>
        <w:t>: an evidence-based text for the MRCOG</w:t>
      </w:r>
      <w:r w:rsidRPr="002C4E4D">
        <w:rPr>
          <w:rFonts w:ascii="Times New Roman" w:eastAsia="Times New Roman" w:hAnsi="Times New Roman" w:cs="Times New Roman"/>
          <w:sz w:val="24"/>
          <w:szCs w:val="24"/>
        </w:rPr>
        <w:t>. CRC Press.</w:t>
      </w:r>
    </w:p>
    <w:p w14:paraId="43DEAC65" w14:textId="77777777" w:rsidR="002C4E4D" w:rsidRPr="002C4E4D" w:rsidRDefault="002C4E4D" w:rsidP="002C4E4D">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2C4E4D">
        <w:rPr>
          <w:rFonts w:ascii="Times New Roman" w:eastAsia="Times New Roman" w:hAnsi="Times New Roman" w:cs="Times New Roman"/>
          <w:sz w:val="24"/>
          <w:szCs w:val="24"/>
        </w:rPr>
        <w:t xml:space="preserve">RCOG Green-top Guideline No. 60. (2017). </w:t>
      </w:r>
      <w:r w:rsidRPr="002C4E4D">
        <w:rPr>
          <w:rFonts w:ascii="Times New Roman" w:eastAsia="Times New Roman" w:hAnsi="Times New Roman" w:cs="Times New Roman"/>
          <w:i/>
          <w:iCs/>
          <w:sz w:val="24"/>
          <w:szCs w:val="24"/>
        </w:rPr>
        <w:t>Management of pregnancy following fetal death</w:t>
      </w:r>
      <w:r w:rsidRPr="002C4E4D">
        <w:rPr>
          <w:rFonts w:ascii="Times New Roman" w:eastAsia="Times New Roman" w:hAnsi="Times New Roman" w:cs="Times New Roman"/>
          <w:sz w:val="24"/>
          <w:szCs w:val="24"/>
        </w:rPr>
        <w:t xml:space="preserve">. Royal College of Obstetricians and </w:t>
      </w:r>
      <w:proofErr w:type="spellStart"/>
      <w:r w:rsidRPr="002C4E4D">
        <w:rPr>
          <w:rFonts w:ascii="Times New Roman" w:eastAsia="Times New Roman" w:hAnsi="Times New Roman" w:cs="Times New Roman"/>
          <w:sz w:val="24"/>
          <w:szCs w:val="24"/>
        </w:rPr>
        <w:t>Gynaecologists</w:t>
      </w:r>
      <w:proofErr w:type="spellEnd"/>
      <w:r w:rsidRPr="002C4E4D">
        <w:rPr>
          <w:rFonts w:ascii="Times New Roman" w:eastAsia="Times New Roman" w:hAnsi="Times New Roman" w:cs="Times New Roman"/>
          <w:sz w:val="24"/>
          <w:szCs w:val="24"/>
        </w:rPr>
        <w:t>.</w:t>
      </w:r>
    </w:p>
    <w:p w14:paraId="52FAB04D" w14:textId="77777777" w:rsidR="002C4E4D" w:rsidRPr="002C4E4D" w:rsidRDefault="002C4E4D" w:rsidP="002C4E4D">
      <w:pPr>
        <w:bidi/>
        <w:jc w:val="right"/>
        <w:rPr>
          <w:rFonts w:cs="B Nazanin"/>
          <w:b/>
          <w:bCs/>
          <w:sz w:val="24"/>
          <w:szCs w:val="24"/>
        </w:rPr>
      </w:pPr>
    </w:p>
    <w:sectPr w:rsidR="002C4E4D" w:rsidRPr="002C4E4D" w:rsidSect="0003461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9F5FD" w14:textId="77777777" w:rsidR="006217DE" w:rsidRDefault="006217DE" w:rsidP="00E53602">
      <w:pPr>
        <w:spacing w:after="0" w:line="240" w:lineRule="auto"/>
      </w:pPr>
      <w:r>
        <w:separator/>
      </w:r>
    </w:p>
  </w:endnote>
  <w:endnote w:type="continuationSeparator" w:id="0">
    <w:p w14:paraId="16D6DE1B" w14:textId="77777777" w:rsidR="006217DE" w:rsidRDefault="006217DE" w:rsidP="00E53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79951" w14:textId="77777777" w:rsidR="008B0E22" w:rsidRDefault="008B0E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B4EA5" w14:textId="77777777" w:rsidR="008B0E22" w:rsidRDefault="008B0E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73132" w14:textId="77777777" w:rsidR="008B0E22" w:rsidRDefault="008B0E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34CD5" w14:textId="77777777" w:rsidR="006217DE" w:rsidRDefault="006217DE" w:rsidP="00E53602">
      <w:pPr>
        <w:spacing w:after="0" w:line="240" w:lineRule="auto"/>
      </w:pPr>
      <w:r>
        <w:separator/>
      </w:r>
    </w:p>
  </w:footnote>
  <w:footnote w:type="continuationSeparator" w:id="0">
    <w:p w14:paraId="74DBFBDD" w14:textId="77777777" w:rsidR="006217DE" w:rsidRDefault="006217DE" w:rsidP="00E536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9669C" w14:textId="55397CC6" w:rsidR="00E53602" w:rsidRDefault="006217DE">
    <w:pPr>
      <w:pStyle w:val="Header"/>
    </w:pPr>
    <w:r>
      <w:rPr>
        <w:noProof/>
      </w:rPr>
      <w:pict w14:anchorId="19749A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4978563" o:spid="_x0000_s1035" type="#_x0000_t75" style="position:absolute;margin-left:0;margin-top:0;width:384pt;height:8in;z-index:-251657216;mso-position-horizontal:center;mso-position-horizontal-relative:margin;mso-position-vertical:center;mso-position-vertical-relative:margin" o:allowincell="f">
          <v:imagedata r:id="rId1" o:title="جنین"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01F74" w14:textId="67963BFD" w:rsidR="00E53602" w:rsidRDefault="00E53602" w:rsidP="00E53602">
    <w:pPr>
      <w:pStyle w:val="Header"/>
      <w:tabs>
        <w:tab w:val="clear" w:pos="4680"/>
        <w:tab w:val="clear" w:pos="9360"/>
        <w:tab w:val="left" w:pos="198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C2D28" w14:textId="5B0DF607" w:rsidR="00E53602" w:rsidRDefault="006217DE">
    <w:pPr>
      <w:pStyle w:val="Header"/>
    </w:pPr>
    <w:r>
      <w:rPr>
        <w:noProof/>
      </w:rPr>
      <w:pict w14:anchorId="41A440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4978562" o:spid="_x0000_s1034" type="#_x0000_t75" style="position:absolute;margin-left:0;margin-top:0;width:384pt;height:8in;z-index:-251658240;mso-position-horizontal:center;mso-position-horizontal-relative:margin;mso-position-vertical:center;mso-position-vertical-relative:margin" o:allowincell="f">
          <v:imagedata r:id="rId1" o:title="جنین"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276736"/>
    <w:multiLevelType w:val="multilevel"/>
    <w:tmpl w:val="8F6EF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4B2F34"/>
    <w:multiLevelType w:val="multilevel"/>
    <w:tmpl w:val="4EFA3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3660EB"/>
    <w:multiLevelType w:val="multilevel"/>
    <w:tmpl w:val="BA20F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C165C31"/>
    <w:multiLevelType w:val="multilevel"/>
    <w:tmpl w:val="29C02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0A07B37"/>
    <w:multiLevelType w:val="multilevel"/>
    <w:tmpl w:val="8F2636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79763F"/>
    <w:multiLevelType w:val="multilevel"/>
    <w:tmpl w:val="3A3A0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8828FC"/>
    <w:multiLevelType w:val="multilevel"/>
    <w:tmpl w:val="0B6C7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75E2B08"/>
    <w:multiLevelType w:val="multilevel"/>
    <w:tmpl w:val="04188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A361D9"/>
    <w:multiLevelType w:val="multilevel"/>
    <w:tmpl w:val="40F2FA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CD61A2"/>
    <w:multiLevelType w:val="multilevel"/>
    <w:tmpl w:val="BCA6A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0541FE"/>
    <w:multiLevelType w:val="multilevel"/>
    <w:tmpl w:val="039846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E5183E"/>
    <w:multiLevelType w:val="multilevel"/>
    <w:tmpl w:val="5EF2C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DC4935"/>
    <w:multiLevelType w:val="multilevel"/>
    <w:tmpl w:val="6A8E5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9C4643"/>
    <w:multiLevelType w:val="multilevel"/>
    <w:tmpl w:val="830E0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8F3460"/>
    <w:multiLevelType w:val="multilevel"/>
    <w:tmpl w:val="134A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4A7553"/>
    <w:multiLevelType w:val="multilevel"/>
    <w:tmpl w:val="9830F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7637E4"/>
    <w:multiLevelType w:val="multilevel"/>
    <w:tmpl w:val="A6384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84694D"/>
    <w:multiLevelType w:val="multilevel"/>
    <w:tmpl w:val="D6F29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8AD6644"/>
    <w:multiLevelType w:val="multilevel"/>
    <w:tmpl w:val="0DA6E6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C94B2A"/>
    <w:multiLevelType w:val="multilevel"/>
    <w:tmpl w:val="98D812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2E2EEF"/>
    <w:multiLevelType w:val="multilevel"/>
    <w:tmpl w:val="88C8F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9252B9"/>
    <w:multiLevelType w:val="multilevel"/>
    <w:tmpl w:val="A5789D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3A23B1"/>
    <w:multiLevelType w:val="multilevel"/>
    <w:tmpl w:val="E68AE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6400D8"/>
    <w:multiLevelType w:val="multilevel"/>
    <w:tmpl w:val="2A22E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505F4A"/>
    <w:multiLevelType w:val="multilevel"/>
    <w:tmpl w:val="B8D42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8638603">
    <w:abstractNumId w:val="8"/>
  </w:num>
  <w:num w:numId="2" w16cid:durableId="154692090">
    <w:abstractNumId w:val="6"/>
  </w:num>
  <w:num w:numId="3" w16cid:durableId="1940211638">
    <w:abstractNumId w:val="5"/>
  </w:num>
  <w:num w:numId="4" w16cid:durableId="593975527">
    <w:abstractNumId w:val="4"/>
  </w:num>
  <w:num w:numId="5" w16cid:durableId="2057468999">
    <w:abstractNumId w:val="7"/>
  </w:num>
  <w:num w:numId="6" w16cid:durableId="1191379177">
    <w:abstractNumId w:val="3"/>
  </w:num>
  <w:num w:numId="7" w16cid:durableId="1274242359">
    <w:abstractNumId w:val="2"/>
  </w:num>
  <w:num w:numId="8" w16cid:durableId="1597668977">
    <w:abstractNumId w:val="1"/>
  </w:num>
  <w:num w:numId="9" w16cid:durableId="590891676">
    <w:abstractNumId w:val="0"/>
  </w:num>
  <w:num w:numId="10" w16cid:durableId="29692980">
    <w:abstractNumId w:val="17"/>
  </w:num>
  <w:num w:numId="11" w16cid:durableId="1230195093">
    <w:abstractNumId w:val="19"/>
  </w:num>
  <w:num w:numId="12" w16cid:durableId="509416723">
    <w:abstractNumId w:val="33"/>
  </w:num>
  <w:num w:numId="13" w16cid:durableId="646936839">
    <w:abstractNumId w:val="22"/>
  </w:num>
  <w:num w:numId="14" w16cid:durableId="1297641498">
    <w:abstractNumId w:val="31"/>
  </w:num>
  <w:num w:numId="15" w16cid:durableId="1591158287">
    <w:abstractNumId w:val="24"/>
  </w:num>
  <w:num w:numId="16" w16cid:durableId="1007489057">
    <w:abstractNumId w:val="32"/>
  </w:num>
  <w:num w:numId="17" w16cid:durableId="1680497065">
    <w:abstractNumId w:val="10"/>
  </w:num>
  <w:num w:numId="18" w16cid:durableId="2007829688">
    <w:abstractNumId w:val="16"/>
  </w:num>
  <w:num w:numId="19" w16cid:durableId="251744791">
    <w:abstractNumId w:val="25"/>
  </w:num>
  <w:num w:numId="20" w16cid:durableId="236549512">
    <w:abstractNumId w:val="30"/>
  </w:num>
  <w:num w:numId="21" w16cid:durableId="735670709">
    <w:abstractNumId w:val="13"/>
  </w:num>
  <w:num w:numId="22" w16cid:durableId="122966734">
    <w:abstractNumId w:val="15"/>
  </w:num>
  <w:num w:numId="23" w16cid:durableId="1686863637">
    <w:abstractNumId w:val="23"/>
  </w:num>
  <w:num w:numId="24" w16cid:durableId="643585948">
    <w:abstractNumId w:val="29"/>
  </w:num>
  <w:num w:numId="25" w16cid:durableId="1074276724">
    <w:abstractNumId w:val="28"/>
  </w:num>
  <w:num w:numId="26" w16cid:durableId="2033677862">
    <w:abstractNumId w:val="11"/>
  </w:num>
  <w:num w:numId="27" w16cid:durableId="1469665000">
    <w:abstractNumId w:val="20"/>
  </w:num>
  <w:num w:numId="28" w16cid:durableId="1612786391">
    <w:abstractNumId w:val="14"/>
  </w:num>
  <w:num w:numId="29" w16cid:durableId="967978124">
    <w:abstractNumId w:val="9"/>
  </w:num>
  <w:num w:numId="30" w16cid:durableId="542182058">
    <w:abstractNumId w:val="27"/>
  </w:num>
  <w:num w:numId="31" w16cid:durableId="1420835534">
    <w:abstractNumId w:val="21"/>
  </w:num>
  <w:num w:numId="32" w16cid:durableId="944922926">
    <w:abstractNumId w:val="18"/>
  </w:num>
  <w:num w:numId="33" w16cid:durableId="1602493018">
    <w:abstractNumId w:val="26"/>
  </w:num>
  <w:num w:numId="34" w16cid:durableId="17627259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7014"/>
    <w:rsid w:val="00034616"/>
    <w:rsid w:val="0006063C"/>
    <w:rsid w:val="00080FFD"/>
    <w:rsid w:val="000D0BD6"/>
    <w:rsid w:val="0015074B"/>
    <w:rsid w:val="0029639D"/>
    <w:rsid w:val="002A0EDC"/>
    <w:rsid w:val="002C4E4D"/>
    <w:rsid w:val="00326F90"/>
    <w:rsid w:val="003E72B8"/>
    <w:rsid w:val="00586B56"/>
    <w:rsid w:val="006217DE"/>
    <w:rsid w:val="00884E0B"/>
    <w:rsid w:val="008B0E22"/>
    <w:rsid w:val="009B4B20"/>
    <w:rsid w:val="00A82CE3"/>
    <w:rsid w:val="00AA1D8D"/>
    <w:rsid w:val="00B47730"/>
    <w:rsid w:val="00CB0664"/>
    <w:rsid w:val="00D646EC"/>
    <w:rsid w:val="00E5360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5F800C4"/>
  <w14:defaultImageDpi w14:val="300"/>
  <w15:docId w15:val="{56CB524D-F654-4CB0-9F3B-4F3185D14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679600">
      <w:bodyDiv w:val="1"/>
      <w:marLeft w:val="0"/>
      <w:marRight w:val="0"/>
      <w:marTop w:val="0"/>
      <w:marBottom w:val="0"/>
      <w:divBdr>
        <w:top w:val="none" w:sz="0" w:space="0" w:color="auto"/>
        <w:left w:val="none" w:sz="0" w:space="0" w:color="auto"/>
        <w:bottom w:val="none" w:sz="0" w:space="0" w:color="auto"/>
        <w:right w:val="none" w:sz="0" w:space="0" w:color="auto"/>
      </w:divBdr>
    </w:div>
    <w:div w:id="10637208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1</Pages>
  <Words>4900</Words>
  <Characters>27931</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32766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Abbas</cp:lastModifiedBy>
  <cp:revision>5</cp:revision>
  <cp:lastPrinted>2025-09-16T15:27:00Z</cp:lastPrinted>
  <dcterms:created xsi:type="dcterms:W3CDTF">2013-12-23T23:15:00Z</dcterms:created>
  <dcterms:modified xsi:type="dcterms:W3CDTF">2025-09-16T16:02:00Z</dcterms:modified>
  <cp:category/>
</cp:coreProperties>
</file>